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4535"/>
      </w:tblGrid>
      <w:tr w:rsidR="00F36C9F" w14:paraId="00BD95C3" w14:textId="77777777">
        <w:trPr>
          <w:jc w:val="center"/>
        </w:trPr>
        <w:tc>
          <w:tcPr>
            <w:tcW w:w="5669" w:type="dxa"/>
            <w:vAlign w:val="center"/>
          </w:tcPr>
          <w:p w14:paraId="1B8FA88C" w14:textId="77777777" w:rsidR="00F36C9F" w:rsidRDefault="00000000">
            <w:pPr>
              <w:spacing w:after="0"/>
            </w:pPr>
            <w:r>
              <w:rPr>
                <w:rFonts w:ascii="Arial" w:eastAsia="Arial" w:hAnsi="Arial"/>
                <w:b/>
                <w:color w:val="2D6FC7"/>
                <w:sz w:val="21"/>
              </w:rPr>
              <w:t>INVOICE</w:t>
            </w:r>
          </w:p>
        </w:tc>
        <w:tc>
          <w:tcPr>
            <w:tcW w:w="4535" w:type="dxa"/>
            <w:vAlign w:val="center"/>
          </w:tcPr>
          <w:p w14:paraId="7141B4AF" w14:textId="77777777" w:rsidR="00F36C9F" w:rsidRDefault="00000000">
            <w:pPr>
              <w:spacing w:after="0"/>
              <w:jc w:val="right"/>
            </w:pPr>
            <w:r>
              <w:rPr>
                <w:b/>
                <w:color w:val="1D2733"/>
                <w:sz w:val="46"/>
              </w:rPr>
              <w:t>청 구 서</w:t>
            </w:r>
          </w:p>
        </w:tc>
      </w:tr>
    </w:tbl>
    <w:p w14:paraId="04271ACF" w14:textId="77777777" w:rsidR="00F36C9F" w:rsidRDefault="00000000">
      <w:pPr>
        <w:spacing w:after="180"/>
        <w:rPr>
          <w:lang w:eastAsia="ko-KR"/>
        </w:rPr>
      </w:pPr>
      <w:r>
        <w:rPr>
          <w:color w:val="666666"/>
          <w:lang w:eastAsia="ko-KR"/>
        </w:rPr>
        <w:t>상품 또는 용역 제공에 따른 청구 내용과 지급 정보를 정리하는 일반 업무용 서식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0"/>
        <w:gridCol w:w="3503"/>
        <w:gridCol w:w="1840"/>
        <w:gridCol w:w="3528"/>
      </w:tblGrid>
      <w:tr w:rsidR="00F36C9F" w14:paraId="4C0C6D1E" w14:textId="77777777" w:rsidTr="00C07F50">
        <w:trPr>
          <w:trHeight w:hRule="exact" w:val="567"/>
          <w:jc w:val="center"/>
        </w:trPr>
        <w:tc>
          <w:tcPr>
            <w:tcW w:w="13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6B3C16D1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청구일자</w:t>
            </w:r>
            <w:proofErr w:type="spellEnd"/>
          </w:p>
        </w:tc>
        <w:tc>
          <w:tcPr>
            <w:tcW w:w="35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B444E49" w14:textId="77777777" w:rsidR="00F36C9F" w:rsidRDefault="00000000">
            <w:pPr>
              <w:spacing w:after="0"/>
            </w:pPr>
            <w:r>
              <w:rPr>
                <w:color w:val="222222"/>
                <w:sz w:val="17"/>
              </w:rPr>
              <w:t>20      년      월      일</w:t>
            </w:r>
          </w:p>
        </w:tc>
        <w:tc>
          <w:tcPr>
            <w:tcW w:w="18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67C38F0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청구번호</w:t>
            </w:r>
          </w:p>
        </w:tc>
        <w:tc>
          <w:tcPr>
            <w:tcW w:w="352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6A110BF" w14:textId="77777777" w:rsidR="00F36C9F" w:rsidRDefault="00F36C9F">
            <w:pPr>
              <w:spacing w:after="0"/>
            </w:pPr>
          </w:p>
        </w:tc>
      </w:tr>
      <w:tr w:rsidR="00F36C9F" w14:paraId="414587E3" w14:textId="77777777" w:rsidTr="00C07F50">
        <w:trPr>
          <w:trHeight w:hRule="exact" w:val="567"/>
          <w:jc w:val="center"/>
        </w:trPr>
        <w:tc>
          <w:tcPr>
            <w:tcW w:w="13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3C2E9CC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수신처</w:t>
            </w:r>
          </w:p>
        </w:tc>
        <w:tc>
          <w:tcPr>
            <w:tcW w:w="35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78FFF0B" w14:textId="77777777" w:rsidR="00F36C9F" w:rsidRDefault="00F36C9F">
            <w:pPr>
              <w:spacing w:after="0"/>
            </w:pPr>
          </w:p>
        </w:tc>
        <w:tc>
          <w:tcPr>
            <w:tcW w:w="18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A380ADC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담당자</w:t>
            </w:r>
          </w:p>
        </w:tc>
        <w:tc>
          <w:tcPr>
            <w:tcW w:w="352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30566CC" w14:textId="77777777" w:rsidR="00F36C9F" w:rsidRDefault="00F36C9F">
            <w:pPr>
              <w:spacing w:after="0"/>
            </w:pPr>
          </w:p>
        </w:tc>
      </w:tr>
      <w:tr w:rsidR="00F36C9F" w14:paraId="00B2EB92" w14:textId="77777777" w:rsidTr="00C07F50">
        <w:trPr>
          <w:trHeight w:hRule="exact" w:val="567"/>
          <w:jc w:val="center"/>
        </w:trPr>
        <w:tc>
          <w:tcPr>
            <w:tcW w:w="13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37AD8E6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연락처</w:t>
            </w:r>
          </w:p>
        </w:tc>
        <w:tc>
          <w:tcPr>
            <w:tcW w:w="35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ADFA355" w14:textId="77777777" w:rsidR="00F36C9F" w:rsidRDefault="00F36C9F">
            <w:pPr>
              <w:spacing w:after="0"/>
            </w:pPr>
          </w:p>
        </w:tc>
        <w:tc>
          <w:tcPr>
            <w:tcW w:w="18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089BB10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이메일</w:t>
            </w:r>
          </w:p>
        </w:tc>
        <w:tc>
          <w:tcPr>
            <w:tcW w:w="352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EDA1DB8" w14:textId="77777777" w:rsidR="00F36C9F" w:rsidRDefault="00F36C9F">
            <w:pPr>
              <w:spacing w:after="0"/>
            </w:pPr>
          </w:p>
        </w:tc>
      </w:tr>
      <w:tr w:rsidR="00F36C9F" w14:paraId="03D656D0" w14:textId="77777777" w:rsidTr="00C07F50">
        <w:trPr>
          <w:trHeight w:hRule="exact" w:val="567"/>
          <w:jc w:val="center"/>
        </w:trPr>
        <w:tc>
          <w:tcPr>
            <w:tcW w:w="130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6B03FDB4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지급기한</w:t>
            </w:r>
          </w:p>
        </w:tc>
        <w:tc>
          <w:tcPr>
            <w:tcW w:w="350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328CF0A" w14:textId="77777777" w:rsidR="00F36C9F" w:rsidRDefault="00F36C9F">
            <w:pPr>
              <w:spacing w:after="0"/>
            </w:pPr>
          </w:p>
        </w:tc>
        <w:tc>
          <w:tcPr>
            <w:tcW w:w="184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F9B8030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관련 계약 / 발주번호</w:t>
            </w:r>
          </w:p>
        </w:tc>
        <w:tc>
          <w:tcPr>
            <w:tcW w:w="352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B9164D7" w14:textId="77777777" w:rsidR="00F36C9F" w:rsidRDefault="00F36C9F">
            <w:pPr>
              <w:spacing w:after="0"/>
            </w:pPr>
          </w:p>
        </w:tc>
      </w:tr>
    </w:tbl>
    <w:p w14:paraId="50CD20B6" w14:textId="77777777" w:rsidR="00F36C9F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INVOICE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"/>
        <w:gridCol w:w="2741"/>
        <w:gridCol w:w="1025"/>
        <w:gridCol w:w="969"/>
        <w:gridCol w:w="912"/>
        <w:gridCol w:w="1427"/>
        <w:gridCol w:w="1597"/>
        <w:gridCol w:w="1085"/>
      </w:tblGrid>
      <w:tr w:rsidR="000C3F8C" w14:paraId="7B164FF2" w14:textId="77777777" w:rsidTr="000C3F8C">
        <w:trPr>
          <w:trHeight w:hRule="exact" w:val="574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686CB3F7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2D41005F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품목 / 내용</w:t>
            </w: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31B7F6BB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규격</w:t>
            </w: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798142F1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수량</w:t>
            </w: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6EF1FDAD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단위</w:t>
            </w: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549DC5DD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단가</w:t>
            </w: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43BC9E67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금액</w:t>
            </w: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3615BD92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비고</w:t>
            </w:r>
          </w:p>
        </w:tc>
      </w:tr>
      <w:tr w:rsidR="000C3F8C" w14:paraId="1D633B15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205E2D0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1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6DB0E9E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CCCA10F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14B983D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C1C2332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E7EF022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6CF2051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317A6B4" w14:textId="77777777" w:rsidR="00F36C9F" w:rsidRDefault="00F36C9F">
            <w:pPr>
              <w:spacing w:after="0"/>
              <w:jc w:val="right"/>
            </w:pPr>
          </w:p>
        </w:tc>
      </w:tr>
      <w:tr w:rsidR="000C3F8C" w14:paraId="0C861A19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2DE597E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2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71BE77B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48C0FB5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C43822C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4E5AFB9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A930899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5BDBEDA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B4FB958" w14:textId="77777777" w:rsidR="00F36C9F" w:rsidRDefault="00F36C9F">
            <w:pPr>
              <w:spacing w:after="0"/>
              <w:jc w:val="right"/>
            </w:pPr>
          </w:p>
        </w:tc>
      </w:tr>
      <w:tr w:rsidR="000C3F8C" w14:paraId="436B468A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FA3DC3E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3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C4501FB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E69AA4A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6B6A3E3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7BA0E7C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7CA8EC6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0D43911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89E13D2" w14:textId="77777777" w:rsidR="00F36C9F" w:rsidRDefault="00F36C9F">
            <w:pPr>
              <w:spacing w:after="0"/>
              <w:jc w:val="right"/>
            </w:pPr>
          </w:p>
        </w:tc>
      </w:tr>
      <w:tr w:rsidR="000C3F8C" w14:paraId="7C3FCAE2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57E0184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4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E0CCF36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C76358A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DF0D0B1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A82DCCF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95DC81D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DD2F559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11B37FE" w14:textId="77777777" w:rsidR="00F36C9F" w:rsidRDefault="00F36C9F">
            <w:pPr>
              <w:spacing w:after="0"/>
              <w:jc w:val="right"/>
            </w:pPr>
          </w:p>
        </w:tc>
      </w:tr>
      <w:tr w:rsidR="000C3F8C" w14:paraId="541E4755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6574879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5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D8413E9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EFCB632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FE6933A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BAAE398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5EA4205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6F380C6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6A0064B" w14:textId="77777777" w:rsidR="00F36C9F" w:rsidRDefault="00F36C9F">
            <w:pPr>
              <w:spacing w:after="0"/>
              <w:jc w:val="right"/>
            </w:pPr>
          </w:p>
        </w:tc>
      </w:tr>
      <w:tr w:rsidR="000C3F8C" w14:paraId="1452A825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8A36AC9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6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04471DF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CD12B1C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F6FCCBA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F0DE9A3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3C90BF9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2DD2FBD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A7D4F28" w14:textId="77777777" w:rsidR="00F36C9F" w:rsidRDefault="00F36C9F">
            <w:pPr>
              <w:spacing w:after="0"/>
              <w:jc w:val="right"/>
            </w:pPr>
          </w:p>
        </w:tc>
      </w:tr>
      <w:tr w:rsidR="000C3F8C" w14:paraId="18D837DD" w14:textId="77777777" w:rsidTr="000C3F8C">
        <w:trPr>
          <w:trHeight w:hRule="exact" w:val="539"/>
          <w:jc w:val="center"/>
        </w:trPr>
        <w:tc>
          <w:tcPr>
            <w:tcW w:w="51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2095B86" w14:textId="77777777" w:rsidR="00F36C9F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7</w:t>
            </w:r>
          </w:p>
        </w:tc>
        <w:tc>
          <w:tcPr>
            <w:tcW w:w="274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C08F37A" w14:textId="77777777" w:rsidR="00F36C9F" w:rsidRDefault="00F36C9F">
            <w:pPr>
              <w:spacing w:after="0"/>
              <w:jc w:val="center"/>
            </w:pPr>
          </w:p>
        </w:tc>
        <w:tc>
          <w:tcPr>
            <w:tcW w:w="102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717A50" w14:textId="77777777" w:rsidR="00F36C9F" w:rsidRDefault="00F36C9F">
            <w:pPr>
              <w:spacing w:after="0"/>
              <w:jc w:val="center"/>
            </w:pPr>
          </w:p>
        </w:tc>
        <w:tc>
          <w:tcPr>
            <w:tcW w:w="96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26E5DF3" w14:textId="77777777" w:rsidR="00F36C9F" w:rsidRDefault="00F36C9F">
            <w:pPr>
              <w:spacing w:after="0"/>
              <w:jc w:val="center"/>
            </w:pPr>
          </w:p>
        </w:tc>
        <w:tc>
          <w:tcPr>
            <w:tcW w:w="9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171C1A" w14:textId="77777777" w:rsidR="00F36C9F" w:rsidRDefault="00F36C9F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49DEFB4" w14:textId="77777777" w:rsidR="00F36C9F" w:rsidRDefault="00F36C9F">
            <w:pPr>
              <w:spacing w:after="0"/>
              <w:jc w:val="right"/>
            </w:pPr>
          </w:p>
        </w:tc>
        <w:tc>
          <w:tcPr>
            <w:tcW w:w="159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A01B98F" w14:textId="77777777" w:rsidR="00F36C9F" w:rsidRDefault="00F36C9F">
            <w:pPr>
              <w:spacing w:after="0"/>
              <w:jc w:val="right"/>
            </w:pPr>
          </w:p>
        </w:tc>
        <w:tc>
          <w:tcPr>
            <w:tcW w:w="108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F3895D0" w14:textId="77777777" w:rsidR="00F36C9F" w:rsidRDefault="00F36C9F">
            <w:pPr>
              <w:spacing w:after="0"/>
              <w:jc w:val="right"/>
            </w:pPr>
          </w:p>
        </w:tc>
      </w:tr>
    </w:tbl>
    <w:p w14:paraId="39E3D0F5" w14:textId="77777777" w:rsidR="00F36C9F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AMOUNT DUE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61"/>
        <w:gridCol w:w="3212"/>
        <w:gridCol w:w="1842"/>
        <w:gridCol w:w="3413"/>
      </w:tblGrid>
      <w:tr w:rsidR="00F36C9F" w14:paraId="33CEC62F" w14:textId="77777777" w:rsidTr="000C3F8C">
        <w:trPr>
          <w:trHeight w:hRule="exact" w:val="597"/>
          <w:jc w:val="center"/>
        </w:trPr>
        <w:tc>
          <w:tcPr>
            <w:tcW w:w="176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73D41F44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공급가액</w:t>
            </w:r>
            <w:proofErr w:type="spellEnd"/>
          </w:p>
        </w:tc>
        <w:tc>
          <w:tcPr>
            <w:tcW w:w="32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BC072DC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1031ED7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세액</w:t>
            </w:r>
          </w:p>
        </w:tc>
        <w:tc>
          <w:tcPr>
            <w:tcW w:w="341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FC2EB6F" w14:textId="77777777" w:rsidR="00F36C9F" w:rsidRDefault="00F36C9F">
            <w:pPr>
              <w:spacing w:after="0"/>
            </w:pPr>
          </w:p>
        </w:tc>
      </w:tr>
      <w:tr w:rsidR="00F36C9F" w14:paraId="2D828529" w14:textId="77777777" w:rsidTr="000C3F8C">
        <w:trPr>
          <w:trHeight w:hRule="exact" w:val="597"/>
          <w:jc w:val="center"/>
        </w:trPr>
        <w:tc>
          <w:tcPr>
            <w:tcW w:w="176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E95D025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 xml:space="preserve">총 </w:t>
            </w:r>
            <w:proofErr w:type="spellStart"/>
            <w:r>
              <w:rPr>
                <w:b/>
                <w:color w:val="24405C"/>
                <w:sz w:val="17"/>
              </w:rPr>
              <w:t>청구금액</w:t>
            </w:r>
            <w:proofErr w:type="spellEnd"/>
          </w:p>
        </w:tc>
        <w:tc>
          <w:tcPr>
            <w:tcW w:w="32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45ED176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74969AA5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기지급액</w:t>
            </w:r>
          </w:p>
        </w:tc>
        <w:tc>
          <w:tcPr>
            <w:tcW w:w="341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0B792AB" w14:textId="77777777" w:rsidR="00F36C9F" w:rsidRDefault="00F36C9F">
            <w:pPr>
              <w:spacing w:after="0"/>
            </w:pPr>
          </w:p>
        </w:tc>
      </w:tr>
      <w:tr w:rsidR="00F36C9F" w14:paraId="09236E8D" w14:textId="77777777" w:rsidTr="000C3F8C">
        <w:trPr>
          <w:trHeight w:hRule="exact" w:val="597"/>
          <w:jc w:val="center"/>
        </w:trPr>
        <w:tc>
          <w:tcPr>
            <w:tcW w:w="176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33B43F9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최종</w:t>
            </w:r>
            <w:proofErr w:type="spellEnd"/>
            <w:r>
              <w:rPr>
                <w:b/>
                <w:color w:val="24405C"/>
                <w:sz w:val="17"/>
              </w:rPr>
              <w:t xml:space="preserve"> </w:t>
            </w:r>
            <w:proofErr w:type="spellStart"/>
            <w:r>
              <w:rPr>
                <w:b/>
                <w:color w:val="24405C"/>
                <w:sz w:val="17"/>
              </w:rPr>
              <w:t>청구금액</w:t>
            </w:r>
            <w:proofErr w:type="spellEnd"/>
          </w:p>
        </w:tc>
        <w:tc>
          <w:tcPr>
            <w:tcW w:w="321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3AB6547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15902A7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부가세 적용</w:t>
            </w:r>
          </w:p>
        </w:tc>
        <w:tc>
          <w:tcPr>
            <w:tcW w:w="341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C79171" w14:textId="77777777" w:rsidR="00F36C9F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 xml:space="preserve">□ 포함   □ 별도   □ </w:t>
            </w:r>
            <w:proofErr w:type="spellStart"/>
            <w:r>
              <w:rPr>
                <w:color w:val="222222"/>
                <w:sz w:val="17"/>
                <w:lang w:eastAsia="ko-KR"/>
              </w:rPr>
              <w:t>해당없음</w:t>
            </w:r>
            <w:proofErr w:type="spellEnd"/>
          </w:p>
        </w:tc>
      </w:tr>
    </w:tbl>
    <w:p w14:paraId="2F54CA2D" w14:textId="77777777" w:rsidR="00F36C9F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PAYMENT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5"/>
        <w:gridCol w:w="3662"/>
        <w:gridCol w:w="1842"/>
        <w:gridCol w:w="3407"/>
      </w:tblGrid>
      <w:tr w:rsidR="00F36C9F" w14:paraId="31953C60" w14:textId="77777777" w:rsidTr="000C3F8C">
        <w:trPr>
          <w:trHeight w:hRule="exact" w:val="57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62DCE79A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은행명</w:t>
            </w:r>
            <w:proofErr w:type="spellEnd"/>
          </w:p>
        </w:tc>
        <w:tc>
          <w:tcPr>
            <w:tcW w:w="366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FADF52E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FA3D7AD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계좌번호</w:t>
            </w:r>
          </w:p>
        </w:tc>
        <w:tc>
          <w:tcPr>
            <w:tcW w:w="34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B95EC41" w14:textId="77777777" w:rsidR="00F36C9F" w:rsidRDefault="00F36C9F">
            <w:pPr>
              <w:spacing w:after="0"/>
            </w:pPr>
          </w:p>
        </w:tc>
      </w:tr>
      <w:tr w:rsidR="00F36C9F" w14:paraId="7FB2E835" w14:textId="77777777" w:rsidTr="000C3F8C">
        <w:trPr>
          <w:trHeight w:hRule="exact" w:val="571"/>
          <w:jc w:val="center"/>
        </w:trPr>
        <w:tc>
          <w:tcPr>
            <w:tcW w:w="130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53A02A5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예금주</w:t>
            </w:r>
          </w:p>
        </w:tc>
        <w:tc>
          <w:tcPr>
            <w:tcW w:w="366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D8450A0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815FE6A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입금 요청일</w:t>
            </w:r>
          </w:p>
        </w:tc>
        <w:tc>
          <w:tcPr>
            <w:tcW w:w="34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CDFEC0" w14:textId="77777777" w:rsidR="00F36C9F" w:rsidRDefault="00F36C9F">
            <w:pPr>
              <w:spacing w:after="0"/>
            </w:pPr>
          </w:p>
        </w:tc>
      </w:tr>
    </w:tbl>
    <w:p w14:paraId="0D833F01" w14:textId="77777777" w:rsidR="00F36C9F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ISSUER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3657"/>
        <w:gridCol w:w="1842"/>
        <w:gridCol w:w="3401"/>
      </w:tblGrid>
      <w:tr w:rsidR="00F36C9F" w14:paraId="74C040C4" w14:textId="77777777" w:rsidTr="000C3F8C">
        <w:trPr>
          <w:trHeight w:hRule="exact" w:val="552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7F14C5AD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6"/>
              </w:rPr>
              <w:t>상호</w:t>
            </w:r>
            <w:proofErr w:type="spellEnd"/>
            <w:r>
              <w:rPr>
                <w:b/>
                <w:color w:val="24405C"/>
                <w:sz w:val="16"/>
              </w:rPr>
              <w:t xml:space="preserve"> / </w:t>
            </w:r>
            <w:proofErr w:type="spellStart"/>
            <w:r>
              <w:rPr>
                <w:b/>
                <w:color w:val="24405C"/>
                <w:sz w:val="16"/>
              </w:rPr>
              <w:t>회사명</w:t>
            </w:r>
            <w:proofErr w:type="spellEnd"/>
          </w:p>
        </w:tc>
        <w:tc>
          <w:tcPr>
            <w:tcW w:w="36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AF08684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8655BC8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사업자등록번호 (선택)</w:t>
            </w:r>
          </w:p>
        </w:tc>
        <w:tc>
          <w:tcPr>
            <w:tcW w:w="340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37EDBBA" w14:textId="77777777" w:rsidR="00F36C9F" w:rsidRDefault="00F36C9F">
            <w:pPr>
              <w:spacing w:after="0"/>
            </w:pPr>
          </w:p>
        </w:tc>
      </w:tr>
      <w:tr w:rsidR="00F36C9F" w14:paraId="302B71C2" w14:textId="77777777" w:rsidTr="000C3F8C">
        <w:trPr>
          <w:trHeight w:hRule="exact" w:val="552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E818303" w14:textId="77777777" w:rsidR="00F36C9F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6"/>
              </w:rPr>
              <w:t>주소</w:t>
            </w:r>
            <w:proofErr w:type="spellEnd"/>
          </w:p>
        </w:tc>
        <w:tc>
          <w:tcPr>
            <w:tcW w:w="36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98BBB78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0A3B8F9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연락처</w:t>
            </w:r>
          </w:p>
        </w:tc>
        <w:tc>
          <w:tcPr>
            <w:tcW w:w="340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3FBDBC8" w14:textId="77777777" w:rsidR="00F36C9F" w:rsidRDefault="00F36C9F">
            <w:pPr>
              <w:spacing w:after="0"/>
            </w:pPr>
          </w:p>
        </w:tc>
      </w:tr>
      <w:tr w:rsidR="00F36C9F" w14:paraId="331F3247" w14:textId="77777777" w:rsidTr="000C3F8C">
        <w:trPr>
          <w:trHeight w:hRule="exact" w:val="552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DB7DAC0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담당자 / 대표자</w:t>
            </w:r>
          </w:p>
        </w:tc>
        <w:tc>
          <w:tcPr>
            <w:tcW w:w="36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14F9EDC" w14:textId="77777777" w:rsidR="00F36C9F" w:rsidRDefault="00F36C9F">
            <w:pPr>
              <w:spacing w:after="0"/>
            </w:pPr>
          </w:p>
        </w:tc>
        <w:tc>
          <w:tcPr>
            <w:tcW w:w="184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68E5715" w14:textId="77777777" w:rsidR="00F36C9F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서명 / 인</w:t>
            </w:r>
          </w:p>
        </w:tc>
        <w:tc>
          <w:tcPr>
            <w:tcW w:w="340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DAF8F74" w14:textId="77777777" w:rsidR="00F36C9F" w:rsidRDefault="00F36C9F">
            <w:pPr>
              <w:spacing w:after="0"/>
            </w:pPr>
          </w:p>
        </w:tc>
      </w:tr>
    </w:tbl>
    <w:p w14:paraId="4ED89F2A" w14:textId="77777777" w:rsidR="00F36C9F" w:rsidRDefault="00000000">
      <w:pPr>
        <w:spacing w:before="100" w:after="0"/>
        <w:jc w:val="right"/>
        <w:rPr>
          <w:lang w:eastAsia="ko-KR"/>
        </w:rPr>
      </w:pPr>
      <w:r>
        <w:rPr>
          <w:color w:val="555555"/>
          <w:sz w:val="17"/>
          <w:lang w:eastAsia="ko-KR"/>
        </w:rPr>
        <w:t>위와 같이 청구합니다.    20      년      월      일</w:t>
      </w:r>
    </w:p>
    <w:sectPr w:rsidR="00F36C9F" w:rsidSect="00034616">
      <w:pgSz w:w="11906" w:h="16838"/>
      <w:pgMar w:top="102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022792">
    <w:abstractNumId w:val="8"/>
  </w:num>
  <w:num w:numId="2" w16cid:durableId="305278992">
    <w:abstractNumId w:val="6"/>
  </w:num>
  <w:num w:numId="3" w16cid:durableId="1611089164">
    <w:abstractNumId w:val="5"/>
  </w:num>
  <w:num w:numId="4" w16cid:durableId="1399009691">
    <w:abstractNumId w:val="4"/>
  </w:num>
  <w:num w:numId="5" w16cid:durableId="1947301993">
    <w:abstractNumId w:val="7"/>
  </w:num>
  <w:num w:numId="6" w16cid:durableId="827130805">
    <w:abstractNumId w:val="3"/>
  </w:num>
  <w:num w:numId="7" w16cid:durableId="302545302">
    <w:abstractNumId w:val="2"/>
  </w:num>
  <w:num w:numId="8" w16cid:durableId="746267219">
    <w:abstractNumId w:val="1"/>
  </w:num>
  <w:num w:numId="9" w16cid:durableId="42765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F8C"/>
    <w:rsid w:val="0015074B"/>
    <w:rsid w:val="0029639D"/>
    <w:rsid w:val="00326F90"/>
    <w:rsid w:val="00335901"/>
    <w:rsid w:val="004004F3"/>
    <w:rsid w:val="004301F4"/>
    <w:rsid w:val="00AA1D8D"/>
    <w:rsid w:val="00B47730"/>
    <w:rsid w:val="00C07F50"/>
    <w:rsid w:val="00CB0664"/>
    <w:rsid w:val="00F36C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84743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5</cp:revision>
  <dcterms:created xsi:type="dcterms:W3CDTF">2013-12-23T23:15:00Z</dcterms:created>
  <dcterms:modified xsi:type="dcterms:W3CDTF">2026-09-02T13:49:00Z</dcterms:modified>
  <cp:category/>
</cp:coreProperties>
</file>