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491EF" w14:textId="77777777" w:rsidR="00AE2380" w:rsidRPr="000032C0" w:rsidRDefault="00000000" w:rsidP="000032C0">
      <w:pPr>
        <w:spacing w:after="40" w:line="240" w:lineRule="auto"/>
        <w:jc w:val="center"/>
        <w:rPr>
          <w:sz w:val="44"/>
          <w:szCs w:val="44"/>
          <w:lang w:eastAsia="ko-KR"/>
        </w:rPr>
      </w:pPr>
      <w:r w:rsidRPr="000032C0">
        <w:rPr>
          <w:b/>
          <w:color w:val="111111"/>
          <w:sz w:val="44"/>
          <w:szCs w:val="44"/>
          <w:lang w:eastAsia="ko-KR"/>
        </w:rPr>
        <w:t>청 구 서</w:t>
      </w:r>
    </w:p>
    <w:p w14:paraId="7CAF4647" w14:textId="77777777" w:rsidR="00AE2380" w:rsidRDefault="00000000" w:rsidP="000032C0">
      <w:pPr>
        <w:spacing w:after="180" w:line="240" w:lineRule="auto"/>
        <w:jc w:val="center"/>
        <w:rPr>
          <w:lang w:eastAsia="ko-KR"/>
        </w:rPr>
      </w:pPr>
      <w:r>
        <w:rPr>
          <w:color w:val="666666"/>
          <w:lang w:eastAsia="ko-KR"/>
        </w:rPr>
        <w:t>상품 또는 용역 제공에 따른 청구 내용과 지급 정보를 정리하는 일반 업무용 서식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5"/>
        <w:gridCol w:w="3520"/>
        <w:gridCol w:w="1843"/>
        <w:gridCol w:w="3548"/>
      </w:tblGrid>
      <w:tr w:rsidR="00AE2380" w14:paraId="27D23D56" w14:textId="77777777" w:rsidTr="000032C0">
        <w:trPr>
          <w:trHeight w:hRule="exact" w:val="531"/>
          <w:jc w:val="center"/>
        </w:trPr>
        <w:tc>
          <w:tcPr>
            <w:tcW w:w="130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6B28046E" w14:textId="77777777" w:rsidR="00AE2380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청구일자</w:t>
            </w:r>
            <w:proofErr w:type="spellEnd"/>
          </w:p>
        </w:tc>
        <w:tc>
          <w:tcPr>
            <w:tcW w:w="35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93EECDD" w14:textId="77777777" w:rsidR="00AE2380" w:rsidRDefault="00000000">
            <w:pPr>
              <w:spacing w:after="0"/>
            </w:pPr>
            <w:r>
              <w:rPr>
                <w:color w:val="222222"/>
                <w:sz w:val="17"/>
              </w:rPr>
              <w:t>20      년      월      일</w:t>
            </w: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7E11D2B1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청구번호</w:t>
            </w:r>
          </w:p>
        </w:tc>
        <w:tc>
          <w:tcPr>
            <w:tcW w:w="354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CCCCC9C" w14:textId="77777777" w:rsidR="00AE2380" w:rsidRDefault="00AE2380">
            <w:pPr>
              <w:spacing w:after="0"/>
            </w:pPr>
          </w:p>
        </w:tc>
      </w:tr>
      <w:tr w:rsidR="00AE2380" w14:paraId="3C706FB8" w14:textId="77777777" w:rsidTr="000032C0">
        <w:trPr>
          <w:trHeight w:hRule="exact" w:val="531"/>
          <w:jc w:val="center"/>
        </w:trPr>
        <w:tc>
          <w:tcPr>
            <w:tcW w:w="130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4787DCB7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수신처</w:t>
            </w:r>
          </w:p>
        </w:tc>
        <w:tc>
          <w:tcPr>
            <w:tcW w:w="35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22B3577" w14:textId="77777777" w:rsidR="00AE2380" w:rsidRDefault="00AE2380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0EAF0008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담당자</w:t>
            </w:r>
          </w:p>
        </w:tc>
        <w:tc>
          <w:tcPr>
            <w:tcW w:w="354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AA0F8AA" w14:textId="77777777" w:rsidR="00AE2380" w:rsidRDefault="00AE2380">
            <w:pPr>
              <w:spacing w:after="0"/>
            </w:pPr>
          </w:p>
        </w:tc>
      </w:tr>
      <w:tr w:rsidR="00AE2380" w14:paraId="696A4D80" w14:textId="77777777" w:rsidTr="000032C0">
        <w:trPr>
          <w:trHeight w:hRule="exact" w:val="531"/>
          <w:jc w:val="center"/>
        </w:trPr>
        <w:tc>
          <w:tcPr>
            <w:tcW w:w="130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407AB724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연락처</w:t>
            </w:r>
          </w:p>
        </w:tc>
        <w:tc>
          <w:tcPr>
            <w:tcW w:w="35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ED0BCFD" w14:textId="77777777" w:rsidR="00AE2380" w:rsidRDefault="00AE2380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68EF18BD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이메일</w:t>
            </w:r>
          </w:p>
        </w:tc>
        <w:tc>
          <w:tcPr>
            <w:tcW w:w="354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794FAE7" w14:textId="77777777" w:rsidR="00AE2380" w:rsidRDefault="00AE2380">
            <w:pPr>
              <w:spacing w:after="0"/>
            </w:pPr>
          </w:p>
        </w:tc>
      </w:tr>
      <w:tr w:rsidR="00AE2380" w14:paraId="0AC786C0" w14:textId="77777777" w:rsidTr="000032C0">
        <w:trPr>
          <w:trHeight w:hRule="exact" w:val="531"/>
          <w:jc w:val="center"/>
        </w:trPr>
        <w:tc>
          <w:tcPr>
            <w:tcW w:w="130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2E2C22AF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지급기한</w:t>
            </w:r>
          </w:p>
        </w:tc>
        <w:tc>
          <w:tcPr>
            <w:tcW w:w="35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E3B5EBA" w14:textId="77777777" w:rsidR="00AE2380" w:rsidRDefault="00AE2380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76ADE686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관련 계약 / 발주번호</w:t>
            </w:r>
          </w:p>
        </w:tc>
        <w:tc>
          <w:tcPr>
            <w:tcW w:w="354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871A4AF" w14:textId="77777777" w:rsidR="00AE2380" w:rsidRDefault="00AE2380">
            <w:pPr>
              <w:spacing w:after="0"/>
            </w:pPr>
          </w:p>
        </w:tc>
      </w:tr>
    </w:tbl>
    <w:p w14:paraId="23891791" w14:textId="77777777" w:rsidR="00AE2380" w:rsidRDefault="00000000">
      <w:pPr>
        <w:spacing w:before="140" w:after="60"/>
      </w:pPr>
      <w:proofErr w:type="spellStart"/>
      <w:r>
        <w:rPr>
          <w:b/>
          <w:color w:val="222222"/>
          <w:sz w:val="21"/>
        </w:rPr>
        <w:t>청구</w:t>
      </w:r>
      <w:proofErr w:type="spellEnd"/>
      <w:r>
        <w:rPr>
          <w:b/>
          <w:color w:val="222222"/>
          <w:sz w:val="21"/>
        </w:rPr>
        <w:t xml:space="preserve"> </w:t>
      </w:r>
      <w:proofErr w:type="spellStart"/>
      <w:r>
        <w:rPr>
          <w:b/>
          <w:color w:val="222222"/>
          <w:sz w:val="21"/>
        </w:rPr>
        <w:t>내역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729"/>
        <w:gridCol w:w="1022"/>
        <w:gridCol w:w="966"/>
        <w:gridCol w:w="909"/>
        <w:gridCol w:w="1421"/>
        <w:gridCol w:w="1591"/>
        <w:gridCol w:w="1079"/>
      </w:tblGrid>
      <w:tr w:rsidR="00AE2380" w14:paraId="35ECFCA3" w14:textId="77777777" w:rsidTr="000032C0">
        <w:trPr>
          <w:trHeight w:hRule="exact" w:val="545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5D59E8C5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No.</w:t>
            </w:r>
          </w:p>
        </w:tc>
        <w:tc>
          <w:tcPr>
            <w:tcW w:w="272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5D43B843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품목 / 내용</w:t>
            </w:r>
          </w:p>
        </w:tc>
        <w:tc>
          <w:tcPr>
            <w:tcW w:w="102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0A00D55C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규격</w:t>
            </w:r>
          </w:p>
        </w:tc>
        <w:tc>
          <w:tcPr>
            <w:tcW w:w="96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5D05D6EE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수량</w:t>
            </w:r>
          </w:p>
        </w:tc>
        <w:tc>
          <w:tcPr>
            <w:tcW w:w="90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44133E41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단위</w:t>
            </w:r>
          </w:p>
        </w:tc>
        <w:tc>
          <w:tcPr>
            <w:tcW w:w="14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31481CA1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단가</w:t>
            </w:r>
          </w:p>
        </w:tc>
        <w:tc>
          <w:tcPr>
            <w:tcW w:w="159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367F1E3C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금액</w:t>
            </w:r>
          </w:p>
        </w:tc>
        <w:tc>
          <w:tcPr>
            <w:tcW w:w="107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7E7E7"/>
            <w:vAlign w:val="center"/>
          </w:tcPr>
          <w:p w14:paraId="45B7C428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222222"/>
                <w:sz w:val="16"/>
              </w:rPr>
              <w:t>비고</w:t>
            </w:r>
          </w:p>
        </w:tc>
      </w:tr>
      <w:tr w:rsidR="00AE2380" w14:paraId="51AF8386" w14:textId="77777777" w:rsidTr="000032C0">
        <w:trPr>
          <w:trHeight w:hRule="exact" w:val="511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FA4C557" w14:textId="77777777" w:rsidR="00AE2380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1</w:t>
            </w:r>
          </w:p>
        </w:tc>
        <w:tc>
          <w:tcPr>
            <w:tcW w:w="272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F33896C" w14:textId="77777777" w:rsidR="00AE2380" w:rsidRDefault="00AE2380">
            <w:pPr>
              <w:spacing w:after="0"/>
              <w:jc w:val="center"/>
            </w:pPr>
          </w:p>
        </w:tc>
        <w:tc>
          <w:tcPr>
            <w:tcW w:w="102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72BE6E1" w14:textId="77777777" w:rsidR="00AE2380" w:rsidRDefault="00AE2380">
            <w:pPr>
              <w:spacing w:after="0"/>
              <w:jc w:val="center"/>
            </w:pPr>
          </w:p>
        </w:tc>
        <w:tc>
          <w:tcPr>
            <w:tcW w:w="96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A44F5C5" w14:textId="77777777" w:rsidR="00AE2380" w:rsidRDefault="00AE2380">
            <w:pPr>
              <w:spacing w:after="0"/>
              <w:jc w:val="center"/>
            </w:pPr>
          </w:p>
        </w:tc>
        <w:tc>
          <w:tcPr>
            <w:tcW w:w="90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2954A9B" w14:textId="77777777" w:rsidR="00AE2380" w:rsidRDefault="00AE2380">
            <w:pPr>
              <w:spacing w:after="0"/>
              <w:jc w:val="center"/>
            </w:pPr>
          </w:p>
        </w:tc>
        <w:tc>
          <w:tcPr>
            <w:tcW w:w="14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45BCD17" w14:textId="77777777" w:rsidR="00AE2380" w:rsidRDefault="00AE2380">
            <w:pPr>
              <w:spacing w:after="0"/>
              <w:jc w:val="right"/>
            </w:pPr>
          </w:p>
        </w:tc>
        <w:tc>
          <w:tcPr>
            <w:tcW w:w="159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0D7A85A" w14:textId="77777777" w:rsidR="00AE2380" w:rsidRDefault="00AE2380">
            <w:pPr>
              <w:spacing w:after="0"/>
              <w:jc w:val="right"/>
            </w:pPr>
          </w:p>
        </w:tc>
        <w:tc>
          <w:tcPr>
            <w:tcW w:w="107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C6249A2" w14:textId="77777777" w:rsidR="00AE2380" w:rsidRDefault="00AE2380">
            <w:pPr>
              <w:spacing w:after="0"/>
              <w:jc w:val="right"/>
            </w:pPr>
          </w:p>
        </w:tc>
      </w:tr>
      <w:tr w:rsidR="00AE2380" w14:paraId="481A1B50" w14:textId="77777777" w:rsidTr="000032C0">
        <w:trPr>
          <w:trHeight w:hRule="exact" w:val="511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55583F2" w14:textId="77777777" w:rsidR="00AE2380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2</w:t>
            </w:r>
          </w:p>
        </w:tc>
        <w:tc>
          <w:tcPr>
            <w:tcW w:w="272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CB3B3B4" w14:textId="77777777" w:rsidR="00AE2380" w:rsidRDefault="00AE2380">
            <w:pPr>
              <w:spacing w:after="0"/>
              <w:jc w:val="center"/>
            </w:pPr>
          </w:p>
        </w:tc>
        <w:tc>
          <w:tcPr>
            <w:tcW w:w="102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501E399" w14:textId="77777777" w:rsidR="00AE2380" w:rsidRDefault="00AE2380">
            <w:pPr>
              <w:spacing w:after="0"/>
              <w:jc w:val="center"/>
            </w:pPr>
          </w:p>
        </w:tc>
        <w:tc>
          <w:tcPr>
            <w:tcW w:w="96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4852AF0" w14:textId="77777777" w:rsidR="00AE2380" w:rsidRDefault="00AE2380">
            <w:pPr>
              <w:spacing w:after="0"/>
              <w:jc w:val="center"/>
            </w:pPr>
          </w:p>
        </w:tc>
        <w:tc>
          <w:tcPr>
            <w:tcW w:w="90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3CD2889" w14:textId="77777777" w:rsidR="00AE2380" w:rsidRDefault="00AE2380">
            <w:pPr>
              <w:spacing w:after="0"/>
              <w:jc w:val="center"/>
            </w:pPr>
          </w:p>
        </w:tc>
        <w:tc>
          <w:tcPr>
            <w:tcW w:w="14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098C019" w14:textId="77777777" w:rsidR="00AE2380" w:rsidRDefault="00AE2380">
            <w:pPr>
              <w:spacing w:after="0"/>
              <w:jc w:val="right"/>
            </w:pPr>
          </w:p>
        </w:tc>
        <w:tc>
          <w:tcPr>
            <w:tcW w:w="159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F0E5EFE" w14:textId="77777777" w:rsidR="00AE2380" w:rsidRDefault="00AE2380">
            <w:pPr>
              <w:spacing w:after="0"/>
              <w:jc w:val="right"/>
            </w:pPr>
          </w:p>
        </w:tc>
        <w:tc>
          <w:tcPr>
            <w:tcW w:w="107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55EFCEF" w14:textId="77777777" w:rsidR="00AE2380" w:rsidRDefault="00AE2380">
            <w:pPr>
              <w:spacing w:after="0"/>
              <w:jc w:val="right"/>
            </w:pPr>
          </w:p>
        </w:tc>
      </w:tr>
      <w:tr w:rsidR="00AE2380" w14:paraId="05CB6C2A" w14:textId="77777777" w:rsidTr="000032C0">
        <w:trPr>
          <w:trHeight w:hRule="exact" w:val="511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C96B8A3" w14:textId="77777777" w:rsidR="00AE2380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3</w:t>
            </w:r>
          </w:p>
        </w:tc>
        <w:tc>
          <w:tcPr>
            <w:tcW w:w="272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D360043" w14:textId="77777777" w:rsidR="00AE2380" w:rsidRDefault="00AE2380">
            <w:pPr>
              <w:spacing w:after="0"/>
              <w:jc w:val="center"/>
            </w:pPr>
          </w:p>
        </w:tc>
        <w:tc>
          <w:tcPr>
            <w:tcW w:w="102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BB4C2EA" w14:textId="77777777" w:rsidR="00AE2380" w:rsidRDefault="00AE2380">
            <w:pPr>
              <w:spacing w:after="0"/>
              <w:jc w:val="center"/>
            </w:pPr>
          </w:p>
        </w:tc>
        <w:tc>
          <w:tcPr>
            <w:tcW w:w="96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0A643CE" w14:textId="77777777" w:rsidR="00AE2380" w:rsidRDefault="00AE2380">
            <w:pPr>
              <w:spacing w:after="0"/>
              <w:jc w:val="center"/>
            </w:pPr>
          </w:p>
        </w:tc>
        <w:tc>
          <w:tcPr>
            <w:tcW w:w="90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5840389" w14:textId="77777777" w:rsidR="00AE2380" w:rsidRDefault="00AE2380">
            <w:pPr>
              <w:spacing w:after="0"/>
              <w:jc w:val="center"/>
            </w:pPr>
          </w:p>
        </w:tc>
        <w:tc>
          <w:tcPr>
            <w:tcW w:w="14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4888678" w14:textId="77777777" w:rsidR="00AE2380" w:rsidRDefault="00AE2380">
            <w:pPr>
              <w:spacing w:after="0"/>
              <w:jc w:val="right"/>
            </w:pPr>
          </w:p>
        </w:tc>
        <w:tc>
          <w:tcPr>
            <w:tcW w:w="159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49B926B" w14:textId="77777777" w:rsidR="00AE2380" w:rsidRDefault="00AE2380">
            <w:pPr>
              <w:spacing w:after="0"/>
              <w:jc w:val="right"/>
            </w:pPr>
          </w:p>
        </w:tc>
        <w:tc>
          <w:tcPr>
            <w:tcW w:w="107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F4CF122" w14:textId="77777777" w:rsidR="00AE2380" w:rsidRDefault="00AE2380">
            <w:pPr>
              <w:spacing w:after="0"/>
              <w:jc w:val="right"/>
            </w:pPr>
          </w:p>
        </w:tc>
      </w:tr>
      <w:tr w:rsidR="00AE2380" w14:paraId="06C6A6DA" w14:textId="77777777" w:rsidTr="000032C0">
        <w:trPr>
          <w:trHeight w:hRule="exact" w:val="511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8012D52" w14:textId="77777777" w:rsidR="00AE2380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4</w:t>
            </w:r>
          </w:p>
        </w:tc>
        <w:tc>
          <w:tcPr>
            <w:tcW w:w="272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034871F" w14:textId="77777777" w:rsidR="00AE2380" w:rsidRDefault="00AE2380">
            <w:pPr>
              <w:spacing w:after="0"/>
              <w:jc w:val="center"/>
            </w:pPr>
          </w:p>
        </w:tc>
        <w:tc>
          <w:tcPr>
            <w:tcW w:w="102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A306C0E" w14:textId="77777777" w:rsidR="00AE2380" w:rsidRDefault="00AE2380">
            <w:pPr>
              <w:spacing w:after="0"/>
              <w:jc w:val="center"/>
            </w:pPr>
          </w:p>
        </w:tc>
        <w:tc>
          <w:tcPr>
            <w:tcW w:w="96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EAE2CFA" w14:textId="77777777" w:rsidR="00AE2380" w:rsidRDefault="00AE2380">
            <w:pPr>
              <w:spacing w:after="0"/>
              <w:jc w:val="center"/>
            </w:pPr>
          </w:p>
        </w:tc>
        <w:tc>
          <w:tcPr>
            <w:tcW w:w="90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B004F22" w14:textId="77777777" w:rsidR="00AE2380" w:rsidRDefault="00AE2380">
            <w:pPr>
              <w:spacing w:after="0"/>
              <w:jc w:val="center"/>
            </w:pPr>
          </w:p>
        </w:tc>
        <w:tc>
          <w:tcPr>
            <w:tcW w:w="14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5E89CCD" w14:textId="77777777" w:rsidR="00AE2380" w:rsidRDefault="00AE2380">
            <w:pPr>
              <w:spacing w:after="0"/>
              <w:jc w:val="right"/>
            </w:pPr>
          </w:p>
        </w:tc>
        <w:tc>
          <w:tcPr>
            <w:tcW w:w="159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7D428F6" w14:textId="77777777" w:rsidR="00AE2380" w:rsidRDefault="00AE2380">
            <w:pPr>
              <w:spacing w:after="0"/>
              <w:jc w:val="right"/>
            </w:pPr>
          </w:p>
        </w:tc>
        <w:tc>
          <w:tcPr>
            <w:tcW w:w="107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1341998" w14:textId="77777777" w:rsidR="00AE2380" w:rsidRDefault="00AE2380">
            <w:pPr>
              <w:spacing w:after="0"/>
              <w:jc w:val="right"/>
            </w:pPr>
          </w:p>
        </w:tc>
      </w:tr>
      <w:tr w:rsidR="00AE2380" w14:paraId="3ED7FD7E" w14:textId="77777777" w:rsidTr="000032C0">
        <w:trPr>
          <w:trHeight w:hRule="exact" w:val="511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DFBA961" w14:textId="77777777" w:rsidR="00AE2380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5</w:t>
            </w:r>
          </w:p>
        </w:tc>
        <w:tc>
          <w:tcPr>
            <w:tcW w:w="272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A9D99DA" w14:textId="77777777" w:rsidR="00AE2380" w:rsidRDefault="00AE2380">
            <w:pPr>
              <w:spacing w:after="0"/>
              <w:jc w:val="center"/>
            </w:pPr>
          </w:p>
        </w:tc>
        <w:tc>
          <w:tcPr>
            <w:tcW w:w="102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B23E8BB" w14:textId="77777777" w:rsidR="00AE2380" w:rsidRDefault="00AE2380">
            <w:pPr>
              <w:spacing w:after="0"/>
              <w:jc w:val="center"/>
            </w:pPr>
          </w:p>
        </w:tc>
        <w:tc>
          <w:tcPr>
            <w:tcW w:w="96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BA4320B" w14:textId="77777777" w:rsidR="00AE2380" w:rsidRDefault="00AE2380">
            <w:pPr>
              <w:spacing w:after="0"/>
              <w:jc w:val="center"/>
            </w:pPr>
          </w:p>
        </w:tc>
        <w:tc>
          <w:tcPr>
            <w:tcW w:w="90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52076E3" w14:textId="77777777" w:rsidR="00AE2380" w:rsidRDefault="00AE2380">
            <w:pPr>
              <w:spacing w:after="0"/>
              <w:jc w:val="center"/>
            </w:pPr>
          </w:p>
        </w:tc>
        <w:tc>
          <w:tcPr>
            <w:tcW w:w="14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97DA05B" w14:textId="77777777" w:rsidR="00AE2380" w:rsidRDefault="00AE2380">
            <w:pPr>
              <w:spacing w:after="0"/>
              <w:jc w:val="right"/>
            </w:pPr>
          </w:p>
        </w:tc>
        <w:tc>
          <w:tcPr>
            <w:tcW w:w="159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37D9E40" w14:textId="77777777" w:rsidR="00AE2380" w:rsidRDefault="00AE2380">
            <w:pPr>
              <w:spacing w:after="0"/>
              <w:jc w:val="right"/>
            </w:pPr>
          </w:p>
        </w:tc>
        <w:tc>
          <w:tcPr>
            <w:tcW w:w="107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52CB2E7" w14:textId="77777777" w:rsidR="00AE2380" w:rsidRDefault="00AE2380">
            <w:pPr>
              <w:spacing w:after="0"/>
              <w:jc w:val="right"/>
            </w:pPr>
          </w:p>
        </w:tc>
      </w:tr>
      <w:tr w:rsidR="00AE2380" w14:paraId="580E2A75" w14:textId="77777777" w:rsidTr="000032C0">
        <w:trPr>
          <w:trHeight w:hRule="exact" w:val="511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F249FBD" w14:textId="77777777" w:rsidR="00AE2380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6</w:t>
            </w:r>
          </w:p>
        </w:tc>
        <w:tc>
          <w:tcPr>
            <w:tcW w:w="272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B11151D" w14:textId="77777777" w:rsidR="00AE2380" w:rsidRDefault="00AE2380">
            <w:pPr>
              <w:spacing w:after="0"/>
              <w:jc w:val="center"/>
            </w:pPr>
          </w:p>
        </w:tc>
        <w:tc>
          <w:tcPr>
            <w:tcW w:w="102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963D254" w14:textId="77777777" w:rsidR="00AE2380" w:rsidRDefault="00AE2380">
            <w:pPr>
              <w:spacing w:after="0"/>
              <w:jc w:val="center"/>
            </w:pPr>
          </w:p>
        </w:tc>
        <w:tc>
          <w:tcPr>
            <w:tcW w:w="96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5889D5C" w14:textId="77777777" w:rsidR="00AE2380" w:rsidRDefault="00AE2380">
            <w:pPr>
              <w:spacing w:after="0"/>
              <w:jc w:val="center"/>
            </w:pPr>
          </w:p>
        </w:tc>
        <w:tc>
          <w:tcPr>
            <w:tcW w:w="90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50998C9" w14:textId="77777777" w:rsidR="00AE2380" w:rsidRDefault="00AE2380">
            <w:pPr>
              <w:spacing w:after="0"/>
              <w:jc w:val="center"/>
            </w:pPr>
          </w:p>
        </w:tc>
        <w:tc>
          <w:tcPr>
            <w:tcW w:w="14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C36F9A3" w14:textId="77777777" w:rsidR="00AE2380" w:rsidRDefault="00AE2380">
            <w:pPr>
              <w:spacing w:after="0"/>
              <w:jc w:val="right"/>
            </w:pPr>
          </w:p>
        </w:tc>
        <w:tc>
          <w:tcPr>
            <w:tcW w:w="159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413B8E8" w14:textId="77777777" w:rsidR="00AE2380" w:rsidRDefault="00AE2380">
            <w:pPr>
              <w:spacing w:after="0"/>
              <w:jc w:val="right"/>
            </w:pPr>
          </w:p>
        </w:tc>
        <w:tc>
          <w:tcPr>
            <w:tcW w:w="107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3A97C31" w14:textId="77777777" w:rsidR="00AE2380" w:rsidRDefault="00AE2380">
            <w:pPr>
              <w:spacing w:after="0"/>
              <w:jc w:val="right"/>
            </w:pPr>
          </w:p>
        </w:tc>
      </w:tr>
      <w:tr w:rsidR="00AE2380" w14:paraId="19349DE3" w14:textId="77777777" w:rsidTr="000032C0">
        <w:trPr>
          <w:trHeight w:hRule="exact" w:val="511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27FAF5C" w14:textId="77777777" w:rsidR="00AE2380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7</w:t>
            </w:r>
          </w:p>
        </w:tc>
        <w:tc>
          <w:tcPr>
            <w:tcW w:w="272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77722A1" w14:textId="77777777" w:rsidR="00AE2380" w:rsidRDefault="00AE2380">
            <w:pPr>
              <w:spacing w:after="0"/>
              <w:jc w:val="center"/>
            </w:pPr>
          </w:p>
        </w:tc>
        <w:tc>
          <w:tcPr>
            <w:tcW w:w="102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0785BE5" w14:textId="77777777" w:rsidR="00AE2380" w:rsidRDefault="00AE2380">
            <w:pPr>
              <w:spacing w:after="0"/>
              <w:jc w:val="center"/>
            </w:pPr>
          </w:p>
        </w:tc>
        <w:tc>
          <w:tcPr>
            <w:tcW w:w="96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46A3F21" w14:textId="77777777" w:rsidR="00AE2380" w:rsidRDefault="00AE2380">
            <w:pPr>
              <w:spacing w:after="0"/>
              <w:jc w:val="center"/>
            </w:pPr>
          </w:p>
        </w:tc>
        <w:tc>
          <w:tcPr>
            <w:tcW w:w="90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B048DC8" w14:textId="77777777" w:rsidR="00AE2380" w:rsidRDefault="00AE2380">
            <w:pPr>
              <w:spacing w:after="0"/>
              <w:jc w:val="center"/>
            </w:pPr>
          </w:p>
        </w:tc>
        <w:tc>
          <w:tcPr>
            <w:tcW w:w="14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8C025B8" w14:textId="77777777" w:rsidR="00AE2380" w:rsidRDefault="00AE2380">
            <w:pPr>
              <w:spacing w:after="0"/>
              <w:jc w:val="right"/>
            </w:pPr>
          </w:p>
        </w:tc>
        <w:tc>
          <w:tcPr>
            <w:tcW w:w="159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E73EB9E" w14:textId="77777777" w:rsidR="00AE2380" w:rsidRDefault="00AE2380">
            <w:pPr>
              <w:spacing w:after="0"/>
              <w:jc w:val="right"/>
            </w:pPr>
          </w:p>
        </w:tc>
        <w:tc>
          <w:tcPr>
            <w:tcW w:w="107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022FC44" w14:textId="77777777" w:rsidR="00AE2380" w:rsidRDefault="00AE2380">
            <w:pPr>
              <w:spacing w:after="0"/>
              <w:jc w:val="right"/>
            </w:pPr>
          </w:p>
        </w:tc>
      </w:tr>
    </w:tbl>
    <w:p w14:paraId="1299D77F" w14:textId="77777777" w:rsidR="00AE2380" w:rsidRDefault="00000000">
      <w:pPr>
        <w:spacing w:before="140" w:after="60"/>
      </w:pPr>
      <w:r>
        <w:rPr>
          <w:b/>
          <w:color w:val="222222"/>
          <w:sz w:val="21"/>
        </w:rPr>
        <w:t>청구 금액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4"/>
        <w:gridCol w:w="3340"/>
        <w:gridCol w:w="1754"/>
        <w:gridCol w:w="3340"/>
      </w:tblGrid>
      <w:tr w:rsidR="00AE2380" w14:paraId="746F3AF4" w14:textId="77777777" w:rsidTr="000032C0">
        <w:trPr>
          <w:trHeight w:hRule="exact" w:val="537"/>
          <w:jc w:val="center"/>
        </w:trPr>
        <w:tc>
          <w:tcPr>
            <w:tcW w:w="175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32ECE84C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공급가액</w:t>
            </w:r>
          </w:p>
        </w:tc>
        <w:tc>
          <w:tcPr>
            <w:tcW w:w="33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5987830" w14:textId="77777777" w:rsidR="00AE2380" w:rsidRDefault="00AE2380">
            <w:pPr>
              <w:spacing w:after="0"/>
            </w:pPr>
          </w:p>
        </w:tc>
        <w:tc>
          <w:tcPr>
            <w:tcW w:w="175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05479558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세액</w:t>
            </w:r>
          </w:p>
        </w:tc>
        <w:tc>
          <w:tcPr>
            <w:tcW w:w="33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6390485" w14:textId="77777777" w:rsidR="00AE2380" w:rsidRDefault="00AE2380">
            <w:pPr>
              <w:spacing w:after="0"/>
            </w:pPr>
          </w:p>
        </w:tc>
      </w:tr>
      <w:tr w:rsidR="00AE2380" w14:paraId="63E877F0" w14:textId="77777777" w:rsidTr="000032C0">
        <w:trPr>
          <w:trHeight w:hRule="exact" w:val="537"/>
          <w:jc w:val="center"/>
        </w:trPr>
        <w:tc>
          <w:tcPr>
            <w:tcW w:w="175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6A359E45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총 청구금액</w:t>
            </w:r>
          </w:p>
        </w:tc>
        <w:tc>
          <w:tcPr>
            <w:tcW w:w="33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605B22E" w14:textId="77777777" w:rsidR="00AE2380" w:rsidRDefault="00AE2380">
            <w:pPr>
              <w:spacing w:after="0"/>
            </w:pPr>
          </w:p>
        </w:tc>
        <w:tc>
          <w:tcPr>
            <w:tcW w:w="175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439164E1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기지급액</w:t>
            </w:r>
          </w:p>
        </w:tc>
        <w:tc>
          <w:tcPr>
            <w:tcW w:w="33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BD7E13B" w14:textId="77777777" w:rsidR="00AE2380" w:rsidRDefault="00AE2380">
            <w:pPr>
              <w:spacing w:after="0"/>
            </w:pPr>
          </w:p>
        </w:tc>
      </w:tr>
      <w:tr w:rsidR="00AE2380" w14:paraId="41A12ABE" w14:textId="77777777" w:rsidTr="000032C0">
        <w:trPr>
          <w:trHeight w:hRule="exact" w:val="537"/>
          <w:jc w:val="center"/>
        </w:trPr>
        <w:tc>
          <w:tcPr>
            <w:tcW w:w="175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684E146B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최종 청구금액</w:t>
            </w:r>
          </w:p>
        </w:tc>
        <w:tc>
          <w:tcPr>
            <w:tcW w:w="33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6722BBC" w14:textId="77777777" w:rsidR="00AE2380" w:rsidRDefault="00AE2380">
            <w:pPr>
              <w:spacing w:after="0"/>
            </w:pPr>
          </w:p>
        </w:tc>
        <w:tc>
          <w:tcPr>
            <w:tcW w:w="175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35047D20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부가세 적용</w:t>
            </w:r>
          </w:p>
        </w:tc>
        <w:tc>
          <w:tcPr>
            <w:tcW w:w="33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8410673" w14:textId="77777777" w:rsidR="00AE2380" w:rsidRDefault="00000000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7"/>
                <w:lang w:eastAsia="ko-KR"/>
              </w:rPr>
              <w:t xml:space="preserve">□ 포함   □ 별도   □ </w:t>
            </w:r>
            <w:proofErr w:type="spellStart"/>
            <w:r>
              <w:rPr>
                <w:color w:val="222222"/>
                <w:sz w:val="17"/>
                <w:lang w:eastAsia="ko-KR"/>
              </w:rPr>
              <w:t>해당없음</w:t>
            </w:r>
            <w:proofErr w:type="spellEnd"/>
          </w:p>
        </w:tc>
      </w:tr>
    </w:tbl>
    <w:p w14:paraId="5EF18101" w14:textId="77777777" w:rsidR="00AE2380" w:rsidRDefault="00000000">
      <w:pPr>
        <w:spacing w:before="140" w:after="60"/>
      </w:pPr>
      <w:proofErr w:type="spellStart"/>
      <w:r>
        <w:rPr>
          <w:b/>
          <w:color w:val="222222"/>
          <w:sz w:val="21"/>
        </w:rPr>
        <w:t>입금</w:t>
      </w:r>
      <w:proofErr w:type="spellEnd"/>
      <w:r>
        <w:rPr>
          <w:b/>
          <w:color w:val="222222"/>
          <w:sz w:val="21"/>
        </w:rPr>
        <w:t xml:space="preserve"> </w:t>
      </w:r>
      <w:proofErr w:type="spellStart"/>
      <w:r>
        <w:rPr>
          <w:b/>
          <w:color w:val="222222"/>
          <w:sz w:val="21"/>
        </w:rP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3"/>
        <w:gridCol w:w="3797"/>
        <w:gridCol w:w="1303"/>
        <w:gridCol w:w="3800"/>
      </w:tblGrid>
      <w:tr w:rsidR="00AE2380" w14:paraId="05B2AF45" w14:textId="77777777" w:rsidTr="000032C0">
        <w:trPr>
          <w:trHeight w:hRule="exact" w:val="563"/>
          <w:jc w:val="center"/>
        </w:trPr>
        <w:tc>
          <w:tcPr>
            <w:tcW w:w="13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71EEF63A" w14:textId="77777777" w:rsidR="00AE2380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7"/>
              </w:rPr>
              <w:t>은행명</w:t>
            </w:r>
            <w:proofErr w:type="spellEnd"/>
          </w:p>
        </w:tc>
        <w:tc>
          <w:tcPr>
            <w:tcW w:w="37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768FA5D" w14:textId="77777777" w:rsidR="00AE2380" w:rsidRDefault="00AE2380">
            <w:pPr>
              <w:spacing w:after="0"/>
            </w:pPr>
          </w:p>
        </w:tc>
        <w:tc>
          <w:tcPr>
            <w:tcW w:w="13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1159C630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계좌번호</w:t>
            </w:r>
          </w:p>
        </w:tc>
        <w:tc>
          <w:tcPr>
            <w:tcW w:w="380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C14D16A" w14:textId="77777777" w:rsidR="00AE2380" w:rsidRDefault="00AE2380">
            <w:pPr>
              <w:spacing w:after="0"/>
            </w:pPr>
          </w:p>
        </w:tc>
      </w:tr>
      <w:tr w:rsidR="00AE2380" w14:paraId="632CBE02" w14:textId="77777777" w:rsidTr="000032C0">
        <w:trPr>
          <w:trHeight w:hRule="exact" w:val="563"/>
          <w:jc w:val="center"/>
        </w:trPr>
        <w:tc>
          <w:tcPr>
            <w:tcW w:w="13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32FAA2CA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예금주</w:t>
            </w:r>
          </w:p>
        </w:tc>
        <w:tc>
          <w:tcPr>
            <w:tcW w:w="37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443E61D" w14:textId="77777777" w:rsidR="00AE2380" w:rsidRDefault="00AE2380">
            <w:pPr>
              <w:spacing w:after="0"/>
            </w:pPr>
          </w:p>
        </w:tc>
        <w:tc>
          <w:tcPr>
            <w:tcW w:w="13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4BDFD25B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7"/>
              </w:rPr>
              <w:t>입금 요청일</w:t>
            </w:r>
          </w:p>
        </w:tc>
        <w:tc>
          <w:tcPr>
            <w:tcW w:w="380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495D582" w14:textId="77777777" w:rsidR="00AE2380" w:rsidRDefault="00AE2380">
            <w:pPr>
              <w:spacing w:after="0"/>
            </w:pPr>
          </w:p>
        </w:tc>
      </w:tr>
    </w:tbl>
    <w:p w14:paraId="46822E24" w14:textId="77777777" w:rsidR="00AE2380" w:rsidRDefault="00000000">
      <w:pPr>
        <w:spacing w:before="140" w:after="60"/>
      </w:pPr>
      <w:proofErr w:type="spellStart"/>
      <w:r>
        <w:rPr>
          <w:b/>
          <w:color w:val="222222"/>
          <w:sz w:val="21"/>
        </w:rPr>
        <w:t>청구자</w:t>
      </w:r>
      <w:proofErr w:type="spellEnd"/>
      <w:r>
        <w:rPr>
          <w:b/>
          <w:color w:val="222222"/>
          <w:sz w:val="21"/>
        </w:rPr>
        <w:t xml:space="preserve"> </w:t>
      </w:r>
      <w:proofErr w:type="spellStart"/>
      <w:r>
        <w:rPr>
          <w:b/>
          <w:color w:val="222222"/>
          <w:sz w:val="21"/>
        </w:rP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3798"/>
        <w:gridCol w:w="1304"/>
        <w:gridCol w:w="3799"/>
      </w:tblGrid>
      <w:tr w:rsidR="00AE2380" w14:paraId="488E1026" w14:textId="77777777" w:rsidTr="000032C0">
        <w:trPr>
          <w:trHeight w:hRule="exact" w:val="578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0B30E5A3" w14:textId="77777777" w:rsidR="00AE2380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333333"/>
                <w:sz w:val="16"/>
              </w:rPr>
              <w:t>상호</w:t>
            </w:r>
            <w:proofErr w:type="spellEnd"/>
            <w:r>
              <w:rPr>
                <w:b/>
                <w:color w:val="333333"/>
                <w:sz w:val="16"/>
              </w:rPr>
              <w:t xml:space="preserve"> / </w:t>
            </w:r>
            <w:proofErr w:type="spellStart"/>
            <w:r>
              <w:rPr>
                <w:b/>
                <w:color w:val="333333"/>
                <w:sz w:val="16"/>
              </w:rPr>
              <w:t>회사명</w:t>
            </w:r>
            <w:proofErr w:type="spellEnd"/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DE6476C" w14:textId="77777777" w:rsidR="00AE2380" w:rsidRDefault="00AE2380">
            <w:pPr>
              <w:spacing w:after="0"/>
            </w:pPr>
          </w:p>
        </w:tc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364EF6B1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사업자등록번호 (선택)</w:t>
            </w:r>
          </w:p>
        </w:tc>
        <w:tc>
          <w:tcPr>
            <w:tcW w:w="379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E5AB2E7" w14:textId="77777777" w:rsidR="00AE2380" w:rsidRDefault="00AE2380">
            <w:pPr>
              <w:spacing w:after="0"/>
            </w:pPr>
          </w:p>
        </w:tc>
      </w:tr>
      <w:tr w:rsidR="00AE2380" w14:paraId="27BB2277" w14:textId="77777777" w:rsidTr="000032C0">
        <w:trPr>
          <w:trHeight w:hRule="exact" w:val="578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0D0E5F8B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주소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B7413E3" w14:textId="77777777" w:rsidR="00AE2380" w:rsidRDefault="00AE2380">
            <w:pPr>
              <w:spacing w:after="0"/>
            </w:pPr>
          </w:p>
        </w:tc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2F2BD4BE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연락처</w:t>
            </w:r>
          </w:p>
        </w:tc>
        <w:tc>
          <w:tcPr>
            <w:tcW w:w="379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F8D3871" w14:textId="77777777" w:rsidR="00AE2380" w:rsidRDefault="00AE2380">
            <w:pPr>
              <w:spacing w:after="0"/>
            </w:pPr>
          </w:p>
        </w:tc>
      </w:tr>
      <w:tr w:rsidR="00AE2380" w14:paraId="411C551E" w14:textId="77777777" w:rsidTr="000032C0">
        <w:trPr>
          <w:trHeight w:hRule="exact" w:val="578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5125F9C9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담당자 / 대표자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8EC6398" w14:textId="77777777" w:rsidR="00AE2380" w:rsidRDefault="00AE2380">
            <w:pPr>
              <w:spacing w:after="0"/>
            </w:pPr>
          </w:p>
        </w:tc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F2F2F2"/>
            <w:vAlign w:val="center"/>
          </w:tcPr>
          <w:p w14:paraId="5FB5944F" w14:textId="77777777" w:rsidR="00AE2380" w:rsidRDefault="00000000">
            <w:pPr>
              <w:spacing w:after="0"/>
              <w:jc w:val="center"/>
            </w:pPr>
            <w:r>
              <w:rPr>
                <w:b/>
                <w:color w:val="333333"/>
                <w:sz w:val="16"/>
              </w:rPr>
              <w:t>서명 / 인</w:t>
            </w:r>
          </w:p>
        </w:tc>
        <w:tc>
          <w:tcPr>
            <w:tcW w:w="379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4078F96" w14:textId="77777777" w:rsidR="00AE2380" w:rsidRDefault="00AE2380">
            <w:pPr>
              <w:spacing w:after="0"/>
            </w:pPr>
          </w:p>
        </w:tc>
      </w:tr>
    </w:tbl>
    <w:p w14:paraId="76FA41C0" w14:textId="77777777" w:rsidR="00AE2380" w:rsidRDefault="00000000">
      <w:pPr>
        <w:spacing w:before="100" w:after="0"/>
        <w:jc w:val="right"/>
        <w:rPr>
          <w:lang w:eastAsia="ko-KR"/>
        </w:rPr>
      </w:pPr>
      <w:r>
        <w:rPr>
          <w:color w:val="555555"/>
          <w:sz w:val="17"/>
          <w:lang w:eastAsia="ko-KR"/>
        </w:rPr>
        <w:t>위와 같이 청구합니다.    20      년      월      일</w:t>
      </w:r>
    </w:p>
    <w:sectPr w:rsidR="00AE2380" w:rsidSect="00034616">
      <w:pgSz w:w="11906" w:h="16838"/>
      <w:pgMar w:top="1020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3241369">
    <w:abstractNumId w:val="8"/>
  </w:num>
  <w:num w:numId="2" w16cid:durableId="2030645954">
    <w:abstractNumId w:val="6"/>
  </w:num>
  <w:num w:numId="3" w16cid:durableId="1926496367">
    <w:abstractNumId w:val="5"/>
  </w:num>
  <w:num w:numId="4" w16cid:durableId="555817921">
    <w:abstractNumId w:val="4"/>
  </w:num>
  <w:num w:numId="5" w16cid:durableId="2020354127">
    <w:abstractNumId w:val="7"/>
  </w:num>
  <w:num w:numId="6" w16cid:durableId="1082146189">
    <w:abstractNumId w:val="3"/>
  </w:num>
  <w:num w:numId="7" w16cid:durableId="2071465007">
    <w:abstractNumId w:val="2"/>
  </w:num>
  <w:num w:numId="8" w16cid:durableId="1686326214">
    <w:abstractNumId w:val="1"/>
  </w:num>
  <w:num w:numId="9" w16cid:durableId="196504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2C0"/>
    <w:rsid w:val="00034616"/>
    <w:rsid w:val="0006063C"/>
    <w:rsid w:val="0015074B"/>
    <w:rsid w:val="0029639D"/>
    <w:rsid w:val="00326F90"/>
    <w:rsid w:val="00335901"/>
    <w:rsid w:val="00AA1D8D"/>
    <w:rsid w:val="00AE238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7BCB3D"/>
  <w14:defaultImageDpi w14:val="300"/>
  <w15:docId w15:val="{43ECAF00-AC1D-4202-8A13-0799B51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2026-09-02T13:46:00Z</dcterms:modified>
  <cp:category/>
</cp:coreProperties>
</file>