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16"/>
        <w:gridCol w:w="5102"/>
      </w:tblGrid>
      <w:tr w:rsidR="00764E02" w14:paraId="7DC36166" w14:textId="77777777">
        <w:trPr>
          <w:jc w:val="center"/>
        </w:trPr>
        <w:tc>
          <w:tcPr>
            <w:tcW w:w="5216" w:type="dxa"/>
            <w:vAlign w:val="center"/>
          </w:tcPr>
          <w:p w14:paraId="1E4C2BCB" w14:textId="77777777" w:rsidR="00764E02" w:rsidRDefault="00000000">
            <w:pPr>
              <w:spacing w:after="0"/>
            </w:pPr>
            <w:r>
              <w:rPr>
                <w:b/>
                <w:color w:val="2D6FC7"/>
                <w:sz w:val="20"/>
              </w:rPr>
              <w:t>ORDER FORM</w:t>
            </w:r>
          </w:p>
        </w:tc>
        <w:tc>
          <w:tcPr>
            <w:tcW w:w="5102" w:type="dxa"/>
            <w:vAlign w:val="center"/>
          </w:tcPr>
          <w:p w14:paraId="6B38D154" w14:textId="77777777" w:rsidR="00764E02" w:rsidRDefault="00000000">
            <w:pPr>
              <w:spacing w:after="0"/>
              <w:jc w:val="right"/>
            </w:pPr>
            <w:r>
              <w:rPr>
                <w:b/>
                <w:color w:val="1D2733"/>
                <w:sz w:val="42"/>
              </w:rPr>
              <w:t>주 문 서</w:t>
            </w:r>
          </w:p>
        </w:tc>
      </w:tr>
    </w:tbl>
    <w:p w14:paraId="4B7C76D2" w14:textId="77777777" w:rsidR="00764E02" w:rsidRDefault="00000000">
      <w:pPr>
        <w:spacing w:after="100"/>
        <w:rPr>
          <w:lang w:eastAsia="ko-KR"/>
        </w:rPr>
      </w:pPr>
      <w:r>
        <w:rPr>
          <w:color w:val="666666"/>
          <w:sz w:val="17"/>
          <w:lang w:eastAsia="ko-KR"/>
        </w:rPr>
        <w:t>상품·자재·서비스의 주문 내역과 납품·결제 정보를 기록하는 업무용 주문서입니다.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08"/>
        <w:gridCol w:w="3458"/>
        <w:gridCol w:w="1504"/>
        <w:gridCol w:w="3662"/>
      </w:tblGrid>
      <w:tr w:rsidR="00764E02" w14:paraId="7B2784F5" w14:textId="77777777" w:rsidTr="001F0A3F">
        <w:trPr>
          <w:trHeight w:hRule="exact" w:val="587"/>
          <w:jc w:val="center"/>
        </w:trPr>
        <w:tc>
          <w:tcPr>
            <w:tcW w:w="1708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EAF1F8"/>
            <w:vAlign w:val="center"/>
          </w:tcPr>
          <w:p w14:paraId="00E73E5E" w14:textId="77777777" w:rsidR="00764E02" w:rsidRPr="001F0A3F" w:rsidRDefault="00000000">
            <w:pPr>
              <w:spacing w:after="0"/>
              <w:jc w:val="center"/>
              <w:rPr>
                <w:szCs w:val="18"/>
              </w:rPr>
            </w:pPr>
            <w:proofErr w:type="spellStart"/>
            <w:r w:rsidRPr="001F0A3F">
              <w:rPr>
                <w:b/>
                <w:color w:val="24405C"/>
                <w:szCs w:val="18"/>
              </w:rPr>
              <w:t>주문일자</w:t>
            </w:r>
            <w:proofErr w:type="spellEnd"/>
          </w:p>
        </w:tc>
        <w:tc>
          <w:tcPr>
            <w:tcW w:w="3458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42505B17" w14:textId="5C4FD155" w:rsidR="00764E02" w:rsidRPr="001F0A3F" w:rsidRDefault="00000000">
            <w:pPr>
              <w:spacing w:after="0"/>
              <w:rPr>
                <w:szCs w:val="18"/>
              </w:rPr>
            </w:pPr>
            <w:r w:rsidRPr="001F0A3F">
              <w:rPr>
                <w:color w:val="333333"/>
                <w:szCs w:val="18"/>
              </w:rPr>
              <w:t xml:space="preserve">20    </w:t>
            </w:r>
            <w:r w:rsidR="001F0A3F">
              <w:rPr>
                <w:rFonts w:hint="eastAsia"/>
                <w:color w:val="333333"/>
                <w:szCs w:val="18"/>
                <w:lang w:eastAsia="ko-KR"/>
              </w:rPr>
              <w:t xml:space="preserve"> </w:t>
            </w:r>
            <w:r w:rsidRPr="001F0A3F">
              <w:rPr>
                <w:color w:val="333333"/>
                <w:szCs w:val="18"/>
              </w:rPr>
              <w:t xml:space="preserve">  년     </w:t>
            </w:r>
            <w:r w:rsidR="001F0A3F">
              <w:rPr>
                <w:rFonts w:hint="eastAsia"/>
                <w:color w:val="333333"/>
                <w:szCs w:val="18"/>
                <w:lang w:eastAsia="ko-KR"/>
              </w:rPr>
              <w:t xml:space="preserve">  </w:t>
            </w:r>
            <w:r w:rsidRPr="001F0A3F">
              <w:rPr>
                <w:color w:val="333333"/>
                <w:szCs w:val="18"/>
              </w:rPr>
              <w:t xml:space="preserve"> 월    </w:t>
            </w:r>
            <w:r w:rsidR="001F0A3F">
              <w:rPr>
                <w:rFonts w:hint="eastAsia"/>
                <w:color w:val="333333"/>
                <w:szCs w:val="18"/>
                <w:lang w:eastAsia="ko-KR"/>
              </w:rPr>
              <w:t xml:space="preserve">  </w:t>
            </w:r>
            <w:r w:rsidRPr="001F0A3F">
              <w:rPr>
                <w:color w:val="333333"/>
                <w:szCs w:val="18"/>
              </w:rPr>
              <w:t xml:space="preserve">  일</w:t>
            </w:r>
          </w:p>
        </w:tc>
        <w:tc>
          <w:tcPr>
            <w:tcW w:w="1504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EAF1F8"/>
            <w:vAlign w:val="center"/>
          </w:tcPr>
          <w:p w14:paraId="1FC34B03" w14:textId="77777777" w:rsidR="00764E02" w:rsidRPr="001F0A3F" w:rsidRDefault="00000000">
            <w:pPr>
              <w:spacing w:after="0"/>
              <w:jc w:val="center"/>
              <w:rPr>
                <w:szCs w:val="18"/>
              </w:rPr>
            </w:pPr>
            <w:r w:rsidRPr="001F0A3F">
              <w:rPr>
                <w:b/>
                <w:color w:val="24405C"/>
                <w:szCs w:val="18"/>
              </w:rPr>
              <w:t>주문번호</w:t>
            </w:r>
          </w:p>
        </w:tc>
        <w:tc>
          <w:tcPr>
            <w:tcW w:w="3662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2221863D" w14:textId="77777777" w:rsidR="00764E02" w:rsidRDefault="00764E02">
            <w:pPr>
              <w:spacing w:after="0"/>
            </w:pPr>
          </w:p>
        </w:tc>
      </w:tr>
      <w:tr w:rsidR="00764E02" w14:paraId="169456F4" w14:textId="77777777" w:rsidTr="001F0A3F">
        <w:trPr>
          <w:trHeight w:hRule="exact" w:val="587"/>
          <w:jc w:val="center"/>
        </w:trPr>
        <w:tc>
          <w:tcPr>
            <w:tcW w:w="1708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EAF1F8"/>
            <w:vAlign w:val="center"/>
          </w:tcPr>
          <w:p w14:paraId="3624B10D" w14:textId="77777777" w:rsidR="00764E02" w:rsidRPr="001F0A3F" w:rsidRDefault="00000000">
            <w:pPr>
              <w:spacing w:after="0"/>
              <w:jc w:val="center"/>
              <w:rPr>
                <w:szCs w:val="18"/>
              </w:rPr>
            </w:pPr>
            <w:r w:rsidRPr="001F0A3F">
              <w:rPr>
                <w:b/>
                <w:color w:val="24405C"/>
                <w:szCs w:val="18"/>
              </w:rPr>
              <w:t>공급처 / 판매처</w:t>
            </w:r>
          </w:p>
        </w:tc>
        <w:tc>
          <w:tcPr>
            <w:tcW w:w="3458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38A917EA" w14:textId="77777777" w:rsidR="00764E02" w:rsidRPr="001F0A3F" w:rsidRDefault="00764E02">
            <w:pPr>
              <w:spacing w:after="0"/>
              <w:rPr>
                <w:szCs w:val="18"/>
              </w:rPr>
            </w:pPr>
          </w:p>
        </w:tc>
        <w:tc>
          <w:tcPr>
            <w:tcW w:w="1504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EAF1F8"/>
            <w:vAlign w:val="center"/>
          </w:tcPr>
          <w:p w14:paraId="4A073DD4" w14:textId="77777777" w:rsidR="00764E02" w:rsidRPr="001F0A3F" w:rsidRDefault="00000000">
            <w:pPr>
              <w:spacing w:after="0"/>
              <w:jc w:val="center"/>
              <w:rPr>
                <w:szCs w:val="18"/>
              </w:rPr>
            </w:pPr>
            <w:r w:rsidRPr="001F0A3F">
              <w:rPr>
                <w:b/>
                <w:color w:val="24405C"/>
                <w:szCs w:val="18"/>
              </w:rPr>
              <w:t>담당자</w:t>
            </w:r>
          </w:p>
        </w:tc>
        <w:tc>
          <w:tcPr>
            <w:tcW w:w="3662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12DBD558" w14:textId="77777777" w:rsidR="00764E02" w:rsidRDefault="00764E02">
            <w:pPr>
              <w:spacing w:after="0"/>
            </w:pPr>
          </w:p>
        </w:tc>
      </w:tr>
      <w:tr w:rsidR="00764E02" w14:paraId="7909986E" w14:textId="77777777" w:rsidTr="001F0A3F">
        <w:trPr>
          <w:trHeight w:hRule="exact" w:val="587"/>
          <w:jc w:val="center"/>
        </w:trPr>
        <w:tc>
          <w:tcPr>
            <w:tcW w:w="1708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EAF1F8"/>
            <w:vAlign w:val="center"/>
          </w:tcPr>
          <w:p w14:paraId="53D89B24" w14:textId="77777777" w:rsidR="00764E02" w:rsidRPr="001F0A3F" w:rsidRDefault="00000000">
            <w:pPr>
              <w:spacing w:after="0"/>
              <w:jc w:val="center"/>
              <w:rPr>
                <w:szCs w:val="18"/>
              </w:rPr>
            </w:pPr>
            <w:r w:rsidRPr="001F0A3F">
              <w:rPr>
                <w:b/>
                <w:color w:val="24405C"/>
                <w:szCs w:val="18"/>
              </w:rPr>
              <w:t>연락처</w:t>
            </w:r>
          </w:p>
        </w:tc>
        <w:tc>
          <w:tcPr>
            <w:tcW w:w="3458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37C49F60" w14:textId="77777777" w:rsidR="00764E02" w:rsidRPr="001F0A3F" w:rsidRDefault="00764E02">
            <w:pPr>
              <w:spacing w:after="0"/>
              <w:rPr>
                <w:szCs w:val="18"/>
              </w:rPr>
            </w:pPr>
          </w:p>
        </w:tc>
        <w:tc>
          <w:tcPr>
            <w:tcW w:w="1504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EAF1F8"/>
            <w:vAlign w:val="center"/>
          </w:tcPr>
          <w:p w14:paraId="0D2303EA" w14:textId="77777777" w:rsidR="00764E02" w:rsidRPr="001F0A3F" w:rsidRDefault="00000000">
            <w:pPr>
              <w:spacing w:after="0"/>
              <w:jc w:val="center"/>
              <w:rPr>
                <w:szCs w:val="18"/>
              </w:rPr>
            </w:pPr>
            <w:r w:rsidRPr="001F0A3F">
              <w:rPr>
                <w:b/>
                <w:color w:val="24405C"/>
                <w:szCs w:val="18"/>
              </w:rPr>
              <w:t>이메일</w:t>
            </w:r>
          </w:p>
        </w:tc>
        <w:tc>
          <w:tcPr>
            <w:tcW w:w="3662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1359D9EA" w14:textId="77777777" w:rsidR="00764E02" w:rsidRDefault="00764E02">
            <w:pPr>
              <w:spacing w:after="0"/>
            </w:pPr>
          </w:p>
        </w:tc>
      </w:tr>
      <w:tr w:rsidR="00764E02" w14:paraId="52CE5B48" w14:textId="77777777" w:rsidTr="001F0A3F">
        <w:trPr>
          <w:trHeight w:hRule="exact" w:val="587"/>
          <w:jc w:val="center"/>
        </w:trPr>
        <w:tc>
          <w:tcPr>
            <w:tcW w:w="1708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EAF1F8"/>
            <w:vAlign w:val="center"/>
          </w:tcPr>
          <w:p w14:paraId="0029BD89" w14:textId="77777777" w:rsidR="00764E02" w:rsidRPr="001F0A3F" w:rsidRDefault="00000000">
            <w:pPr>
              <w:spacing w:after="0"/>
              <w:jc w:val="center"/>
              <w:rPr>
                <w:szCs w:val="18"/>
              </w:rPr>
            </w:pPr>
            <w:r w:rsidRPr="001F0A3F">
              <w:rPr>
                <w:b/>
                <w:color w:val="24405C"/>
                <w:szCs w:val="18"/>
              </w:rPr>
              <w:t>납품기한</w:t>
            </w:r>
          </w:p>
        </w:tc>
        <w:tc>
          <w:tcPr>
            <w:tcW w:w="3458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5C58D0C3" w14:textId="7BF325E7" w:rsidR="00764E02" w:rsidRPr="001F0A3F" w:rsidRDefault="00000000">
            <w:pPr>
              <w:spacing w:after="0"/>
              <w:rPr>
                <w:szCs w:val="18"/>
              </w:rPr>
            </w:pPr>
            <w:r w:rsidRPr="001F0A3F">
              <w:rPr>
                <w:color w:val="333333"/>
                <w:szCs w:val="18"/>
              </w:rPr>
              <w:t xml:space="preserve">20   </w:t>
            </w:r>
            <w:r w:rsidR="001F0A3F">
              <w:rPr>
                <w:rFonts w:hint="eastAsia"/>
                <w:color w:val="333333"/>
                <w:szCs w:val="18"/>
                <w:lang w:eastAsia="ko-KR"/>
              </w:rPr>
              <w:t xml:space="preserve"> </w:t>
            </w:r>
            <w:r w:rsidRPr="001F0A3F">
              <w:rPr>
                <w:color w:val="333333"/>
                <w:szCs w:val="18"/>
              </w:rPr>
              <w:t xml:space="preserve">   년   </w:t>
            </w:r>
            <w:r w:rsidR="001F0A3F">
              <w:rPr>
                <w:rFonts w:hint="eastAsia"/>
                <w:color w:val="333333"/>
                <w:szCs w:val="18"/>
                <w:lang w:eastAsia="ko-KR"/>
              </w:rPr>
              <w:t xml:space="preserve">  </w:t>
            </w:r>
            <w:r w:rsidRPr="001F0A3F">
              <w:rPr>
                <w:color w:val="333333"/>
                <w:szCs w:val="18"/>
              </w:rPr>
              <w:t xml:space="preserve">   월   </w:t>
            </w:r>
            <w:r w:rsidR="001F0A3F">
              <w:rPr>
                <w:rFonts w:hint="eastAsia"/>
                <w:color w:val="333333"/>
                <w:szCs w:val="18"/>
                <w:lang w:eastAsia="ko-KR"/>
              </w:rPr>
              <w:t xml:space="preserve">  </w:t>
            </w:r>
            <w:r w:rsidRPr="001F0A3F">
              <w:rPr>
                <w:color w:val="333333"/>
                <w:szCs w:val="18"/>
              </w:rPr>
              <w:t xml:space="preserve">   일</w:t>
            </w:r>
          </w:p>
        </w:tc>
        <w:tc>
          <w:tcPr>
            <w:tcW w:w="1504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EAF1F8"/>
            <w:vAlign w:val="center"/>
          </w:tcPr>
          <w:p w14:paraId="564DB82F" w14:textId="77777777" w:rsidR="00764E02" w:rsidRPr="001F0A3F" w:rsidRDefault="00000000">
            <w:pPr>
              <w:spacing w:after="0"/>
              <w:jc w:val="center"/>
              <w:rPr>
                <w:szCs w:val="18"/>
              </w:rPr>
            </w:pPr>
            <w:r w:rsidRPr="001F0A3F">
              <w:rPr>
                <w:b/>
                <w:color w:val="24405C"/>
                <w:szCs w:val="18"/>
              </w:rPr>
              <w:t>납품장소</w:t>
            </w:r>
          </w:p>
        </w:tc>
        <w:tc>
          <w:tcPr>
            <w:tcW w:w="3662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7E9FC826" w14:textId="77777777" w:rsidR="00764E02" w:rsidRDefault="00764E02">
            <w:pPr>
              <w:spacing w:after="0"/>
            </w:pPr>
          </w:p>
        </w:tc>
      </w:tr>
    </w:tbl>
    <w:p w14:paraId="5190AE33" w14:textId="77777777" w:rsidR="00764E02" w:rsidRDefault="00000000">
      <w:pPr>
        <w:spacing w:before="100" w:after="60"/>
      </w:pPr>
      <w:proofErr w:type="spellStart"/>
      <w:r>
        <w:rPr>
          <w:b/>
          <w:color w:val="2D6FC7"/>
          <w:sz w:val="19"/>
        </w:rPr>
        <w:t>주문</w:t>
      </w:r>
      <w:proofErr w:type="spellEnd"/>
      <w:r>
        <w:rPr>
          <w:b/>
          <w:color w:val="2D6FC7"/>
          <w:sz w:val="19"/>
        </w:rPr>
        <w:t xml:space="preserve"> </w:t>
      </w:r>
      <w:proofErr w:type="spellStart"/>
      <w:r>
        <w:rPr>
          <w:b/>
          <w:color w:val="2D6FC7"/>
          <w:sz w:val="19"/>
        </w:rPr>
        <w:t>내역</w:t>
      </w:r>
      <w:proofErr w:type="spellEnd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24"/>
        <w:gridCol w:w="2554"/>
        <w:gridCol w:w="1362"/>
        <w:gridCol w:w="908"/>
        <w:gridCol w:w="908"/>
        <w:gridCol w:w="1419"/>
        <w:gridCol w:w="1646"/>
        <w:gridCol w:w="908"/>
      </w:tblGrid>
      <w:tr w:rsidR="00764E02" w14:paraId="1A956EA8" w14:textId="77777777" w:rsidTr="00D234CC">
        <w:trPr>
          <w:trHeight w:val="346"/>
          <w:jc w:val="center"/>
        </w:trPr>
        <w:tc>
          <w:tcPr>
            <w:tcW w:w="624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315F8C"/>
            <w:vAlign w:val="center"/>
          </w:tcPr>
          <w:p w14:paraId="3677BA96" w14:textId="77777777" w:rsidR="00764E02" w:rsidRPr="001F0A3F" w:rsidRDefault="00000000">
            <w:pPr>
              <w:spacing w:after="0"/>
              <w:jc w:val="center"/>
              <w:rPr>
                <w:szCs w:val="18"/>
              </w:rPr>
            </w:pPr>
            <w:r w:rsidRPr="001F0A3F">
              <w:rPr>
                <w:b/>
                <w:color w:val="FFFFFF"/>
                <w:szCs w:val="18"/>
              </w:rPr>
              <w:t>No.</w:t>
            </w:r>
          </w:p>
        </w:tc>
        <w:tc>
          <w:tcPr>
            <w:tcW w:w="2554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315F8C"/>
            <w:vAlign w:val="center"/>
          </w:tcPr>
          <w:p w14:paraId="2A3DE116" w14:textId="77777777" w:rsidR="00764E02" w:rsidRPr="001F0A3F" w:rsidRDefault="00000000">
            <w:pPr>
              <w:spacing w:after="0"/>
              <w:jc w:val="center"/>
              <w:rPr>
                <w:szCs w:val="18"/>
              </w:rPr>
            </w:pPr>
            <w:r w:rsidRPr="001F0A3F">
              <w:rPr>
                <w:b/>
                <w:color w:val="FFFFFF"/>
                <w:szCs w:val="18"/>
              </w:rPr>
              <w:t>품목 / 내용</w:t>
            </w:r>
          </w:p>
        </w:tc>
        <w:tc>
          <w:tcPr>
            <w:tcW w:w="1362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315F8C"/>
            <w:vAlign w:val="center"/>
          </w:tcPr>
          <w:p w14:paraId="22F0E59B" w14:textId="77777777" w:rsidR="00764E02" w:rsidRPr="001F0A3F" w:rsidRDefault="00000000">
            <w:pPr>
              <w:spacing w:after="0"/>
              <w:jc w:val="center"/>
              <w:rPr>
                <w:szCs w:val="18"/>
              </w:rPr>
            </w:pPr>
            <w:r w:rsidRPr="001F0A3F">
              <w:rPr>
                <w:b/>
                <w:color w:val="FFFFFF"/>
                <w:szCs w:val="18"/>
              </w:rPr>
              <w:t>규격</w:t>
            </w:r>
          </w:p>
        </w:tc>
        <w:tc>
          <w:tcPr>
            <w:tcW w:w="908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315F8C"/>
            <w:vAlign w:val="center"/>
          </w:tcPr>
          <w:p w14:paraId="0EA53245" w14:textId="77777777" w:rsidR="00764E02" w:rsidRPr="001F0A3F" w:rsidRDefault="00000000">
            <w:pPr>
              <w:spacing w:after="0"/>
              <w:jc w:val="center"/>
              <w:rPr>
                <w:szCs w:val="18"/>
              </w:rPr>
            </w:pPr>
            <w:r w:rsidRPr="001F0A3F">
              <w:rPr>
                <w:b/>
                <w:color w:val="FFFFFF"/>
                <w:szCs w:val="18"/>
              </w:rPr>
              <w:t>수량</w:t>
            </w:r>
          </w:p>
        </w:tc>
        <w:tc>
          <w:tcPr>
            <w:tcW w:w="908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315F8C"/>
            <w:vAlign w:val="center"/>
          </w:tcPr>
          <w:p w14:paraId="72863510" w14:textId="77777777" w:rsidR="00764E02" w:rsidRPr="001F0A3F" w:rsidRDefault="00000000">
            <w:pPr>
              <w:spacing w:after="0"/>
              <w:jc w:val="center"/>
              <w:rPr>
                <w:szCs w:val="18"/>
              </w:rPr>
            </w:pPr>
            <w:r w:rsidRPr="001F0A3F">
              <w:rPr>
                <w:b/>
                <w:color w:val="FFFFFF"/>
                <w:szCs w:val="18"/>
              </w:rPr>
              <w:t>단위</w:t>
            </w:r>
          </w:p>
        </w:tc>
        <w:tc>
          <w:tcPr>
            <w:tcW w:w="1419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315F8C"/>
            <w:vAlign w:val="center"/>
          </w:tcPr>
          <w:p w14:paraId="21AEA944" w14:textId="77777777" w:rsidR="00764E02" w:rsidRPr="001F0A3F" w:rsidRDefault="00000000">
            <w:pPr>
              <w:spacing w:after="0"/>
              <w:jc w:val="center"/>
              <w:rPr>
                <w:szCs w:val="18"/>
              </w:rPr>
            </w:pPr>
            <w:r w:rsidRPr="001F0A3F">
              <w:rPr>
                <w:b/>
                <w:color w:val="FFFFFF"/>
                <w:szCs w:val="18"/>
              </w:rPr>
              <w:t>단가</w:t>
            </w:r>
          </w:p>
        </w:tc>
        <w:tc>
          <w:tcPr>
            <w:tcW w:w="1646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315F8C"/>
            <w:vAlign w:val="center"/>
          </w:tcPr>
          <w:p w14:paraId="44A05252" w14:textId="77777777" w:rsidR="00764E02" w:rsidRPr="001F0A3F" w:rsidRDefault="00000000">
            <w:pPr>
              <w:spacing w:after="0"/>
              <w:jc w:val="center"/>
              <w:rPr>
                <w:szCs w:val="18"/>
              </w:rPr>
            </w:pPr>
            <w:r w:rsidRPr="001F0A3F">
              <w:rPr>
                <w:b/>
                <w:color w:val="FFFFFF"/>
                <w:szCs w:val="18"/>
              </w:rPr>
              <w:t>금액</w:t>
            </w:r>
          </w:p>
        </w:tc>
        <w:tc>
          <w:tcPr>
            <w:tcW w:w="908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315F8C"/>
            <w:vAlign w:val="center"/>
          </w:tcPr>
          <w:p w14:paraId="5582EB9B" w14:textId="77777777" w:rsidR="00764E02" w:rsidRPr="001F0A3F" w:rsidRDefault="00000000">
            <w:pPr>
              <w:spacing w:after="0"/>
              <w:jc w:val="center"/>
              <w:rPr>
                <w:szCs w:val="18"/>
              </w:rPr>
            </w:pPr>
            <w:r w:rsidRPr="001F0A3F">
              <w:rPr>
                <w:b/>
                <w:color w:val="FFFFFF"/>
                <w:szCs w:val="18"/>
              </w:rPr>
              <w:t>비고</w:t>
            </w:r>
          </w:p>
        </w:tc>
      </w:tr>
      <w:tr w:rsidR="00764E02" w14:paraId="417B01CE" w14:textId="77777777" w:rsidTr="00D234CC">
        <w:trPr>
          <w:trHeight w:hRule="exact" w:val="573"/>
          <w:jc w:val="center"/>
        </w:trPr>
        <w:tc>
          <w:tcPr>
            <w:tcW w:w="624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71C2D23C" w14:textId="77777777" w:rsidR="00764E02" w:rsidRPr="001F0A3F" w:rsidRDefault="00000000">
            <w:pPr>
              <w:spacing w:after="0"/>
              <w:jc w:val="center"/>
              <w:rPr>
                <w:szCs w:val="18"/>
              </w:rPr>
            </w:pPr>
            <w:r w:rsidRPr="001F0A3F">
              <w:rPr>
                <w:color w:val="555555"/>
                <w:szCs w:val="18"/>
              </w:rPr>
              <w:t>1</w:t>
            </w:r>
          </w:p>
        </w:tc>
        <w:tc>
          <w:tcPr>
            <w:tcW w:w="2554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5A083245" w14:textId="77777777" w:rsidR="00764E02" w:rsidRDefault="00764E02">
            <w:pPr>
              <w:spacing w:after="0"/>
            </w:pPr>
          </w:p>
        </w:tc>
        <w:tc>
          <w:tcPr>
            <w:tcW w:w="1362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077D5F41" w14:textId="77777777" w:rsidR="00764E02" w:rsidRDefault="00764E02">
            <w:pPr>
              <w:spacing w:after="0"/>
            </w:pPr>
          </w:p>
        </w:tc>
        <w:tc>
          <w:tcPr>
            <w:tcW w:w="908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6FBC0073" w14:textId="77777777" w:rsidR="00764E02" w:rsidRDefault="00764E02">
            <w:pPr>
              <w:spacing w:after="0"/>
              <w:jc w:val="center"/>
            </w:pPr>
          </w:p>
        </w:tc>
        <w:tc>
          <w:tcPr>
            <w:tcW w:w="908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1A6A32B1" w14:textId="77777777" w:rsidR="00764E02" w:rsidRDefault="00764E02">
            <w:pPr>
              <w:spacing w:after="0"/>
              <w:jc w:val="center"/>
            </w:pPr>
          </w:p>
        </w:tc>
        <w:tc>
          <w:tcPr>
            <w:tcW w:w="1419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77276DF7" w14:textId="77777777" w:rsidR="00764E02" w:rsidRDefault="00764E02">
            <w:pPr>
              <w:spacing w:after="0"/>
              <w:jc w:val="center"/>
            </w:pPr>
          </w:p>
        </w:tc>
        <w:tc>
          <w:tcPr>
            <w:tcW w:w="1646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3EB28960" w14:textId="77777777" w:rsidR="00764E02" w:rsidRDefault="00764E02">
            <w:pPr>
              <w:spacing w:after="0"/>
              <w:jc w:val="center"/>
            </w:pPr>
          </w:p>
        </w:tc>
        <w:tc>
          <w:tcPr>
            <w:tcW w:w="908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624D1066" w14:textId="77777777" w:rsidR="00764E02" w:rsidRDefault="00764E02">
            <w:pPr>
              <w:spacing w:after="0"/>
            </w:pPr>
          </w:p>
        </w:tc>
      </w:tr>
      <w:tr w:rsidR="00764E02" w14:paraId="6ED0BC69" w14:textId="77777777" w:rsidTr="00D234CC">
        <w:trPr>
          <w:trHeight w:hRule="exact" w:val="573"/>
          <w:jc w:val="center"/>
        </w:trPr>
        <w:tc>
          <w:tcPr>
            <w:tcW w:w="624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27011321" w14:textId="77777777" w:rsidR="00764E02" w:rsidRPr="001F0A3F" w:rsidRDefault="00000000">
            <w:pPr>
              <w:spacing w:after="0"/>
              <w:jc w:val="center"/>
              <w:rPr>
                <w:szCs w:val="18"/>
              </w:rPr>
            </w:pPr>
            <w:r w:rsidRPr="001F0A3F">
              <w:rPr>
                <w:color w:val="555555"/>
                <w:szCs w:val="18"/>
              </w:rPr>
              <w:t>2</w:t>
            </w:r>
          </w:p>
        </w:tc>
        <w:tc>
          <w:tcPr>
            <w:tcW w:w="2554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6F47A3EA" w14:textId="77777777" w:rsidR="00764E02" w:rsidRDefault="00764E02">
            <w:pPr>
              <w:spacing w:after="0"/>
            </w:pPr>
          </w:p>
        </w:tc>
        <w:tc>
          <w:tcPr>
            <w:tcW w:w="1362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2A683A6D" w14:textId="77777777" w:rsidR="00764E02" w:rsidRDefault="00764E02">
            <w:pPr>
              <w:spacing w:after="0"/>
            </w:pPr>
          </w:p>
        </w:tc>
        <w:tc>
          <w:tcPr>
            <w:tcW w:w="908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7B962928" w14:textId="77777777" w:rsidR="00764E02" w:rsidRDefault="00764E02">
            <w:pPr>
              <w:spacing w:after="0"/>
              <w:jc w:val="center"/>
            </w:pPr>
          </w:p>
        </w:tc>
        <w:tc>
          <w:tcPr>
            <w:tcW w:w="908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4AB5E143" w14:textId="77777777" w:rsidR="00764E02" w:rsidRDefault="00764E02">
            <w:pPr>
              <w:spacing w:after="0"/>
              <w:jc w:val="center"/>
            </w:pPr>
          </w:p>
        </w:tc>
        <w:tc>
          <w:tcPr>
            <w:tcW w:w="1419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3E8F9963" w14:textId="77777777" w:rsidR="00764E02" w:rsidRDefault="00764E02">
            <w:pPr>
              <w:spacing w:after="0"/>
              <w:jc w:val="center"/>
            </w:pPr>
          </w:p>
        </w:tc>
        <w:tc>
          <w:tcPr>
            <w:tcW w:w="1646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25FC40D6" w14:textId="77777777" w:rsidR="00764E02" w:rsidRDefault="00764E02">
            <w:pPr>
              <w:spacing w:after="0"/>
              <w:jc w:val="center"/>
            </w:pPr>
          </w:p>
        </w:tc>
        <w:tc>
          <w:tcPr>
            <w:tcW w:w="908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59500B5C" w14:textId="77777777" w:rsidR="00764E02" w:rsidRDefault="00764E02">
            <w:pPr>
              <w:spacing w:after="0"/>
            </w:pPr>
          </w:p>
        </w:tc>
      </w:tr>
      <w:tr w:rsidR="00764E02" w14:paraId="6E2BC63B" w14:textId="77777777" w:rsidTr="00D234CC">
        <w:trPr>
          <w:trHeight w:hRule="exact" w:val="573"/>
          <w:jc w:val="center"/>
        </w:trPr>
        <w:tc>
          <w:tcPr>
            <w:tcW w:w="624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58D8E8E0" w14:textId="77777777" w:rsidR="00764E02" w:rsidRPr="001F0A3F" w:rsidRDefault="00000000">
            <w:pPr>
              <w:spacing w:after="0"/>
              <w:jc w:val="center"/>
              <w:rPr>
                <w:szCs w:val="18"/>
              </w:rPr>
            </w:pPr>
            <w:r w:rsidRPr="001F0A3F">
              <w:rPr>
                <w:color w:val="555555"/>
                <w:szCs w:val="18"/>
              </w:rPr>
              <w:t>3</w:t>
            </w:r>
          </w:p>
        </w:tc>
        <w:tc>
          <w:tcPr>
            <w:tcW w:w="2554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146AC666" w14:textId="77777777" w:rsidR="00764E02" w:rsidRDefault="00764E02">
            <w:pPr>
              <w:spacing w:after="0"/>
            </w:pPr>
          </w:p>
        </w:tc>
        <w:tc>
          <w:tcPr>
            <w:tcW w:w="1362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5F49F58B" w14:textId="77777777" w:rsidR="00764E02" w:rsidRDefault="00764E02">
            <w:pPr>
              <w:spacing w:after="0"/>
            </w:pPr>
          </w:p>
        </w:tc>
        <w:tc>
          <w:tcPr>
            <w:tcW w:w="908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335DC211" w14:textId="77777777" w:rsidR="00764E02" w:rsidRDefault="00764E02">
            <w:pPr>
              <w:spacing w:after="0"/>
              <w:jc w:val="center"/>
            </w:pPr>
          </w:p>
        </w:tc>
        <w:tc>
          <w:tcPr>
            <w:tcW w:w="908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2EEAE795" w14:textId="77777777" w:rsidR="00764E02" w:rsidRDefault="00764E02">
            <w:pPr>
              <w:spacing w:after="0"/>
              <w:jc w:val="center"/>
            </w:pPr>
          </w:p>
        </w:tc>
        <w:tc>
          <w:tcPr>
            <w:tcW w:w="1419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04C31E11" w14:textId="77777777" w:rsidR="00764E02" w:rsidRDefault="00764E02">
            <w:pPr>
              <w:spacing w:after="0"/>
              <w:jc w:val="center"/>
            </w:pPr>
          </w:p>
        </w:tc>
        <w:tc>
          <w:tcPr>
            <w:tcW w:w="1646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4C652AF9" w14:textId="77777777" w:rsidR="00764E02" w:rsidRDefault="00764E02">
            <w:pPr>
              <w:spacing w:after="0"/>
              <w:jc w:val="center"/>
            </w:pPr>
          </w:p>
        </w:tc>
        <w:tc>
          <w:tcPr>
            <w:tcW w:w="908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602E6028" w14:textId="77777777" w:rsidR="00764E02" w:rsidRDefault="00764E02">
            <w:pPr>
              <w:spacing w:after="0"/>
            </w:pPr>
          </w:p>
        </w:tc>
      </w:tr>
      <w:tr w:rsidR="00764E02" w14:paraId="04CC0B4F" w14:textId="77777777" w:rsidTr="00D234CC">
        <w:trPr>
          <w:trHeight w:hRule="exact" w:val="573"/>
          <w:jc w:val="center"/>
        </w:trPr>
        <w:tc>
          <w:tcPr>
            <w:tcW w:w="624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2060AE43" w14:textId="77777777" w:rsidR="00764E02" w:rsidRPr="001F0A3F" w:rsidRDefault="00000000">
            <w:pPr>
              <w:spacing w:after="0"/>
              <w:jc w:val="center"/>
              <w:rPr>
                <w:szCs w:val="18"/>
              </w:rPr>
            </w:pPr>
            <w:r w:rsidRPr="001F0A3F">
              <w:rPr>
                <w:color w:val="555555"/>
                <w:szCs w:val="18"/>
              </w:rPr>
              <w:t>4</w:t>
            </w:r>
          </w:p>
        </w:tc>
        <w:tc>
          <w:tcPr>
            <w:tcW w:w="2554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3809F850" w14:textId="77777777" w:rsidR="00764E02" w:rsidRDefault="00764E02">
            <w:pPr>
              <w:spacing w:after="0"/>
            </w:pPr>
          </w:p>
        </w:tc>
        <w:tc>
          <w:tcPr>
            <w:tcW w:w="1362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7187E2D6" w14:textId="77777777" w:rsidR="00764E02" w:rsidRDefault="00764E02">
            <w:pPr>
              <w:spacing w:after="0"/>
            </w:pPr>
          </w:p>
        </w:tc>
        <w:tc>
          <w:tcPr>
            <w:tcW w:w="908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05161A6A" w14:textId="77777777" w:rsidR="00764E02" w:rsidRDefault="00764E02">
            <w:pPr>
              <w:spacing w:after="0"/>
              <w:jc w:val="center"/>
            </w:pPr>
          </w:p>
        </w:tc>
        <w:tc>
          <w:tcPr>
            <w:tcW w:w="908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3C0012EC" w14:textId="77777777" w:rsidR="00764E02" w:rsidRDefault="00764E02">
            <w:pPr>
              <w:spacing w:after="0"/>
              <w:jc w:val="center"/>
            </w:pPr>
          </w:p>
        </w:tc>
        <w:tc>
          <w:tcPr>
            <w:tcW w:w="1419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69E2CD56" w14:textId="77777777" w:rsidR="00764E02" w:rsidRDefault="00764E02">
            <w:pPr>
              <w:spacing w:after="0"/>
              <w:jc w:val="center"/>
            </w:pPr>
          </w:p>
        </w:tc>
        <w:tc>
          <w:tcPr>
            <w:tcW w:w="1646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3CEC41C5" w14:textId="77777777" w:rsidR="00764E02" w:rsidRDefault="00764E02">
            <w:pPr>
              <w:spacing w:after="0"/>
              <w:jc w:val="center"/>
            </w:pPr>
          </w:p>
        </w:tc>
        <w:tc>
          <w:tcPr>
            <w:tcW w:w="908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4EA40120" w14:textId="77777777" w:rsidR="00764E02" w:rsidRDefault="00764E02">
            <w:pPr>
              <w:spacing w:after="0"/>
            </w:pPr>
          </w:p>
        </w:tc>
      </w:tr>
      <w:tr w:rsidR="00764E02" w14:paraId="28804840" w14:textId="77777777" w:rsidTr="00D234CC">
        <w:trPr>
          <w:trHeight w:hRule="exact" w:val="573"/>
          <w:jc w:val="center"/>
        </w:trPr>
        <w:tc>
          <w:tcPr>
            <w:tcW w:w="624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22DA91A5" w14:textId="77777777" w:rsidR="00764E02" w:rsidRPr="001F0A3F" w:rsidRDefault="00000000">
            <w:pPr>
              <w:spacing w:after="0"/>
              <w:jc w:val="center"/>
              <w:rPr>
                <w:szCs w:val="18"/>
              </w:rPr>
            </w:pPr>
            <w:r w:rsidRPr="001F0A3F">
              <w:rPr>
                <w:color w:val="555555"/>
                <w:szCs w:val="18"/>
              </w:rPr>
              <w:t>5</w:t>
            </w:r>
          </w:p>
        </w:tc>
        <w:tc>
          <w:tcPr>
            <w:tcW w:w="2554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36122668" w14:textId="77777777" w:rsidR="00764E02" w:rsidRDefault="00764E02">
            <w:pPr>
              <w:spacing w:after="0"/>
            </w:pPr>
          </w:p>
        </w:tc>
        <w:tc>
          <w:tcPr>
            <w:tcW w:w="1362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715837D9" w14:textId="77777777" w:rsidR="00764E02" w:rsidRDefault="00764E02">
            <w:pPr>
              <w:spacing w:after="0"/>
            </w:pPr>
          </w:p>
        </w:tc>
        <w:tc>
          <w:tcPr>
            <w:tcW w:w="908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60637864" w14:textId="77777777" w:rsidR="00764E02" w:rsidRDefault="00764E02">
            <w:pPr>
              <w:spacing w:after="0"/>
              <w:jc w:val="center"/>
            </w:pPr>
          </w:p>
        </w:tc>
        <w:tc>
          <w:tcPr>
            <w:tcW w:w="908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630E7835" w14:textId="77777777" w:rsidR="00764E02" w:rsidRDefault="00764E02">
            <w:pPr>
              <w:spacing w:after="0"/>
              <w:jc w:val="center"/>
            </w:pPr>
          </w:p>
        </w:tc>
        <w:tc>
          <w:tcPr>
            <w:tcW w:w="1419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3D2667F7" w14:textId="77777777" w:rsidR="00764E02" w:rsidRDefault="00764E02">
            <w:pPr>
              <w:spacing w:after="0"/>
              <w:jc w:val="center"/>
            </w:pPr>
          </w:p>
        </w:tc>
        <w:tc>
          <w:tcPr>
            <w:tcW w:w="1646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056F38FD" w14:textId="77777777" w:rsidR="00764E02" w:rsidRDefault="00764E02">
            <w:pPr>
              <w:spacing w:after="0"/>
              <w:jc w:val="center"/>
            </w:pPr>
          </w:p>
        </w:tc>
        <w:tc>
          <w:tcPr>
            <w:tcW w:w="908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16E9F59D" w14:textId="77777777" w:rsidR="00764E02" w:rsidRDefault="00764E02">
            <w:pPr>
              <w:spacing w:after="0"/>
            </w:pPr>
          </w:p>
        </w:tc>
      </w:tr>
      <w:tr w:rsidR="00764E02" w14:paraId="54B47A46" w14:textId="77777777" w:rsidTr="00D234CC">
        <w:trPr>
          <w:trHeight w:hRule="exact" w:val="573"/>
          <w:jc w:val="center"/>
        </w:trPr>
        <w:tc>
          <w:tcPr>
            <w:tcW w:w="624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5C608C46" w14:textId="77777777" w:rsidR="00764E02" w:rsidRPr="001F0A3F" w:rsidRDefault="00000000">
            <w:pPr>
              <w:spacing w:after="0"/>
              <w:jc w:val="center"/>
              <w:rPr>
                <w:szCs w:val="18"/>
              </w:rPr>
            </w:pPr>
            <w:r w:rsidRPr="001F0A3F">
              <w:rPr>
                <w:color w:val="555555"/>
                <w:szCs w:val="18"/>
              </w:rPr>
              <w:t>6</w:t>
            </w:r>
          </w:p>
        </w:tc>
        <w:tc>
          <w:tcPr>
            <w:tcW w:w="2554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7EF24F23" w14:textId="77777777" w:rsidR="00764E02" w:rsidRDefault="00764E02">
            <w:pPr>
              <w:spacing w:after="0"/>
            </w:pPr>
          </w:p>
        </w:tc>
        <w:tc>
          <w:tcPr>
            <w:tcW w:w="1362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30D2FFA1" w14:textId="77777777" w:rsidR="00764E02" w:rsidRDefault="00764E02">
            <w:pPr>
              <w:spacing w:after="0"/>
            </w:pPr>
          </w:p>
        </w:tc>
        <w:tc>
          <w:tcPr>
            <w:tcW w:w="908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29A59E87" w14:textId="77777777" w:rsidR="00764E02" w:rsidRDefault="00764E02">
            <w:pPr>
              <w:spacing w:after="0"/>
              <w:jc w:val="center"/>
            </w:pPr>
          </w:p>
        </w:tc>
        <w:tc>
          <w:tcPr>
            <w:tcW w:w="908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51BF6F1E" w14:textId="77777777" w:rsidR="00764E02" w:rsidRDefault="00764E02">
            <w:pPr>
              <w:spacing w:after="0"/>
              <w:jc w:val="center"/>
            </w:pPr>
          </w:p>
        </w:tc>
        <w:tc>
          <w:tcPr>
            <w:tcW w:w="1419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3816B614" w14:textId="77777777" w:rsidR="00764E02" w:rsidRDefault="00764E02">
            <w:pPr>
              <w:spacing w:after="0"/>
              <w:jc w:val="center"/>
            </w:pPr>
          </w:p>
        </w:tc>
        <w:tc>
          <w:tcPr>
            <w:tcW w:w="1646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5A53F17C" w14:textId="77777777" w:rsidR="00764E02" w:rsidRDefault="00764E02">
            <w:pPr>
              <w:spacing w:after="0"/>
              <w:jc w:val="center"/>
            </w:pPr>
          </w:p>
        </w:tc>
        <w:tc>
          <w:tcPr>
            <w:tcW w:w="908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6164022E" w14:textId="77777777" w:rsidR="00764E02" w:rsidRDefault="00764E02">
            <w:pPr>
              <w:spacing w:after="0"/>
            </w:pPr>
          </w:p>
        </w:tc>
      </w:tr>
      <w:tr w:rsidR="00764E02" w14:paraId="675F4875" w14:textId="77777777" w:rsidTr="00D234CC">
        <w:trPr>
          <w:trHeight w:hRule="exact" w:val="573"/>
          <w:jc w:val="center"/>
        </w:trPr>
        <w:tc>
          <w:tcPr>
            <w:tcW w:w="624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2AC3A7EC" w14:textId="77777777" w:rsidR="00764E02" w:rsidRPr="001F0A3F" w:rsidRDefault="00000000">
            <w:pPr>
              <w:spacing w:after="0"/>
              <w:jc w:val="center"/>
              <w:rPr>
                <w:szCs w:val="18"/>
              </w:rPr>
            </w:pPr>
            <w:r w:rsidRPr="001F0A3F">
              <w:rPr>
                <w:color w:val="555555"/>
                <w:szCs w:val="18"/>
              </w:rPr>
              <w:t>7</w:t>
            </w:r>
          </w:p>
        </w:tc>
        <w:tc>
          <w:tcPr>
            <w:tcW w:w="2554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2F0DD011" w14:textId="77777777" w:rsidR="00764E02" w:rsidRDefault="00764E02">
            <w:pPr>
              <w:spacing w:after="0"/>
            </w:pPr>
          </w:p>
        </w:tc>
        <w:tc>
          <w:tcPr>
            <w:tcW w:w="1362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3FF3F305" w14:textId="77777777" w:rsidR="00764E02" w:rsidRDefault="00764E02">
            <w:pPr>
              <w:spacing w:after="0"/>
            </w:pPr>
          </w:p>
        </w:tc>
        <w:tc>
          <w:tcPr>
            <w:tcW w:w="908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0CBECE4D" w14:textId="77777777" w:rsidR="00764E02" w:rsidRDefault="00764E02">
            <w:pPr>
              <w:spacing w:after="0"/>
              <w:jc w:val="center"/>
            </w:pPr>
          </w:p>
        </w:tc>
        <w:tc>
          <w:tcPr>
            <w:tcW w:w="908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0EFD1E64" w14:textId="77777777" w:rsidR="00764E02" w:rsidRDefault="00764E02">
            <w:pPr>
              <w:spacing w:after="0"/>
              <w:jc w:val="center"/>
            </w:pPr>
          </w:p>
        </w:tc>
        <w:tc>
          <w:tcPr>
            <w:tcW w:w="1419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1F83A192" w14:textId="77777777" w:rsidR="00764E02" w:rsidRDefault="00764E02">
            <w:pPr>
              <w:spacing w:after="0"/>
              <w:jc w:val="center"/>
            </w:pPr>
          </w:p>
        </w:tc>
        <w:tc>
          <w:tcPr>
            <w:tcW w:w="1646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17DA1D35" w14:textId="77777777" w:rsidR="00764E02" w:rsidRDefault="00764E02">
            <w:pPr>
              <w:spacing w:after="0"/>
              <w:jc w:val="center"/>
            </w:pPr>
          </w:p>
        </w:tc>
        <w:tc>
          <w:tcPr>
            <w:tcW w:w="908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259F3274" w14:textId="77777777" w:rsidR="00764E02" w:rsidRDefault="00764E02">
            <w:pPr>
              <w:spacing w:after="0"/>
            </w:pPr>
          </w:p>
        </w:tc>
      </w:tr>
      <w:tr w:rsidR="00764E02" w14:paraId="5D0074FF" w14:textId="77777777" w:rsidTr="00D234CC">
        <w:trPr>
          <w:trHeight w:hRule="exact" w:val="573"/>
          <w:jc w:val="center"/>
        </w:trPr>
        <w:tc>
          <w:tcPr>
            <w:tcW w:w="624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4D6B92CF" w14:textId="77777777" w:rsidR="00764E02" w:rsidRPr="001F0A3F" w:rsidRDefault="00000000">
            <w:pPr>
              <w:spacing w:after="0"/>
              <w:jc w:val="center"/>
              <w:rPr>
                <w:szCs w:val="18"/>
              </w:rPr>
            </w:pPr>
            <w:r w:rsidRPr="001F0A3F">
              <w:rPr>
                <w:color w:val="555555"/>
                <w:szCs w:val="18"/>
              </w:rPr>
              <w:t>8</w:t>
            </w:r>
          </w:p>
        </w:tc>
        <w:tc>
          <w:tcPr>
            <w:tcW w:w="2554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32EBF507" w14:textId="77777777" w:rsidR="00764E02" w:rsidRDefault="00764E02">
            <w:pPr>
              <w:spacing w:after="0"/>
            </w:pPr>
          </w:p>
        </w:tc>
        <w:tc>
          <w:tcPr>
            <w:tcW w:w="1362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2123E19D" w14:textId="77777777" w:rsidR="00764E02" w:rsidRDefault="00764E02">
            <w:pPr>
              <w:spacing w:after="0"/>
            </w:pPr>
          </w:p>
        </w:tc>
        <w:tc>
          <w:tcPr>
            <w:tcW w:w="908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7893163A" w14:textId="77777777" w:rsidR="00764E02" w:rsidRDefault="00764E02">
            <w:pPr>
              <w:spacing w:after="0"/>
              <w:jc w:val="center"/>
            </w:pPr>
          </w:p>
        </w:tc>
        <w:tc>
          <w:tcPr>
            <w:tcW w:w="908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3DC8B93D" w14:textId="77777777" w:rsidR="00764E02" w:rsidRDefault="00764E02">
            <w:pPr>
              <w:spacing w:after="0"/>
              <w:jc w:val="center"/>
            </w:pPr>
          </w:p>
        </w:tc>
        <w:tc>
          <w:tcPr>
            <w:tcW w:w="1419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587730E6" w14:textId="77777777" w:rsidR="00764E02" w:rsidRDefault="00764E02">
            <w:pPr>
              <w:spacing w:after="0"/>
              <w:jc w:val="center"/>
            </w:pPr>
          </w:p>
        </w:tc>
        <w:tc>
          <w:tcPr>
            <w:tcW w:w="1646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6F9BDC4A" w14:textId="77777777" w:rsidR="00764E02" w:rsidRDefault="00764E02">
            <w:pPr>
              <w:spacing w:after="0"/>
              <w:jc w:val="center"/>
            </w:pPr>
          </w:p>
        </w:tc>
        <w:tc>
          <w:tcPr>
            <w:tcW w:w="908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495F02EF" w14:textId="77777777" w:rsidR="00764E02" w:rsidRDefault="00764E02">
            <w:pPr>
              <w:spacing w:after="0"/>
            </w:pPr>
          </w:p>
        </w:tc>
      </w:tr>
    </w:tbl>
    <w:p w14:paraId="7595433C" w14:textId="77777777" w:rsidR="00764E02" w:rsidRDefault="00000000">
      <w:pPr>
        <w:spacing w:before="100" w:after="60"/>
      </w:pPr>
      <w:r>
        <w:rPr>
          <w:b/>
          <w:color w:val="2D6FC7"/>
          <w:sz w:val="19"/>
        </w:rPr>
        <w:t>금액 및 결제정보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60"/>
        <w:gridCol w:w="3599"/>
        <w:gridCol w:w="1645"/>
        <w:gridCol w:w="3514"/>
      </w:tblGrid>
      <w:tr w:rsidR="00764E02" w14:paraId="1837589D" w14:textId="77777777" w:rsidTr="001F0A3F">
        <w:trPr>
          <w:trHeight w:hRule="exact" w:val="642"/>
          <w:jc w:val="center"/>
        </w:trPr>
        <w:tc>
          <w:tcPr>
            <w:tcW w:w="1560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EAF1F8"/>
            <w:vAlign w:val="center"/>
          </w:tcPr>
          <w:p w14:paraId="7A414483" w14:textId="77777777" w:rsidR="00764E02" w:rsidRPr="001F0A3F" w:rsidRDefault="00000000">
            <w:pPr>
              <w:spacing w:after="0"/>
              <w:jc w:val="center"/>
              <w:rPr>
                <w:szCs w:val="18"/>
              </w:rPr>
            </w:pPr>
            <w:proofErr w:type="spellStart"/>
            <w:r w:rsidRPr="001F0A3F">
              <w:rPr>
                <w:b/>
                <w:color w:val="24405C"/>
                <w:szCs w:val="18"/>
              </w:rPr>
              <w:t>공급가액</w:t>
            </w:r>
            <w:proofErr w:type="spellEnd"/>
          </w:p>
        </w:tc>
        <w:tc>
          <w:tcPr>
            <w:tcW w:w="3599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34EE4F33" w14:textId="77777777" w:rsidR="00764E02" w:rsidRDefault="00764E02">
            <w:pPr>
              <w:spacing w:after="0"/>
            </w:pPr>
          </w:p>
        </w:tc>
        <w:tc>
          <w:tcPr>
            <w:tcW w:w="1645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EAF1F8"/>
            <w:vAlign w:val="center"/>
          </w:tcPr>
          <w:p w14:paraId="356129E0" w14:textId="77777777" w:rsidR="00764E02" w:rsidRPr="001F0A3F" w:rsidRDefault="00000000">
            <w:pPr>
              <w:spacing w:after="0"/>
              <w:jc w:val="center"/>
              <w:rPr>
                <w:szCs w:val="18"/>
              </w:rPr>
            </w:pPr>
            <w:r w:rsidRPr="001F0A3F">
              <w:rPr>
                <w:b/>
                <w:color w:val="24405C"/>
                <w:szCs w:val="18"/>
              </w:rPr>
              <w:t>세액</w:t>
            </w:r>
          </w:p>
        </w:tc>
        <w:tc>
          <w:tcPr>
            <w:tcW w:w="3514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6B9041C0" w14:textId="77777777" w:rsidR="00764E02" w:rsidRDefault="00764E02">
            <w:pPr>
              <w:spacing w:after="0"/>
            </w:pPr>
          </w:p>
        </w:tc>
      </w:tr>
      <w:tr w:rsidR="00764E02" w14:paraId="2AA6872D" w14:textId="77777777" w:rsidTr="001F0A3F">
        <w:trPr>
          <w:trHeight w:hRule="exact" w:val="642"/>
          <w:jc w:val="center"/>
        </w:trPr>
        <w:tc>
          <w:tcPr>
            <w:tcW w:w="1560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EAF1F8"/>
            <w:vAlign w:val="center"/>
          </w:tcPr>
          <w:p w14:paraId="1E4F4E3D" w14:textId="77777777" w:rsidR="00764E02" w:rsidRPr="001F0A3F" w:rsidRDefault="00000000">
            <w:pPr>
              <w:spacing w:after="0"/>
              <w:jc w:val="center"/>
              <w:rPr>
                <w:szCs w:val="18"/>
              </w:rPr>
            </w:pPr>
            <w:r w:rsidRPr="001F0A3F">
              <w:rPr>
                <w:b/>
                <w:color w:val="24405C"/>
                <w:szCs w:val="18"/>
              </w:rPr>
              <w:t>총 주문금액</w:t>
            </w:r>
          </w:p>
        </w:tc>
        <w:tc>
          <w:tcPr>
            <w:tcW w:w="3599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63792D69" w14:textId="77777777" w:rsidR="00764E02" w:rsidRDefault="00764E02">
            <w:pPr>
              <w:spacing w:after="0"/>
            </w:pPr>
          </w:p>
        </w:tc>
        <w:tc>
          <w:tcPr>
            <w:tcW w:w="1645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EAF1F8"/>
            <w:vAlign w:val="center"/>
          </w:tcPr>
          <w:p w14:paraId="3ACFF846" w14:textId="77777777" w:rsidR="00764E02" w:rsidRPr="001F0A3F" w:rsidRDefault="00000000">
            <w:pPr>
              <w:spacing w:after="0"/>
              <w:jc w:val="center"/>
              <w:rPr>
                <w:szCs w:val="18"/>
              </w:rPr>
            </w:pPr>
            <w:r w:rsidRPr="001F0A3F">
              <w:rPr>
                <w:b/>
                <w:color w:val="24405C"/>
                <w:szCs w:val="18"/>
              </w:rPr>
              <w:t>부가세</w:t>
            </w:r>
          </w:p>
        </w:tc>
        <w:tc>
          <w:tcPr>
            <w:tcW w:w="3514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57747B2E" w14:textId="77777777" w:rsidR="00764E02" w:rsidRPr="001F0A3F" w:rsidRDefault="00000000">
            <w:pPr>
              <w:spacing w:after="0"/>
              <w:rPr>
                <w:szCs w:val="18"/>
              </w:rPr>
            </w:pPr>
            <w:r w:rsidRPr="001F0A3F">
              <w:rPr>
                <w:color w:val="333333"/>
                <w:szCs w:val="18"/>
              </w:rPr>
              <w:t xml:space="preserve">□ </w:t>
            </w:r>
            <w:proofErr w:type="gramStart"/>
            <w:r w:rsidRPr="001F0A3F">
              <w:rPr>
                <w:color w:val="333333"/>
                <w:szCs w:val="18"/>
              </w:rPr>
              <w:t>포함  □</w:t>
            </w:r>
            <w:proofErr w:type="gramEnd"/>
            <w:r w:rsidRPr="001F0A3F">
              <w:rPr>
                <w:color w:val="333333"/>
                <w:szCs w:val="18"/>
              </w:rPr>
              <w:t xml:space="preserve"> 별도</w:t>
            </w:r>
          </w:p>
        </w:tc>
      </w:tr>
      <w:tr w:rsidR="00764E02" w14:paraId="0D565A0C" w14:textId="77777777" w:rsidTr="001F0A3F">
        <w:trPr>
          <w:trHeight w:hRule="exact" w:val="642"/>
          <w:jc w:val="center"/>
        </w:trPr>
        <w:tc>
          <w:tcPr>
            <w:tcW w:w="1560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EAF1F8"/>
            <w:vAlign w:val="center"/>
          </w:tcPr>
          <w:p w14:paraId="519C9FAA" w14:textId="77777777" w:rsidR="00764E02" w:rsidRPr="001F0A3F" w:rsidRDefault="00000000">
            <w:pPr>
              <w:spacing w:after="0"/>
              <w:jc w:val="center"/>
              <w:rPr>
                <w:szCs w:val="18"/>
              </w:rPr>
            </w:pPr>
            <w:r w:rsidRPr="001F0A3F">
              <w:rPr>
                <w:b/>
                <w:color w:val="24405C"/>
                <w:szCs w:val="18"/>
              </w:rPr>
              <w:t>결제조건</w:t>
            </w:r>
          </w:p>
        </w:tc>
        <w:tc>
          <w:tcPr>
            <w:tcW w:w="3599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00A62031" w14:textId="77777777" w:rsidR="00764E02" w:rsidRDefault="00764E02">
            <w:pPr>
              <w:spacing w:after="0"/>
            </w:pPr>
          </w:p>
        </w:tc>
        <w:tc>
          <w:tcPr>
            <w:tcW w:w="1645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EAF1F8"/>
            <w:vAlign w:val="center"/>
          </w:tcPr>
          <w:p w14:paraId="002DACB4" w14:textId="77777777" w:rsidR="00764E02" w:rsidRPr="001F0A3F" w:rsidRDefault="00000000">
            <w:pPr>
              <w:spacing w:after="0"/>
              <w:jc w:val="center"/>
              <w:rPr>
                <w:szCs w:val="18"/>
              </w:rPr>
            </w:pPr>
            <w:r w:rsidRPr="001F0A3F">
              <w:rPr>
                <w:b/>
                <w:color w:val="24405C"/>
                <w:szCs w:val="18"/>
              </w:rPr>
              <w:t>지급예정일</w:t>
            </w:r>
          </w:p>
        </w:tc>
        <w:tc>
          <w:tcPr>
            <w:tcW w:w="3514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73473202" w14:textId="77777777" w:rsidR="00764E02" w:rsidRPr="001F0A3F" w:rsidRDefault="00000000">
            <w:pPr>
              <w:spacing w:after="0"/>
              <w:rPr>
                <w:szCs w:val="18"/>
              </w:rPr>
            </w:pPr>
            <w:r w:rsidRPr="001F0A3F">
              <w:rPr>
                <w:color w:val="333333"/>
                <w:szCs w:val="18"/>
              </w:rPr>
              <w:t>20      년      월      일</w:t>
            </w:r>
          </w:p>
        </w:tc>
      </w:tr>
    </w:tbl>
    <w:p w14:paraId="44C927F2" w14:textId="77777777" w:rsidR="00764E02" w:rsidRDefault="00000000">
      <w:pPr>
        <w:spacing w:before="100" w:after="60"/>
        <w:rPr>
          <w:lang w:eastAsia="ko-KR"/>
        </w:rPr>
      </w:pPr>
      <w:r>
        <w:rPr>
          <w:b/>
          <w:color w:val="2D6FC7"/>
          <w:sz w:val="19"/>
          <w:lang w:eastAsia="ko-KR"/>
        </w:rPr>
        <w:t>주문자 정보 및 요청사항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44"/>
        <w:gridCol w:w="3597"/>
        <w:gridCol w:w="1647"/>
        <w:gridCol w:w="3498"/>
      </w:tblGrid>
      <w:tr w:rsidR="00764E02" w14:paraId="1B382A5D" w14:textId="77777777" w:rsidTr="001F0A3F">
        <w:trPr>
          <w:trHeight w:hRule="exact" w:val="565"/>
          <w:jc w:val="center"/>
        </w:trPr>
        <w:tc>
          <w:tcPr>
            <w:tcW w:w="1544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EAF1F8"/>
            <w:vAlign w:val="center"/>
          </w:tcPr>
          <w:p w14:paraId="740E417B" w14:textId="77777777" w:rsidR="00764E02" w:rsidRPr="001F0A3F" w:rsidRDefault="00000000">
            <w:pPr>
              <w:spacing w:after="0"/>
              <w:jc w:val="center"/>
              <w:rPr>
                <w:szCs w:val="18"/>
              </w:rPr>
            </w:pPr>
            <w:proofErr w:type="spellStart"/>
            <w:r w:rsidRPr="001F0A3F">
              <w:rPr>
                <w:b/>
                <w:color w:val="24405C"/>
                <w:szCs w:val="18"/>
              </w:rPr>
              <w:t>주문자</w:t>
            </w:r>
            <w:proofErr w:type="spellEnd"/>
            <w:r w:rsidRPr="001F0A3F">
              <w:rPr>
                <w:b/>
                <w:color w:val="24405C"/>
                <w:szCs w:val="18"/>
              </w:rPr>
              <w:t xml:space="preserve"> / </w:t>
            </w:r>
            <w:proofErr w:type="spellStart"/>
            <w:r w:rsidRPr="001F0A3F">
              <w:rPr>
                <w:b/>
                <w:color w:val="24405C"/>
                <w:szCs w:val="18"/>
              </w:rPr>
              <w:t>상호</w:t>
            </w:r>
            <w:proofErr w:type="spellEnd"/>
          </w:p>
        </w:tc>
        <w:tc>
          <w:tcPr>
            <w:tcW w:w="3597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61F31254" w14:textId="77777777" w:rsidR="00764E02" w:rsidRDefault="00764E02">
            <w:pPr>
              <w:spacing w:after="0"/>
            </w:pPr>
          </w:p>
        </w:tc>
        <w:tc>
          <w:tcPr>
            <w:tcW w:w="1647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EAF1F8"/>
            <w:vAlign w:val="center"/>
          </w:tcPr>
          <w:p w14:paraId="45130A17" w14:textId="77777777" w:rsidR="00764E02" w:rsidRPr="001F0A3F" w:rsidRDefault="00000000">
            <w:pPr>
              <w:spacing w:after="0"/>
              <w:jc w:val="center"/>
              <w:rPr>
                <w:szCs w:val="18"/>
              </w:rPr>
            </w:pPr>
            <w:r w:rsidRPr="001F0A3F">
              <w:rPr>
                <w:b/>
                <w:color w:val="24405C"/>
                <w:szCs w:val="18"/>
              </w:rPr>
              <w:t>담당자</w:t>
            </w:r>
          </w:p>
        </w:tc>
        <w:tc>
          <w:tcPr>
            <w:tcW w:w="3498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0676EB93" w14:textId="77777777" w:rsidR="00764E02" w:rsidRDefault="00764E02">
            <w:pPr>
              <w:spacing w:after="0"/>
            </w:pPr>
          </w:p>
        </w:tc>
      </w:tr>
      <w:tr w:rsidR="00764E02" w14:paraId="331CA5B9" w14:textId="77777777" w:rsidTr="001F0A3F">
        <w:trPr>
          <w:trHeight w:hRule="exact" w:val="565"/>
          <w:jc w:val="center"/>
        </w:trPr>
        <w:tc>
          <w:tcPr>
            <w:tcW w:w="1544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EAF1F8"/>
            <w:vAlign w:val="center"/>
          </w:tcPr>
          <w:p w14:paraId="54BE01F5" w14:textId="77777777" w:rsidR="00764E02" w:rsidRPr="001F0A3F" w:rsidRDefault="00000000">
            <w:pPr>
              <w:spacing w:after="0"/>
              <w:jc w:val="center"/>
              <w:rPr>
                <w:szCs w:val="18"/>
              </w:rPr>
            </w:pPr>
            <w:r w:rsidRPr="001F0A3F">
              <w:rPr>
                <w:b/>
                <w:color w:val="24405C"/>
                <w:szCs w:val="18"/>
              </w:rPr>
              <w:t>연락처</w:t>
            </w:r>
          </w:p>
        </w:tc>
        <w:tc>
          <w:tcPr>
            <w:tcW w:w="3597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185DFB7C" w14:textId="77777777" w:rsidR="00764E02" w:rsidRDefault="00764E02">
            <w:pPr>
              <w:spacing w:after="0"/>
            </w:pPr>
          </w:p>
        </w:tc>
        <w:tc>
          <w:tcPr>
            <w:tcW w:w="1647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EAF1F8"/>
            <w:vAlign w:val="center"/>
          </w:tcPr>
          <w:p w14:paraId="6885719A" w14:textId="77777777" w:rsidR="00764E02" w:rsidRPr="001F0A3F" w:rsidRDefault="00000000">
            <w:pPr>
              <w:spacing w:after="0"/>
              <w:jc w:val="center"/>
              <w:rPr>
                <w:szCs w:val="18"/>
              </w:rPr>
            </w:pPr>
            <w:r w:rsidRPr="001F0A3F">
              <w:rPr>
                <w:b/>
                <w:color w:val="24405C"/>
                <w:szCs w:val="18"/>
              </w:rPr>
              <w:t>이메일</w:t>
            </w:r>
          </w:p>
        </w:tc>
        <w:tc>
          <w:tcPr>
            <w:tcW w:w="3498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62640B91" w14:textId="77777777" w:rsidR="00764E02" w:rsidRDefault="00764E02">
            <w:pPr>
              <w:spacing w:after="0"/>
            </w:pPr>
          </w:p>
        </w:tc>
      </w:tr>
      <w:tr w:rsidR="00764E02" w14:paraId="2BEEF879" w14:textId="77777777" w:rsidTr="001F0A3F">
        <w:trPr>
          <w:trHeight w:hRule="exact" w:val="706"/>
          <w:jc w:val="center"/>
        </w:trPr>
        <w:tc>
          <w:tcPr>
            <w:tcW w:w="1544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EAF1F8"/>
            <w:vAlign w:val="center"/>
          </w:tcPr>
          <w:p w14:paraId="6D0E8132" w14:textId="77777777" w:rsidR="00764E02" w:rsidRPr="001F0A3F" w:rsidRDefault="00000000">
            <w:pPr>
              <w:spacing w:after="0"/>
              <w:jc w:val="center"/>
              <w:rPr>
                <w:szCs w:val="18"/>
              </w:rPr>
            </w:pPr>
            <w:r w:rsidRPr="001F0A3F">
              <w:rPr>
                <w:b/>
                <w:color w:val="24405C"/>
                <w:szCs w:val="18"/>
              </w:rPr>
              <w:t>요청사항</w:t>
            </w:r>
          </w:p>
        </w:tc>
        <w:tc>
          <w:tcPr>
            <w:tcW w:w="3597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607F56F2" w14:textId="77777777" w:rsidR="00764E02" w:rsidRDefault="00764E02">
            <w:pPr>
              <w:spacing w:after="0"/>
            </w:pPr>
          </w:p>
        </w:tc>
        <w:tc>
          <w:tcPr>
            <w:tcW w:w="1647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EAF1F8"/>
            <w:vAlign w:val="center"/>
          </w:tcPr>
          <w:p w14:paraId="10375E74" w14:textId="77777777" w:rsidR="00764E02" w:rsidRPr="001F0A3F" w:rsidRDefault="00000000">
            <w:pPr>
              <w:spacing w:after="0"/>
              <w:jc w:val="center"/>
              <w:rPr>
                <w:szCs w:val="18"/>
              </w:rPr>
            </w:pPr>
            <w:r w:rsidRPr="001F0A3F">
              <w:rPr>
                <w:b/>
                <w:color w:val="24405C"/>
                <w:szCs w:val="18"/>
              </w:rPr>
              <w:t>확인 / 서명</w:t>
            </w:r>
          </w:p>
        </w:tc>
        <w:tc>
          <w:tcPr>
            <w:tcW w:w="3498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372F4821" w14:textId="77777777" w:rsidR="00764E02" w:rsidRDefault="00764E02">
            <w:pPr>
              <w:spacing w:after="0"/>
            </w:pPr>
          </w:p>
        </w:tc>
      </w:tr>
      <w:tr w:rsidR="00764E02" w14:paraId="1B7FAB7A" w14:textId="77777777" w:rsidTr="001F0A3F">
        <w:trPr>
          <w:trHeight w:hRule="exact" w:val="706"/>
          <w:jc w:val="center"/>
        </w:trPr>
        <w:tc>
          <w:tcPr>
            <w:tcW w:w="1544" w:type="dxa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shd w:val="clear" w:color="auto" w:fill="EAF1F8"/>
            <w:vAlign w:val="center"/>
          </w:tcPr>
          <w:p w14:paraId="09BF15AC" w14:textId="77777777" w:rsidR="00764E02" w:rsidRPr="001F0A3F" w:rsidRDefault="00000000">
            <w:pPr>
              <w:spacing w:after="0"/>
              <w:jc w:val="center"/>
              <w:rPr>
                <w:szCs w:val="18"/>
              </w:rPr>
            </w:pPr>
            <w:proofErr w:type="spellStart"/>
            <w:r w:rsidRPr="001F0A3F">
              <w:rPr>
                <w:b/>
                <w:color w:val="24405C"/>
                <w:szCs w:val="18"/>
              </w:rPr>
              <w:t>비고</w:t>
            </w:r>
            <w:proofErr w:type="spellEnd"/>
          </w:p>
        </w:tc>
        <w:tc>
          <w:tcPr>
            <w:tcW w:w="8742" w:type="dxa"/>
            <w:gridSpan w:val="3"/>
            <w:tcBorders>
              <w:top w:val="single" w:sz="5" w:space="0" w:color="B9C0C8"/>
              <w:left w:val="single" w:sz="5" w:space="0" w:color="B9C0C8"/>
              <w:bottom w:val="single" w:sz="5" w:space="0" w:color="B9C0C8"/>
              <w:right w:val="single" w:sz="5" w:space="0" w:color="B9C0C8"/>
            </w:tcBorders>
            <w:vAlign w:val="center"/>
          </w:tcPr>
          <w:p w14:paraId="02AF278D" w14:textId="77777777" w:rsidR="00764E02" w:rsidRDefault="00764E02">
            <w:pPr>
              <w:spacing w:after="0"/>
            </w:pPr>
          </w:p>
          <w:p w14:paraId="148D0B51" w14:textId="77777777" w:rsidR="00764E02" w:rsidRDefault="00764E02">
            <w:pPr>
              <w:spacing w:after="0"/>
            </w:pPr>
          </w:p>
          <w:p w14:paraId="01F7D3A9" w14:textId="77777777" w:rsidR="00764E02" w:rsidRDefault="00764E02">
            <w:pPr>
              <w:spacing w:after="0"/>
            </w:pPr>
          </w:p>
        </w:tc>
      </w:tr>
    </w:tbl>
    <w:p w14:paraId="0BE219D4" w14:textId="77777777" w:rsidR="00780586" w:rsidRDefault="00780586"/>
    <w:sectPr w:rsidR="00780586" w:rsidSect="00034616">
      <w:pgSz w:w="11906" w:h="16838"/>
      <w:pgMar w:top="680" w:right="794" w:bottom="624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65575704">
    <w:abstractNumId w:val="8"/>
  </w:num>
  <w:num w:numId="2" w16cid:durableId="1887066954">
    <w:abstractNumId w:val="6"/>
  </w:num>
  <w:num w:numId="3" w16cid:durableId="481698757">
    <w:abstractNumId w:val="5"/>
  </w:num>
  <w:num w:numId="4" w16cid:durableId="1455057157">
    <w:abstractNumId w:val="4"/>
  </w:num>
  <w:num w:numId="5" w16cid:durableId="1980567807">
    <w:abstractNumId w:val="7"/>
  </w:num>
  <w:num w:numId="6" w16cid:durableId="2064399753">
    <w:abstractNumId w:val="3"/>
  </w:num>
  <w:num w:numId="7" w16cid:durableId="716396545">
    <w:abstractNumId w:val="2"/>
  </w:num>
  <w:num w:numId="8" w16cid:durableId="1178156067">
    <w:abstractNumId w:val="1"/>
  </w:num>
  <w:num w:numId="9" w16cid:durableId="1684894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F0A3F"/>
    <w:rsid w:val="0029639D"/>
    <w:rsid w:val="00326F90"/>
    <w:rsid w:val="00335901"/>
    <w:rsid w:val="00764E02"/>
    <w:rsid w:val="00780586"/>
    <w:rsid w:val="007C0322"/>
    <w:rsid w:val="00AA1D8D"/>
    <w:rsid w:val="00B47730"/>
    <w:rsid w:val="00CB0664"/>
    <w:rsid w:val="00D234C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A9061A4"/>
  <w14:defaultImageDpi w14:val="300"/>
  <w15:docId w15:val="{43ECAF00-AC1D-4202-8A13-0799B519B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맑은 고딕" w:eastAsia="맑은 고딕" w:hAnsi="맑은 고딕"/>
      <w:sz w:val="18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주문서</dc:title>
  <dc:subject/>
  <dc:creator/>
  <cp:keywords/>
  <dc:description>generated by python-docx</dc:description>
  <cp:lastModifiedBy>jihye hong</cp:lastModifiedBy>
  <cp:revision>3</cp:revision>
  <dcterms:created xsi:type="dcterms:W3CDTF">2013-12-23T23:15:00Z</dcterms:created>
  <dcterms:modified xsi:type="dcterms:W3CDTF">2026-09-04T01:04:00Z</dcterms:modified>
  <cp:category/>
</cp:coreProperties>
</file>