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154"/>
        <w:gridCol w:w="5154"/>
      </w:tblGrid>
      <w:tr w:rsidR="00306562" w14:paraId="1E16BA51" w14:textId="77777777">
        <w:trPr>
          <w:jc w:val="center"/>
        </w:trPr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DD28" w14:textId="77777777" w:rsidR="00306562" w:rsidRDefault="00000000" w:rsidP="00EB3E2C">
            <w:pPr>
              <w:spacing w:after="0" w:line="360" w:lineRule="auto"/>
            </w:pPr>
            <w:r>
              <w:rPr>
                <w:rFonts w:ascii="맑은 고딕" w:eastAsia="맑은 고딕" w:hAnsi="맑은 고딕"/>
                <w:b/>
                <w:color w:val="2E69AB"/>
                <w:sz w:val="19"/>
              </w:rPr>
              <w:t>WORK CONFIRMATION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189B" w14:textId="77777777" w:rsidR="00306562" w:rsidRDefault="00000000" w:rsidP="00EB3E2C">
            <w:pPr>
              <w:spacing w:after="0" w:line="360" w:lineRule="auto"/>
              <w:jc w:val="right"/>
            </w:pPr>
            <w:r>
              <w:rPr>
                <w:rFonts w:ascii="맑은 고딕" w:eastAsia="맑은 고딕" w:hAnsi="맑은 고딕"/>
                <w:b/>
                <w:color w:val="1C2B3F"/>
                <w:sz w:val="36"/>
              </w:rPr>
              <w:t>작업확인서</w:t>
            </w:r>
          </w:p>
        </w:tc>
      </w:tr>
    </w:tbl>
    <w:p w14:paraId="68F67E41" w14:textId="77777777" w:rsidR="00306562" w:rsidRDefault="00000000" w:rsidP="00EB3E2C">
      <w:pPr>
        <w:spacing w:after="140" w:line="360" w:lineRule="auto"/>
        <w:jc w:val="center"/>
        <w:rPr>
          <w:lang w:eastAsia="ko-KR"/>
        </w:rPr>
      </w:pPr>
      <w:r>
        <w:rPr>
          <w:color w:val="5A697A"/>
          <w:sz w:val="18"/>
          <w:lang w:eastAsia="ko-KR"/>
        </w:rPr>
        <w:t>수행한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작업의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내용과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완료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여부를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확인</w:t>
      </w:r>
      <w:r>
        <w:rPr>
          <w:color w:val="5A697A"/>
          <w:sz w:val="18"/>
          <w:lang w:eastAsia="ko-KR"/>
        </w:rPr>
        <w:t>·</w:t>
      </w:r>
      <w:r>
        <w:rPr>
          <w:color w:val="5A697A"/>
          <w:sz w:val="18"/>
          <w:lang w:eastAsia="ko-KR"/>
        </w:rPr>
        <w:t>기록하기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위한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업무용</w:t>
      </w:r>
      <w:r>
        <w:rPr>
          <w:color w:val="5A697A"/>
          <w:sz w:val="18"/>
          <w:lang w:eastAsia="ko-KR"/>
        </w:rPr>
        <w:t xml:space="preserve"> </w:t>
      </w:r>
      <w:r>
        <w:rPr>
          <w:color w:val="5A697A"/>
          <w:sz w:val="18"/>
          <w:lang w:eastAsia="ko-KR"/>
        </w:rPr>
        <w:t>서식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95"/>
        <w:gridCol w:w="3416"/>
        <w:gridCol w:w="1418"/>
        <w:gridCol w:w="3679"/>
      </w:tblGrid>
      <w:tr w:rsidR="00306562" w14:paraId="0C5F3333" w14:textId="77777777" w:rsidTr="00071C2E">
        <w:trPr>
          <w:trHeight w:val="574"/>
          <w:jc w:val="center"/>
        </w:trPr>
        <w:tc>
          <w:tcPr>
            <w:tcW w:w="179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535672BB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작업명</w:t>
            </w:r>
            <w:proofErr w:type="spellEnd"/>
          </w:p>
        </w:tc>
        <w:tc>
          <w:tcPr>
            <w:tcW w:w="341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367C5816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5B4C09E6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작업일자</w:t>
            </w:r>
          </w:p>
        </w:tc>
        <w:tc>
          <w:tcPr>
            <w:tcW w:w="367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F24A874" w14:textId="44579A7C" w:rsidR="00306562" w:rsidRPr="00EB3E2C" w:rsidRDefault="00000000">
            <w:pPr>
              <w:spacing w:after="0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20 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년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월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일</w:t>
            </w:r>
          </w:p>
        </w:tc>
      </w:tr>
      <w:tr w:rsidR="00306562" w14:paraId="5D99AD55" w14:textId="77777777" w:rsidTr="00071C2E">
        <w:trPr>
          <w:trHeight w:val="549"/>
          <w:jc w:val="center"/>
        </w:trPr>
        <w:tc>
          <w:tcPr>
            <w:tcW w:w="179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3B3BE2D3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작업장소</w:t>
            </w:r>
            <w:proofErr w:type="spellEnd"/>
          </w:p>
        </w:tc>
        <w:tc>
          <w:tcPr>
            <w:tcW w:w="341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3799472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A407A15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담당자</w:t>
            </w:r>
          </w:p>
        </w:tc>
        <w:tc>
          <w:tcPr>
            <w:tcW w:w="367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469858F6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</w:tr>
      <w:tr w:rsidR="00306562" w14:paraId="5A578C69" w14:textId="77777777" w:rsidTr="00071C2E">
        <w:trPr>
          <w:trHeight w:val="574"/>
          <w:jc w:val="center"/>
        </w:trPr>
        <w:tc>
          <w:tcPr>
            <w:tcW w:w="179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B9B7928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의뢰부서</w:t>
            </w:r>
            <w:proofErr w:type="spellEnd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 xml:space="preserve"> / </w:t>
            </w:r>
            <w:proofErr w:type="spellStart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업체</w:t>
            </w:r>
            <w:proofErr w:type="spellEnd"/>
          </w:p>
        </w:tc>
        <w:tc>
          <w:tcPr>
            <w:tcW w:w="341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4683E738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4D4A3A91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연락처</w:t>
            </w:r>
          </w:p>
        </w:tc>
        <w:tc>
          <w:tcPr>
            <w:tcW w:w="367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33B5A3BE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</w:tr>
      <w:tr w:rsidR="00306562" w14:paraId="26B62F77" w14:textId="77777777" w:rsidTr="00071C2E">
        <w:trPr>
          <w:trHeight w:val="1124"/>
          <w:jc w:val="center"/>
        </w:trPr>
        <w:tc>
          <w:tcPr>
            <w:tcW w:w="1795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BB2708F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작업시간</w:t>
            </w:r>
            <w:proofErr w:type="spellEnd"/>
          </w:p>
        </w:tc>
        <w:tc>
          <w:tcPr>
            <w:tcW w:w="341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379504AD" w14:textId="2A6076B3" w:rsidR="00306562" w:rsidRPr="00EB3E2C" w:rsidRDefault="00000000">
            <w:pPr>
              <w:spacing w:after="0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 :   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  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~  </w:t>
            </w:r>
            <w:r w:rsidR="00071C2E" w:rsidRPr="00EB3E2C">
              <w:rPr>
                <w:rFonts w:ascii="맑은 고딕" w:eastAsia="맑은 고딕" w:hAnsi="맑은 고딕" w:hint="eastAsia"/>
                <w:sz w:val="18"/>
                <w:szCs w:val="18"/>
                <w:lang w:eastAsia="ko-KR"/>
              </w:rPr>
              <w:t xml:space="preserve">     </w:t>
            </w: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 :      </w:t>
            </w:r>
          </w:p>
        </w:tc>
        <w:tc>
          <w:tcPr>
            <w:tcW w:w="1418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AE13BE2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작업상태</w:t>
            </w:r>
          </w:p>
        </w:tc>
        <w:tc>
          <w:tcPr>
            <w:tcW w:w="3679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5DC3418A" w14:textId="77777777" w:rsidR="00306562" w:rsidRPr="00EB3E2C" w:rsidRDefault="00000000">
            <w:pPr>
              <w:spacing w:after="0"/>
              <w:rPr>
                <w:sz w:val="18"/>
                <w:szCs w:val="18"/>
                <w:lang w:eastAsia="ko-KR"/>
              </w:rPr>
            </w:pPr>
            <w:r w:rsidRPr="00EB3E2C">
              <w:rPr>
                <w:rFonts w:ascii="맑은 고딕" w:eastAsia="맑은 고딕" w:hAnsi="맑은 고딕"/>
                <w:sz w:val="18"/>
                <w:szCs w:val="18"/>
                <w:lang w:eastAsia="ko-KR"/>
              </w:rPr>
              <w:t>□ 완료   □ 일부완료   □ 미완료</w:t>
            </w:r>
          </w:p>
        </w:tc>
      </w:tr>
    </w:tbl>
    <w:p w14:paraId="3647A406" w14:textId="77777777" w:rsidR="00306562" w:rsidRDefault="00000000">
      <w:pPr>
        <w:spacing w:before="120" w:after="60"/>
      </w:pPr>
      <w:proofErr w:type="gramStart"/>
      <w:r>
        <w:rPr>
          <w:b/>
          <w:color w:val="2E69AB"/>
          <w:sz w:val="20"/>
        </w:rPr>
        <w:t>01  WORK</w:t>
      </w:r>
      <w:proofErr w:type="gramEnd"/>
      <w:r>
        <w:rPr>
          <w:b/>
          <w:color w:val="2E69AB"/>
          <w:sz w:val="20"/>
        </w:rPr>
        <w:t xml:space="preserve"> DETAILS</w:t>
      </w:r>
    </w:p>
    <w:tbl>
      <w:tblPr>
        <w:tblW w:w="4991" w:type="pct"/>
        <w:jc w:val="center"/>
        <w:tblLayout w:type="fixed"/>
        <w:tblLook w:val="04A0" w:firstRow="1" w:lastRow="0" w:firstColumn="1" w:lastColumn="0" w:noHBand="0" w:noVBand="1"/>
      </w:tblPr>
      <w:tblGrid>
        <w:gridCol w:w="749"/>
        <w:gridCol w:w="2255"/>
        <w:gridCol w:w="4278"/>
        <w:gridCol w:w="1735"/>
        <w:gridCol w:w="1272"/>
      </w:tblGrid>
      <w:tr w:rsidR="00306562" w14:paraId="265C9E11" w14:textId="77777777" w:rsidTr="00071C2E">
        <w:trPr>
          <w:trHeight w:val="664"/>
          <w:jc w:val="center"/>
        </w:trPr>
        <w:tc>
          <w:tcPr>
            <w:tcW w:w="750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756C5211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No.</w:t>
            </w:r>
          </w:p>
        </w:tc>
        <w:tc>
          <w:tcPr>
            <w:tcW w:w="2255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579558D9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작업 항목</w:t>
            </w:r>
          </w:p>
        </w:tc>
        <w:tc>
          <w:tcPr>
            <w:tcW w:w="4278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177E74A5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세부 작업 내용</w:t>
            </w:r>
          </w:p>
        </w:tc>
        <w:tc>
          <w:tcPr>
            <w:tcW w:w="1735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694DA26C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처리 결과</w:t>
            </w:r>
          </w:p>
        </w:tc>
        <w:tc>
          <w:tcPr>
            <w:tcW w:w="1272" w:type="dxa"/>
            <w:tcBorders>
              <w:top w:val="single" w:sz="7" w:space="0" w:color="9EB4CA"/>
              <w:left w:val="single" w:sz="7" w:space="0" w:color="9EB4CA"/>
              <w:bottom w:val="single" w:sz="7" w:space="0" w:color="9EB4CA"/>
              <w:right w:val="single" w:sz="7" w:space="0" w:color="9EB4CA"/>
            </w:tcBorders>
            <w:shd w:val="clear" w:color="auto" w:fill="DCE9F6"/>
            <w:vAlign w:val="center"/>
          </w:tcPr>
          <w:p w14:paraId="625D0A2F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color w:val="1F3954"/>
                <w:sz w:val="18"/>
                <w:szCs w:val="18"/>
              </w:rPr>
              <w:t>비고</w:t>
            </w:r>
          </w:p>
        </w:tc>
      </w:tr>
      <w:tr w:rsidR="00306562" w14:paraId="381844E6" w14:textId="77777777" w:rsidTr="00071C2E">
        <w:trPr>
          <w:trHeight w:val="577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A28C8B8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9A90CD1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55D7CD4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E8A8EC1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49375BA" w14:textId="77777777" w:rsidR="00306562" w:rsidRDefault="00306562">
            <w:pPr>
              <w:spacing w:after="0"/>
            </w:pPr>
          </w:p>
        </w:tc>
      </w:tr>
      <w:tr w:rsidR="00306562" w14:paraId="298C2220" w14:textId="77777777" w:rsidTr="00071C2E">
        <w:trPr>
          <w:trHeight w:val="548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6180DB7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3D2D702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A8F440A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5320515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AF9BB1E" w14:textId="77777777" w:rsidR="00306562" w:rsidRDefault="00306562">
            <w:pPr>
              <w:spacing w:after="0"/>
            </w:pPr>
          </w:p>
        </w:tc>
      </w:tr>
      <w:tr w:rsidR="00306562" w14:paraId="5A78BBD4" w14:textId="77777777" w:rsidTr="00071C2E">
        <w:trPr>
          <w:trHeight w:val="577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005F042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EDEC427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180481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B71A5B4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21EE9FE4" w14:textId="77777777" w:rsidR="00306562" w:rsidRDefault="00306562">
            <w:pPr>
              <w:spacing w:after="0"/>
            </w:pPr>
          </w:p>
        </w:tc>
      </w:tr>
      <w:tr w:rsidR="00306562" w14:paraId="2CE1DF8B" w14:textId="77777777" w:rsidTr="00071C2E">
        <w:trPr>
          <w:trHeight w:val="577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4CA9139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A323669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035E39E8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0E03200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3EB1718" w14:textId="77777777" w:rsidR="00306562" w:rsidRDefault="00306562">
            <w:pPr>
              <w:spacing w:after="0"/>
            </w:pPr>
          </w:p>
        </w:tc>
      </w:tr>
      <w:tr w:rsidR="00306562" w14:paraId="2AEFC07C" w14:textId="77777777" w:rsidTr="00071C2E">
        <w:trPr>
          <w:trHeight w:val="577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70499995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295CAE9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57962822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68E71E0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1B369D5" w14:textId="77777777" w:rsidR="00306562" w:rsidRDefault="00306562">
            <w:pPr>
              <w:spacing w:after="0"/>
            </w:pPr>
          </w:p>
        </w:tc>
      </w:tr>
      <w:tr w:rsidR="00306562" w14:paraId="4E8051C2" w14:textId="77777777" w:rsidTr="00071C2E">
        <w:trPr>
          <w:trHeight w:val="548"/>
          <w:jc w:val="center"/>
        </w:trPr>
        <w:tc>
          <w:tcPr>
            <w:tcW w:w="750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4AB8200D" w14:textId="77777777" w:rsidR="00306562" w:rsidRDefault="00306562">
            <w:pPr>
              <w:spacing w:after="0"/>
              <w:jc w:val="center"/>
            </w:pPr>
          </w:p>
        </w:tc>
        <w:tc>
          <w:tcPr>
            <w:tcW w:w="225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4B265BF" w14:textId="77777777" w:rsidR="00306562" w:rsidRDefault="00306562">
            <w:pPr>
              <w:spacing w:after="0"/>
            </w:pPr>
          </w:p>
        </w:tc>
        <w:tc>
          <w:tcPr>
            <w:tcW w:w="4278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1AF60DC1" w14:textId="77777777" w:rsidR="00306562" w:rsidRDefault="00306562">
            <w:pPr>
              <w:spacing w:after="0"/>
            </w:pPr>
          </w:p>
        </w:tc>
        <w:tc>
          <w:tcPr>
            <w:tcW w:w="1735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6C7A75E2" w14:textId="77777777" w:rsidR="00306562" w:rsidRDefault="00306562">
            <w:pPr>
              <w:spacing w:after="0"/>
              <w:jc w:val="center"/>
            </w:pPr>
          </w:p>
        </w:tc>
        <w:tc>
          <w:tcPr>
            <w:tcW w:w="1272" w:type="dxa"/>
            <w:tcBorders>
              <w:top w:val="single" w:sz="6" w:space="0" w:color="C1CBD6"/>
              <w:left w:val="single" w:sz="6" w:space="0" w:color="C1CBD6"/>
              <w:bottom w:val="single" w:sz="6" w:space="0" w:color="C1CBD6"/>
              <w:right w:val="single" w:sz="6" w:space="0" w:color="C1CBD6"/>
            </w:tcBorders>
            <w:vAlign w:val="center"/>
          </w:tcPr>
          <w:p w14:paraId="310957F6" w14:textId="77777777" w:rsidR="00306562" w:rsidRDefault="00306562">
            <w:pPr>
              <w:spacing w:after="0"/>
            </w:pPr>
          </w:p>
        </w:tc>
      </w:tr>
    </w:tbl>
    <w:p w14:paraId="2BCD4DB4" w14:textId="77777777" w:rsidR="00306562" w:rsidRDefault="00000000">
      <w:pPr>
        <w:spacing w:before="120" w:after="60"/>
      </w:pPr>
      <w:r>
        <w:rPr>
          <w:b/>
          <w:color w:val="2E69AB"/>
          <w:sz w:val="20"/>
        </w:rPr>
        <w:t>02  CONFIRMATION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32"/>
        <w:gridCol w:w="7876"/>
      </w:tblGrid>
      <w:tr w:rsidR="00306562" w14:paraId="0985B2E8" w14:textId="77777777" w:rsidTr="00071C2E">
        <w:trPr>
          <w:trHeight w:val="694"/>
          <w:jc w:val="center"/>
        </w:trPr>
        <w:tc>
          <w:tcPr>
            <w:tcW w:w="243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7E2ABE24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특이사항 / 추가조치</w:t>
            </w:r>
          </w:p>
        </w:tc>
        <w:tc>
          <w:tcPr>
            <w:tcW w:w="787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48CD5D6B" w14:textId="77777777" w:rsidR="00306562" w:rsidRPr="00EB3E2C" w:rsidRDefault="00306562">
            <w:pPr>
              <w:spacing w:after="0"/>
              <w:rPr>
                <w:sz w:val="18"/>
                <w:szCs w:val="18"/>
              </w:rPr>
            </w:pPr>
          </w:p>
        </w:tc>
      </w:tr>
      <w:tr w:rsidR="00306562" w14:paraId="3F8FD99F" w14:textId="77777777" w:rsidTr="00071C2E">
        <w:trPr>
          <w:trHeight w:val="664"/>
          <w:jc w:val="center"/>
        </w:trPr>
        <w:tc>
          <w:tcPr>
            <w:tcW w:w="243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692D2A5F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작업자 확인</w:t>
            </w:r>
          </w:p>
        </w:tc>
        <w:tc>
          <w:tcPr>
            <w:tcW w:w="787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04BF7248" w14:textId="77777777" w:rsidR="00306562" w:rsidRPr="00EB3E2C" w:rsidRDefault="00000000">
            <w:pPr>
              <w:spacing w:after="0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EB3E2C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  <w:tr w:rsidR="00306562" w14:paraId="1ABABBD9" w14:textId="77777777" w:rsidTr="00071C2E">
        <w:trPr>
          <w:trHeight w:val="694"/>
          <w:jc w:val="center"/>
        </w:trPr>
        <w:tc>
          <w:tcPr>
            <w:tcW w:w="2432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shd w:val="clear" w:color="auto" w:fill="E6F0FA"/>
            <w:vAlign w:val="center"/>
          </w:tcPr>
          <w:p w14:paraId="0C9C7BB6" w14:textId="77777777" w:rsidR="00306562" w:rsidRPr="00EB3E2C" w:rsidRDefault="00000000">
            <w:pPr>
              <w:spacing w:after="0"/>
              <w:jc w:val="center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b/>
                <w:sz w:val="18"/>
                <w:szCs w:val="18"/>
              </w:rPr>
              <w:t>확인자 확인</w:t>
            </w:r>
          </w:p>
        </w:tc>
        <w:tc>
          <w:tcPr>
            <w:tcW w:w="7876" w:type="dxa"/>
            <w:tcBorders>
              <w:top w:val="single" w:sz="6" w:space="0" w:color="AFC2D6"/>
              <w:left w:val="single" w:sz="6" w:space="0" w:color="AFC2D6"/>
              <w:bottom w:val="single" w:sz="6" w:space="0" w:color="AFC2D6"/>
              <w:right w:val="single" w:sz="6" w:space="0" w:color="AFC2D6"/>
            </w:tcBorders>
            <w:vAlign w:val="center"/>
          </w:tcPr>
          <w:p w14:paraId="6A42AB83" w14:textId="77777777" w:rsidR="00306562" w:rsidRPr="00EB3E2C" w:rsidRDefault="00000000">
            <w:pPr>
              <w:spacing w:after="0"/>
              <w:rPr>
                <w:sz w:val="18"/>
                <w:szCs w:val="18"/>
              </w:rPr>
            </w:pPr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성명:                      </w:t>
            </w:r>
            <w:proofErr w:type="gramStart"/>
            <w:r w:rsidRPr="00EB3E2C">
              <w:rPr>
                <w:rFonts w:ascii="맑은 고딕" w:eastAsia="맑은 고딕" w:hAnsi="맑은 고딕"/>
                <w:sz w:val="18"/>
                <w:szCs w:val="18"/>
              </w:rPr>
              <w:t xml:space="preserve">   (</w:t>
            </w:r>
            <w:proofErr w:type="gramEnd"/>
            <w:r w:rsidRPr="00EB3E2C">
              <w:rPr>
                <w:rFonts w:ascii="맑은 고딕" w:eastAsia="맑은 고딕" w:hAnsi="맑은 고딕"/>
                <w:sz w:val="18"/>
                <w:szCs w:val="18"/>
              </w:rPr>
              <w:t>서명)</w:t>
            </w:r>
          </w:p>
        </w:tc>
      </w:tr>
    </w:tbl>
    <w:p w14:paraId="08C545F5" w14:textId="77777777" w:rsidR="00306562" w:rsidRDefault="00000000">
      <w:pPr>
        <w:spacing w:before="180" w:after="40"/>
        <w:jc w:val="center"/>
        <w:rPr>
          <w:lang w:eastAsia="ko-KR"/>
        </w:rPr>
      </w:pPr>
      <w:r>
        <w:rPr>
          <w:b/>
          <w:sz w:val="18"/>
          <w:lang w:eastAsia="ko-KR"/>
        </w:rPr>
        <w:t>위와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같이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작업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내용을</w:t>
      </w:r>
      <w:r>
        <w:rPr>
          <w:b/>
          <w:sz w:val="18"/>
          <w:lang w:eastAsia="ko-KR"/>
        </w:rPr>
        <w:t xml:space="preserve"> </w:t>
      </w:r>
      <w:r>
        <w:rPr>
          <w:b/>
          <w:sz w:val="18"/>
          <w:lang w:eastAsia="ko-KR"/>
        </w:rPr>
        <w:t>확인합니다</w:t>
      </w:r>
      <w:r>
        <w:rPr>
          <w:b/>
          <w:sz w:val="18"/>
          <w:lang w:eastAsia="ko-KR"/>
        </w:rPr>
        <w:t>.</w:t>
      </w:r>
    </w:p>
    <w:p w14:paraId="13197E7B" w14:textId="77777777" w:rsidR="00306562" w:rsidRDefault="00000000">
      <w:pPr>
        <w:jc w:val="center"/>
      </w:pPr>
      <w:r>
        <w:rPr>
          <w:sz w:val="18"/>
        </w:rPr>
        <w:t xml:space="preserve">20      </w:t>
      </w:r>
      <w:r>
        <w:rPr>
          <w:sz w:val="18"/>
        </w:rPr>
        <w:t>년</w:t>
      </w:r>
      <w:r>
        <w:rPr>
          <w:sz w:val="18"/>
        </w:rPr>
        <w:t xml:space="preserve">      </w:t>
      </w:r>
      <w:r>
        <w:rPr>
          <w:sz w:val="18"/>
        </w:rPr>
        <w:t>월</w:t>
      </w:r>
      <w:r>
        <w:rPr>
          <w:sz w:val="18"/>
        </w:rPr>
        <w:t xml:space="preserve">      </w:t>
      </w:r>
      <w:r>
        <w:rPr>
          <w:sz w:val="18"/>
        </w:rPr>
        <w:t>일</w:t>
      </w:r>
    </w:p>
    <w:sectPr w:rsidR="00306562" w:rsidSect="00034616">
      <w:pgSz w:w="11906" w:h="16838"/>
      <w:pgMar w:top="1077" w:right="907" w:bottom="794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1408A" w14:textId="77777777" w:rsidR="003507D4" w:rsidRDefault="003507D4" w:rsidP="00071C2E">
      <w:pPr>
        <w:spacing w:after="0" w:line="240" w:lineRule="auto"/>
      </w:pPr>
      <w:r>
        <w:separator/>
      </w:r>
    </w:p>
  </w:endnote>
  <w:endnote w:type="continuationSeparator" w:id="0">
    <w:p w14:paraId="769330E5" w14:textId="77777777" w:rsidR="003507D4" w:rsidRDefault="003507D4" w:rsidP="00071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81D3D" w14:textId="77777777" w:rsidR="003507D4" w:rsidRDefault="003507D4" w:rsidP="00071C2E">
      <w:pPr>
        <w:spacing w:after="0" w:line="240" w:lineRule="auto"/>
      </w:pPr>
      <w:r>
        <w:separator/>
      </w:r>
    </w:p>
  </w:footnote>
  <w:footnote w:type="continuationSeparator" w:id="0">
    <w:p w14:paraId="3FF32E76" w14:textId="77777777" w:rsidR="003507D4" w:rsidRDefault="003507D4" w:rsidP="00071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6475117">
    <w:abstractNumId w:val="8"/>
  </w:num>
  <w:num w:numId="2" w16cid:durableId="488596022">
    <w:abstractNumId w:val="6"/>
  </w:num>
  <w:num w:numId="3" w16cid:durableId="1993872431">
    <w:abstractNumId w:val="5"/>
  </w:num>
  <w:num w:numId="4" w16cid:durableId="1599362217">
    <w:abstractNumId w:val="4"/>
  </w:num>
  <w:num w:numId="5" w16cid:durableId="1430658015">
    <w:abstractNumId w:val="7"/>
  </w:num>
  <w:num w:numId="6" w16cid:durableId="1476676908">
    <w:abstractNumId w:val="3"/>
  </w:num>
  <w:num w:numId="7" w16cid:durableId="851644559">
    <w:abstractNumId w:val="2"/>
  </w:num>
  <w:num w:numId="8" w16cid:durableId="360131606">
    <w:abstractNumId w:val="1"/>
  </w:num>
  <w:num w:numId="9" w16cid:durableId="111177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C2E"/>
    <w:rsid w:val="0015074B"/>
    <w:rsid w:val="0029639D"/>
    <w:rsid w:val="00306562"/>
    <w:rsid w:val="00326F90"/>
    <w:rsid w:val="003507D4"/>
    <w:rsid w:val="007C0322"/>
    <w:rsid w:val="00A067C2"/>
    <w:rsid w:val="00AA1D8D"/>
    <w:rsid w:val="00B47730"/>
    <w:rsid w:val="00C96F89"/>
    <w:rsid w:val="00CB0664"/>
    <w:rsid w:val="00EB3E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D241E0"/>
  <w14:defaultImageDpi w14:val="300"/>
  <w15:docId w15:val="{5553C7A4-7D1F-48DD-8D45-6F5DEB4D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2026-09-04T02:57:00Z</dcterms:modified>
  <cp:category/>
</cp:coreProperties>
</file>