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9EE97" w14:textId="77777777" w:rsidR="00B607EE" w:rsidRDefault="00000000">
      <w:pPr>
        <w:jc w:val="center"/>
        <w:rPr>
          <w:lang w:eastAsia="ko-KR"/>
        </w:rPr>
      </w:pPr>
      <w:r>
        <w:rPr>
          <w:b/>
          <w:sz w:val="36"/>
          <w:lang w:eastAsia="ko-KR"/>
        </w:rPr>
        <w:t>작</w:t>
      </w:r>
      <w:r>
        <w:rPr>
          <w:b/>
          <w:sz w:val="36"/>
          <w:lang w:eastAsia="ko-KR"/>
        </w:rPr>
        <w:t xml:space="preserve"> </w:t>
      </w:r>
      <w:r>
        <w:rPr>
          <w:b/>
          <w:sz w:val="36"/>
          <w:lang w:eastAsia="ko-KR"/>
        </w:rPr>
        <w:t>업</w:t>
      </w:r>
      <w:r>
        <w:rPr>
          <w:b/>
          <w:sz w:val="36"/>
          <w:lang w:eastAsia="ko-KR"/>
        </w:rPr>
        <w:t xml:space="preserve"> </w:t>
      </w:r>
      <w:r>
        <w:rPr>
          <w:b/>
          <w:sz w:val="36"/>
          <w:lang w:eastAsia="ko-KR"/>
        </w:rPr>
        <w:t>확</w:t>
      </w:r>
      <w:r>
        <w:rPr>
          <w:b/>
          <w:sz w:val="36"/>
          <w:lang w:eastAsia="ko-KR"/>
        </w:rPr>
        <w:t xml:space="preserve"> </w:t>
      </w:r>
      <w:r>
        <w:rPr>
          <w:b/>
          <w:sz w:val="36"/>
          <w:lang w:eastAsia="ko-KR"/>
        </w:rPr>
        <w:t>인</w:t>
      </w:r>
      <w:r>
        <w:rPr>
          <w:b/>
          <w:sz w:val="36"/>
          <w:lang w:eastAsia="ko-KR"/>
        </w:rPr>
        <w:t xml:space="preserve"> </w:t>
      </w:r>
      <w:r>
        <w:rPr>
          <w:b/>
          <w:sz w:val="36"/>
          <w:lang w:eastAsia="ko-KR"/>
        </w:rPr>
        <w:t>서</w:t>
      </w:r>
    </w:p>
    <w:p w14:paraId="6CB2E24E" w14:textId="77777777" w:rsidR="00B607EE" w:rsidRDefault="00000000">
      <w:pPr>
        <w:spacing w:after="140"/>
        <w:jc w:val="center"/>
        <w:rPr>
          <w:lang w:eastAsia="ko-KR"/>
        </w:rPr>
      </w:pPr>
      <w:r>
        <w:rPr>
          <w:color w:val="5A697A"/>
          <w:sz w:val="18"/>
          <w:lang w:eastAsia="ko-KR"/>
        </w:rPr>
        <w:t>수행한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작업의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내용과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완료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여부를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확인</w:t>
      </w:r>
      <w:r>
        <w:rPr>
          <w:color w:val="5A697A"/>
          <w:sz w:val="18"/>
          <w:lang w:eastAsia="ko-KR"/>
        </w:rPr>
        <w:t>·</w:t>
      </w:r>
      <w:r>
        <w:rPr>
          <w:color w:val="5A697A"/>
          <w:sz w:val="18"/>
          <w:lang w:eastAsia="ko-KR"/>
        </w:rPr>
        <w:t>기록하기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위한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업무용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서식</w:t>
      </w:r>
    </w:p>
    <w:tbl>
      <w:tblPr>
        <w:tblW w:w="4992" w:type="pct"/>
        <w:jc w:val="center"/>
        <w:tblLayout w:type="fixed"/>
        <w:tblLook w:val="04A0" w:firstRow="1" w:lastRow="0" w:firstColumn="1" w:lastColumn="0" w:noHBand="0" w:noVBand="1"/>
      </w:tblPr>
      <w:tblGrid>
        <w:gridCol w:w="1793"/>
        <w:gridCol w:w="3552"/>
        <w:gridCol w:w="1559"/>
        <w:gridCol w:w="3388"/>
      </w:tblGrid>
      <w:tr w:rsidR="00B607EE" w14:paraId="6CA9F42A" w14:textId="77777777" w:rsidTr="0030795D">
        <w:trPr>
          <w:trHeight w:val="586"/>
          <w:jc w:val="center"/>
        </w:trPr>
        <w:tc>
          <w:tcPr>
            <w:tcW w:w="1793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25A0C72B" w14:textId="77777777" w:rsidR="00B607EE" w:rsidRPr="008A5E86" w:rsidRDefault="00000000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8A5E86">
              <w:rPr>
                <w:rFonts w:ascii="맑은 고딕" w:eastAsia="맑은 고딕" w:hAnsi="맑은 고딕"/>
                <w:b/>
                <w:sz w:val="18"/>
                <w:szCs w:val="18"/>
              </w:rPr>
              <w:t>작업명</w:t>
            </w:r>
            <w:proofErr w:type="spellEnd"/>
          </w:p>
        </w:tc>
        <w:tc>
          <w:tcPr>
            <w:tcW w:w="3552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240587C7" w14:textId="77777777" w:rsidR="00B607EE" w:rsidRDefault="00B607EE">
            <w:pPr>
              <w:spacing w:after="0"/>
            </w:pPr>
          </w:p>
        </w:tc>
        <w:tc>
          <w:tcPr>
            <w:tcW w:w="1559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033697E4" w14:textId="77777777" w:rsidR="00B607EE" w:rsidRPr="008A5E86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8A5E86">
              <w:rPr>
                <w:rFonts w:ascii="맑은 고딕" w:eastAsia="맑은 고딕" w:hAnsi="맑은 고딕"/>
                <w:b/>
                <w:sz w:val="18"/>
                <w:szCs w:val="18"/>
              </w:rPr>
              <w:t>작업일자</w:t>
            </w:r>
          </w:p>
        </w:tc>
        <w:tc>
          <w:tcPr>
            <w:tcW w:w="3388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606DBAF3" w14:textId="77777777" w:rsidR="00B607EE" w:rsidRPr="008A5E86" w:rsidRDefault="00000000">
            <w:pPr>
              <w:spacing w:after="0"/>
              <w:rPr>
                <w:sz w:val="18"/>
                <w:szCs w:val="18"/>
              </w:rPr>
            </w:pPr>
            <w:r w:rsidRPr="008A5E86">
              <w:rPr>
                <w:rFonts w:ascii="맑은 고딕" w:eastAsia="맑은 고딕" w:hAnsi="맑은 고딕"/>
                <w:sz w:val="18"/>
                <w:szCs w:val="18"/>
              </w:rPr>
              <w:t>20    년    월    일</w:t>
            </w:r>
          </w:p>
        </w:tc>
      </w:tr>
      <w:tr w:rsidR="00B607EE" w14:paraId="37E2EB06" w14:textId="77777777" w:rsidTr="0030795D">
        <w:trPr>
          <w:trHeight w:val="561"/>
          <w:jc w:val="center"/>
        </w:trPr>
        <w:tc>
          <w:tcPr>
            <w:tcW w:w="1793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4F08D1B7" w14:textId="77777777" w:rsidR="00B607EE" w:rsidRPr="008A5E86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8A5E86">
              <w:rPr>
                <w:rFonts w:ascii="맑은 고딕" w:eastAsia="맑은 고딕" w:hAnsi="맑은 고딕"/>
                <w:b/>
                <w:sz w:val="18"/>
                <w:szCs w:val="18"/>
              </w:rPr>
              <w:t>작업장소</w:t>
            </w:r>
          </w:p>
        </w:tc>
        <w:tc>
          <w:tcPr>
            <w:tcW w:w="3552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20622709" w14:textId="77777777" w:rsidR="00B607EE" w:rsidRDefault="00B607EE">
            <w:pPr>
              <w:spacing w:after="0"/>
            </w:pPr>
          </w:p>
        </w:tc>
        <w:tc>
          <w:tcPr>
            <w:tcW w:w="1559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708037AB" w14:textId="77777777" w:rsidR="00B607EE" w:rsidRPr="008A5E86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8A5E86">
              <w:rPr>
                <w:rFonts w:ascii="맑은 고딕" w:eastAsia="맑은 고딕" w:hAnsi="맑은 고딕"/>
                <w:b/>
                <w:sz w:val="18"/>
                <w:szCs w:val="18"/>
              </w:rPr>
              <w:t>담당자</w:t>
            </w:r>
          </w:p>
        </w:tc>
        <w:tc>
          <w:tcPr>
            <w:tcW w:w="3388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01E48C31" w14:textId="77777777" w:rsidR="00B607EE" w:rsidRPr="008A5E86" w:rsidRDefault="00B607EE">
            <w:pPr>
              <w:spacing w:after="0"/>
              <w:rPr>
                <w:sz w:val="18"/>
                <w:szCs w:val="18"/>
              </w:rPr>
            </w:pPr>
          </w:p>
        </w:tc>
      </w:tr>
      <w:tr w:rsidR="00B607EE" w14:paraId="0E03754F" w14:textId="77777777" w:rsidTr="0030795D">
        <w:trPr>
          <w:trHeight w:val="586"/>
          <w:jc w:val="center"/>
        </w:trPr>
        <w:tc>
          <w:tcPr>
            <w:tcW w:w="1793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175F1A01" w14:textId="77777777" w:rsidR="00B607EE" w:rsidRPr="008A5E86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8A5E86">
              <w:rPr>
                <w:rFonts w:ascii="맑은 고딕" w:eastAsia="맑은 고딕" w:hAnsi="맑은 고딕"/>
                <w:b/>
                <w:sz w:val="18"/>
                <w:szCs w:val="18"/>
              </w:rPr>
              <w:t>의뢰부서 / 업체</w:t>
            </w:r>
          </w:p>
        </w:tc>
        <w:tc>
          <w:tcPr>
            <w:tcW w:w="3552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36755428" w14:textId="77777777" w:rsidR="00B607EE" w:rsidRDefault="00B607EE">
            <w:pPr>
              <w:spacing w:after="0"/>
            </w:pPr>
          </w:p>
        </w:tc>
        <w:tc>
          <w:tcPr>
            <w:tcW w:w="1559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4E2A5A6C" w14:textId="77777777" w:rsidR="00B607EE" w:rsidRPr="008A5E86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8A5E86">
              <w:rPr>
                <w:rFonts w:ascii="맑은 고딕" w:eastAsia="맑은 고딕" w:hAnsi="맑은 고딕"/>
                <w:b/>
                <w:sz w:val="18"/>
                <w:szCs w:val="18"/>
              </w:rPr>
              <w:t>연락처</w:t>
            </w:r>
          </w:p>
        </w:tc>
        <w:tc>
          <w:tcPr>
            <w:tcW w:w="3388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49DBBD8C" w14:textId="77777777" w:rsidR="00B607EE" w:rsidRPr="008A5E86" w:rsidRDefault="00B607EE">
            <w:pPr>
              <w:spacing w:after="0"/>
              <w:rPr>
                <w:sz w:val="18"/>
                <w:szCs w:val="18"/>
              </w:rPr>
            </w:pPr>
          </w:p>
        </w:tc>
      </w:tr>
      <w:tr w:rsidR="00B607EE" w14:paraId="1CD38233" w14:textId="77777777" w:rsidTr="0030795D">
        <w:trPr>
          <w:trHeight w:val="611"/>
          <w:jc w:val="center"/>
        </w:trPr>
        <w:tc>
          <w:tcPr>
            <w:tcW w:w="1793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35B81C2F" w14:textId="77777777" w:rsidR="00B607EE" w:rsidRPr="008A5E86" w:rsidRDefault="00000000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8A5E86">
              <w:rPr>
                <w:rFonts w:ascii="맑은 고딕" w:eastAsia="맑은 고딕" w:hAnsi="맑은 고딕"/>
                <w:b/>
                <w:sz w:val="18"/>
                <w:szCs w:val="18"/>
              </w:rPr>
              <w:t>작업시간</w:t>
            </w:r>
            <w:proofErr w:type="spellEnd"/>
          </w:p>
        </w:tc>
        <w:tc>
          <w:tcPr>
            <w:tcW w:w="3552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731E11A9" w14:textId="0FFCE472" w:rsidR="00B607EE" w:rsidRDefault="00000000" w:rsidP="0030795D">
            <w:pPr>
              <w:spacing w:after="0"/>
              <w:ind w:firstLineChars="200" w:firstLine="340"/>
            </w:pPr>
            <w:r>
              <w:rPr>
                <w:rFonts w:ascii="맑은 고딕" w:eastAsia="맑은 고딕" w:hAnsi="맑은 고딕"/>
                <w:sz w:val="17"/>
              </w:rPr>
              <w:t xml:space="preserve">:  </w:t>
            </w:r>
            <w:r w:rsidR="0030795D">
              <w:rPr>
                <w:rFonts w:ascii="맑은 고딕" w:eastAsia="맑은 고딕" w:hAnsi="맑은 고딕" w:hint="eastAsia"/>
                <w:sz w:val="17"/>
                <w:lang w:eastAsia="ko-KR"/>
              </w:rPr>
              <w:t xml:space="preserve">  </w:t>
            </w:r>
            <w:r>
              <w:rPr>
                <w:rFonts w:ascii="맑은 고딕" w:eastAsia="맑은 고딕" w:hAnsi="맑은 고딕"/>
                <w:sz w:val="17"/>
              </w:rPr>
              <w:t xml:space="preserve">    ~  </w:t>
            </w:r>
            <w:r w:rsidR="0030795D">
              <w:rPr>
                <w:rFonts w:ascii="맑은 고딕" w:eastAsia="맑은 고딕" w:hAnsi="맑은 고딕" w:hint="eastAsia"/>
                <w:sz w:val="17"/>
                <w:lang w:eastAsia="ko-KR"/>
              </w:rPr>
              <w:t xml:space="preserve">  </w:t>
            </w:r>
            <w:r>
              <w:rPr>
                <w:rFonts w:ascii="맑은 고딕" w:eastAsia="맑은 고딕" w:hAnsi="맑은 고딕"/>
                <w:sz w:val="17"/>
              </w:rPr>
              <w:t xml:space="preserve">    :  </w:t>
            </w:r>
            <w:r w:rsidR="0030795D">
              <w:rPr>
                <w:rFonts w:ascii="맑은 고딕" w:eastAsia="맑은 고딕" w:hAnsi="맑은 고딕" w:hint="eastAsia"/>
                <w:sz w:val="17"/>
                <w:lang w:eastAsia="ko-KR"/>
              </w:rPr>
              <w:t xml:space="preserve"> </w:t>
            </w:r>
            <w:r>
              <w:rPr>
                <w:rFonts w:ascii="맑은 고딕" w:eastAsia="맑은 고딕" w:hAnsi="맑은 고딕"/>
                <w:sz w:val="17"/>
              </w:rPr>
              <w:t xml:space="preserve">    </w:t>
            </w:r>
          </w:p>
        </w:tc>
        <w:tc>
          <w:tcPr>
            <w:tcW w:w="1559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63987162" w14:textId="77777777" w:rsidR="00B607EE" w:rsidRPr="008A5E86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8A5E86">
              <w:rPr>
                <w:rFonts w:ascii="맑은 고딕" w:eastAsia="맑은 고딕" w:hAnsi="맑은 고딕"/>
                <w:b/>
                <w:sz w:val="18"/>
                <w:szCs w:val="18"/>
              </w:rPr>
              <w:t>작업상태</w:t>
            </w:r>
          </w:p>
        </w:tc>
        <w:tc>
          <w:tcPr>
            <w:tcW w:w="3388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6A42B981" w14:textId="686FB295" w:rsidR="00B607EE" w:rsidRPr="008A5E86" w:rsidRDefault="00000000">
            <w:pPr>
              <w:spacing w:after="0"/>
              <w:rPr>
                <w:rFonts w:ascii="맑은 고딕" w:eastAsia="맑은 고딕" w:hAnsi="맑은 고딕"/>
                <w:sz w:val="18"/>
                <w:szCs w:val="18"/>
                <w:lang w:eastAsia="ko-KR"/>
              </w:rPr>
            </w:pPr>
            <w:r w:rsidRPr="008A5E86">
              <w:rPr>
                <w:rFonts w:ascii="맑은 고딕" w:eastAsia="맑은 고딕" w:hAnsi="맑은 고딕"/>
                <w:sz w:val="18"/>
                <w:szCs w:val="18"/>
                <w:lang w:eastAsia="ko-KR"/>
              </w:rPr>
              <w:t>□ 완료   □ 일부완료   □ 미완료</w:t>
            </w:r>
          </w:p>
        </w:tc>
      </w:tr>
    </w:tbl>
    <w:p w14:paraId="7936AD6C" w14:textId="77777777" w:rsidR="00B607EE" w:rsidRDefault="00000000">
      <w:pPr>
        <w:spacing w:before="120" w:after="60"/>
      </w:pPr>
      <w:proofErr w:type="spellStart"/>
      <w:r>
        <w:rPr>
          <w:b/>
          <w:sz w:val="20"/>
        </w:rPr>
        <w:t>작업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내용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52"/>
        <w:gridCol w:w="2259"/>
        <w:gridCol w:w="4285"/>
        <w:gridCol w:w="1738"/>
        <w:gridCol w:w="1274"/>
      </w:tblGrid>
      <w:tr w:rsidR="00B607EE" w:rsidRPr="008A5E86" w14:paraId="76FAB2BE" w14:textId="77777777" w:rsidTr="0030795D">
        <w:trPr>
          <w:trHeight w:val="708"/>
          <w:jc w:val="center"/>
        </w:trPr>
        <w:tc>
          <w:tcPr>
            <w:tcW w:w="752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41A812B4" w14:textId="77777777" w:rsidR="00B607EE" w:rsidRPr="008A5E86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8A5E86">
              <w:rPr>
                <w:rFonts w:ascii="맑은 고딕" w:eastAsia="맑은 고딕" w:hAnsi="맑은 고딕"/>
                <w:b/>
                <w:sz w:val="18"/>
                <w:szCs w:val="18"/>
              </w:rPr>
              <w:t>No.</w:t>
            </w:r>
          </w:p>
        </w:tc>
        <w:tc>
          <w:tcPr>
            <w:tcW w:w="2259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67E250A4" w14:textId="77777777" w:rsidR="00B607EE" w:rsidRPr="008A5E86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8A5E86">
              <w:rPr>
                <w:rFonts w:ascii="맑은 고딕" w:eastAsia="맑은 고딕" w:hAnsi="맑은 고딕"/>
                <w:b/>
                <w:sz w:val="18"/>
                <w:szCs w:val="18"/>
              </w:rPr>
              <w:t>작업 항목</w:t>
            </w:r>
          </w:p>
        </w:tc>
        <w:tc>
          <w:tcPr>
            <w:tcW w:w="4285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703C87D4" w14:textId="77777777" w:rsidR="00B607EE" w:rsidRPr="008A5E86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8A5E86">
              <w:rPr>
                <w:rFonts w:ascii="맑은 고딕" w:eastAsia="맑은 고딕" w:hAnsi="맑은 고딕"/>
                <w:b/>
                <w:sz w:val="18"/>
                <w:szCs w:val="18"/>
              </w:rPr>
              <w:t>세부 작업 내용</w:t>
            </w:r>
          </w:p>
        </w:tc>
        <w:tc>
          <w:tcPr>
            <w:tcW w:w="1738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5D33D191" w14:textId="77777777" w:rsidR="00B607EE" w:rsidRPr="008A5E86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8A5E86">
              <w:rPr>
                <w:rFonts w:ascii="맑은 고딕" w:eastAsia="맑은 고딕" w:hAnsi="맑은 고딕"/>
                <w:b/>
                <w:sz w:val="18"/>
                <w:szCs w:val="18"/>
              </w:rPr>
              <w:t>처리 결과</w:t>
            </w:r>
          </w:p>
        </w:tc>
        <w:tc>
          <w:tcPr>
            <w:tcW w:w="1274" w:type="dxa"/>
            <w:tcBorders>
              <w:top w:val="single" w:sz="7" w:space="0" w:color="9EA7B0"/>
              <w:left w:val="single" w:sz="7" w:space="0" w:color="9EA7B0"/>
              <w:bottom w:val="single" w:sz="7" w:space="0" w:color="9EA7B0"/>
              <w:right w:val="single" w:sz="7" w:space="0" w:color="9EA7B0"/>
            </w:tcBorders>
            <w:shd w:val="clear" w:color="auto" w:fill="E5E8EB"/>
            <w:vAlign w:val="center"/>
          </w:tcPr>
          <w:p w14:paraId="27FB83C4" w14:textId="77777777" w:rsidR="00B607EE" w:rsidRPr="008A5E86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8A5E86">
              <w:rPr>
                <w:rFonts w:ascii="맑은 고딕" w:eastAsia="맑은 고딕" w:hAnsi="맑은 고딕"/>
                <w:b/>
                <w:sz w:val="18"/>
                <w:szCs w:val="18"/>
              </w:rPr>
              <w:t>비고</w:t>
            </w:r>
          </w:p>
        </w:tc>
      </w:tr>
      <w:tr w:rsidR="00B607EE" w14:paraId="538D7814" w14:textId="77777777" w:rsidTr="0030795D">
        <w:trPr>
          <w:trHeight w:val="615"/>
          <w:jc w:val="center"/>
        </w:trPr>
        <w:tc>
          <w:tcPr>
            <w:tcW w:w="75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AA81A3D" w14:textId="77777777" w:rsidR="00B607EE" w:rsidRDefault="00B607EE">
            <w:pPr>
              <w:spacing w:after="0"/>
              <w:jc w:val="center"/>
            </w:pPr>
          </w:p>
        </w:tc>
        <w:tc>
          <w:tcPr>
            <w:tcW w:w="22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E034955" w14:textId="77777777" w:rsidR="00B607EE" w:rsidRDefault="00B607EE">
            <w:pPr>
              <w:spacing w:after="0"/>
            </w:pPr>
          </w:p>
        </w:tc>
        <w:tc>
          <w:tcPr>
            <w:tcW w:w="42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F214468" w14:textId="77777777" w:rsidR="00B607EE" w:rsidRDefault="00B607EE">
            <w:pPr>
              <w:spacing w:after="0"/>
            </w:pPr>
          </w:p>
        </w:tc>
        <w:tc>
          <w:tcPr>
            <w:tcW w:w="173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A4A0D72" w14:textId="77777777" w:rsidR="00B607EE" w:rsidRDefault="00B607EE">
            <w:pPr>
              <w:spacing w:after="0"/>
              <w:jc w:val="center"/>
            </w:pPr>
          </w:p>
        </w:tc>
        <w:tc>
          <w:tcPr>
            <w:tcW w:w="127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5F282B7" w14:textId="77777777" w:rsidR="00B607EE" w:rsidRDefault="00B607EE">
            <w:pPr>
              <w:spacing w:after="0"/>
            </w:pPr>
          </w:p>
        </w:tc>
      </w:tr>
      <w:tr w:rsidR="00B607EE" w14:paraId="6FE2EF77" w14:textId="77777777" w:rsidTr="0030795D">
        <w:trPr>
          <w:trHeight w:val="584"/>
          <w:jc w:val="center"/>
        </w:trPr>
        <w:tc>
          <w:tcPr>
            <w:tcW w:w="75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54469AF" w14:textId="77777777" w:rsidR="00B607EE" w:rsidRDefault="00B607EE">
            <w:pPr>
              <w:spacing w:after="0"/>
              <w:jc w:val="center"/>
            </w:pPr>
          </w:p>
        </w:tc>
        <w:tc>
          <w:tcPr>
            <w:tcW w:w="22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C975748" w14:textId="77777777" w:rsidR="00B607EE" w:rsidRDefault="00B607EE">
            <w:pPr>
              <w:spacing w:after="0"/>
            </w:pPr>
          </w:p>
        </w:tc>
        <w:tc>
          <w:tcPr>
            <w:tcW w:w="42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4FC56F9" w14:textId="77777777" w:rsidR="00B607EE" w:rsidRDefault="00B607EE">
            <w:pPr>
              <w:spacing w:after="0"/>
            </w:pPr>
          </w:p>
        </w:tc>
        <w:tc>
          <w:tcPr>
            <w:tcW w:w="173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FA164EC" w14:textId="77777777" w:rsidR="00B607EE" w:rsidRDefault="00B607EE">
            <w:pPr>
              <w:spacing w:after="0"/>
              <w:jc w:val="center"/>
            </w:pPr>
          </w:p>
        </w:tc>
        <w:tc>
          <w:tcPr>
            <w:tcW w:w="127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DA9A319" w14:textId="77777777" w:rsidR="00B607EE" w:rsidRDefault="00B607EE">
            <w:pPr>
              <w:spacing w:after="0"/>
            </w:pPr>
          </w:p>
        </w:tc>
      </w:tr>
      <w:tr w:rsidR="00B607EE" w14:paraId="6A923EE3" w14:textId="77777777" w:rsidTr="0030795D">
        <w:trPr>
          <w:trHeight w:val="615"/>
          <w:jc w:val="center"/>
        </w:trPr>
        <w:tc>
          <w:tcPr>
            <w:tcW w:w="75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0098BF5" w14:textId="77777777" w:rsidR="00B607EE" w:rsidRDefault="00B607EE">
            <w:pPr>
              <w:spacing w:after="0"/>
              <w:jc w:val="center"/>
            </w:pPr>
          </w:p>
        </w:tc>
        <w:tc>
          <w:tcPr>
            <w:tcW w:w="22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94B2D37" w14:textId="77777777" w:rsidR="00B607EE" w:rsidRDefault="00B607EE">
            <w:pPr>
              <w:spacing w:after="0"/>
            </w:pPr>
          </w:p>
        </w:tc>
        <w:tc>
          <w:tcPr>
            <w:tcW w:w="42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4127086" w14:textId="77777777" w:rsidR="00B607EE" w:rsidRDefault="00B607EE">
            <w:pPr>
              <w:spacing w:after="0"/>
            </w:pPr>
          </w:p>
        </w:tc>
        <w:tc>
          <w:tcPr>
            <w:tcW w:w="173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2737A7B" w14:textId="77777777" w:rsidR="00B607EE" w:rsidRDefault="00B607EE">
            <w:pPr>
              <w:spacing w:after="0"/>
              <w:jc w:val="center"/>
            </w:pPr>
          </w:p>
        </w:tc>
        <w:tc>
          <w:tcPr>
            <w:tcW w:w="127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32E8432" w14:textId="77777777" w:rsidR="00B607EE" w:rsidRDefault="00B607EE">
            <w:pPr>
              <w:spacing w:after="0"/>
            </w:pPr>
          </w:p>
        </w:tc>
      </w:tr>
      <w:tr w:rsidR="00B607EE" w14:paraId="1732E951" w14:textId="77777777" w:rsidTr="0030795D">
        <w:trPr>
          <w:trHeight w:val="615"/>
          <w:jc w:val="center"/>
        </w:trPr>
        <w:tc>
          <w:tcPr>
            <w:tcW w:w="75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7838AAC" w14:textId="77777777" w:rsidR="00B607EE" w:rsidRDefault="00B607EE">
            <w:pPr>
              <w:spacing w:after="0"/>
              <w:jc w:val="center"/>
            </w:pPr>
          </w:p>
        </w:tc>
        <w:tc>
          <w:tcPr>
            <w:tcW w:w="22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C6B93CB" w14:textId="77777777" w:rsidR="00B607EE" w:rsidRDefault="00B607EE">
            <w:pPr>
              <w:spacing w:after="0"/>
            </w:pPr>
          </w:p>
        </w:tc>
        <w:tc>
          <w:tcPr>
            <w:tcW w:w="42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611AC23" w14:textId="77777777" w:rsidR="00B607EE" w:rsidRDefault="00B607EE">
            <w:pPr>
              <w:spacing w:after="0"/>
            </w:pPr>
          </w:p>
        </w:tc>
        <w:tc>
          <w:tcPr>
            <w:tcW w:w="173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F0588F1" w14:textId="77777777" w:rsidR="00B607EE" w:rsidRDefault="00B607EE">
            <w:pPr>
              <w:spacing w:after="0"/>
              <w:jc w:val="center"/>
            </w:pPr>
          </w:p>
        </w:tc>
        <w:tc>
          <w:tcPr>
            <w:tcW w:w="127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263514D" w14:textId="77777777" w:rsidR="00B607EE" w:rsidRDefault="00B607EE">
            <w:pPr>
              <w:spacing w:after="0"/>
            </w:pPr>
          </w:p>
        </w:tc>
      </w:tr>
      <w:tr w:rsidR="00B607EE" w14:paraId="2D03DF24" w14:textId="77777777" w:rsidTr="0030795D">
        <w:trPr>
          <w:trHeight w:val="615"/>
          <w:jc w:val="center"/>
        </w:trPr>
        <w:tc>
          <w:tcPr>
            <w:tcW w:w="75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72D82F3" w14:textId="77777777" w:rsidR="00B607EE" w:rsidRDefault="00B607EE">
            <w:pPr>
              <w:spacing w:after="0"/>
              <w:jc w:val="center"/>
            </w:pPr>
          </w:p>
        </w:tc>
        <w:tc>
          <w:tcPr>
            <w:tcW w:w="22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805526F" w14:textId="77777777" w:rsidR="00B607EE" w:rsidRDefault="00B607EE">
            <w:pPr>
              <w:spacing w:after="0"/>
            </w:pPr>
          </w:p>
        </w:tc>
        <w:tc>
          <w:tcPr>
            <w:tcW w:w="42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F3841F8" w14:textId="77777777" w:rsidR="00B607EE" w:rsidRDefault="00B607EE">
            <w:pPr>
              <w:spacing w:after="0"/>
            </w:pPr>
          </w:p>
        </w:tc>
        <w:tc>
          <w:tcPr>
            <w:tcW w:w="173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C47922B" w14:textId="77777777" w:rsidR="00B607EE" w:rsidRDefault="00B607EE">
            <w:pPr>
              <w:spacing w:after="0"/>
              <w:jc w:val="center"/>
            </w:pPr>
          </w:p>
        </w:tc>
        <w:tc>
          <w:tcPr>
            <w:tcW w:w="127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0BF7BF9" w14:textId="77777777" w:rsidR="00B607EE" w:rsidRDefault="00B607EE">
            <w:pPr>
              <w:spacing w:after="0"/>
            </w:pPr>
          </w:p>
        </w:tc>
      </w:tr>
      <w:tr w:rsidR="00B607EE" w14:paraId="268F8CB8" w14:textId="77777777" w:rsidTr="0030795D">
        <w:trPr>
          <w:trHeight w:val="584"/>
          <w:jc w:val="center"/>
        </w:trPr>
        <w:tc>
          <w:tcPr>
            <w:tcW w:w="75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8944033" w14:textId="77777777" w:rsidR="00B607EE" w:rsidRDefault="00B607EE">
            <w:pPr>
              <w:spacing w:after="0"/>
              <w:jc w:val="center"/>
            </w:pPr>
          </w:p>
        </w:tc>
        <w:tc>
          <w:tcPr>
            <w:tcW w:w="225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A6F8905" w14:textId="77777777" w:rsidR="00B607EE" w:rsidRDefault="00B607EE">
            <w:pPr>
              <w:spacing w:after="0"/>
            </w:pPr>
          </w:p>
        </w:tc>
        <w:tc>
          <w:tcPr>
            <w:tcW w:w="428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3E849E6" w14:textId="77777777" w:rsidR="00B607EE" w:rsidRDefault="00B607EE">
            <w:pPr>
              <w:spacing w:after="0"/>
            </w:pPr>
          </w:p>
        </w:tc>
        <w:tc>
          <w:tcPr>
            <w:tcW w:w="173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167E886" w14:textId="77777777" w:rsidR="00B607EE" w:rsidRDefault="00B607EE">
            <w:pPr>
              <w:spacing w:after="0"/>
              <w:jc w:val="center"/>
            </w:pPr>
          </w:p>
        </w:tc>
        <w:tc>
          <w:tcPr>
            <w:tcW w:w="127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A505310" w14:textId="77777777" w:rsidR="00B607EE" w:rsidRDefault="00B607EE">
            <w:pPr>
              <w:spacing w:after="0"/>
            </w:pPr>
          </w:p>
        </w:tc>
      </w:tr>
    </w:tbl>
    <w:p w14:paraId="6C1624A4" w14:textId="77777777" w:rsidR="00B607EE" w:rsidRDefault="00000000">
      <w:pPr>
        <w:spacing w:before="120" w:after="60"/>
      </w:pPr>
      <w:r>
        <w:rPr>
          <w:b/>
          <w:sz w:val="20"/>
        </w:rPr>
        <w:t>확인</w:t>
      </w:r>
      <w:r>
        <w:rPr>
          <w:b/>
          <w:sz w:val="20"/>
        </w:rPr>
        <w:t xml:space="preserve"> </w:t>
      </w:r>
      <w:r>
        <w:rPr>
          <w:b/>
          <w:sz w:val="20"/>
        </w:rPr>
        <w:t>사항</w:t>
      </w:r>
    </w:p>
    <w:tbl>
      <w:tblPr>
        <w:tblW w:w="4999" w:type="pct"/>
        <w:jc w:val="center"/>
        <w:tblLayout w:type="fixed"/>
        <w:tblLook w:val="04A0" w:firstRow="1" w:lastRow="0" w:firstColumn="1" w:lastColumn="0" w:noHBand="0" w:noVBand="1"/>
      </w:tblPr>
      <w:tblGrid>
        <w:gridCol w:w="2431"/>
        <w:gridCol w:w="7875"/>
      </w:tblGrid>
      <w:tr w:rsidR="00B607EE" w14:paraId="45428D5C" w14:textId="77777777" w:rsidTr="0030795D">
        <w:trPr>
          <w:trHeight w:val="716"/>
          <w:jc w:val="center"/>
        </w:trPr>
        <w:tc>
          <w:tcPr>
            <w:tcW w:w="2431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28889174" w14:textId="77777777" w:rsidR="00B607EE" w:rsidRPr="008A5E86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8A5E86">
              <w:rPr>
                <w:rFonts w:ascii="맑은 고딕" w:eastAsia="맑은 고딕" w:hAnsi="맑은 고딕"/>
                <w:b/>
                <w:sz w:val="18"/>
                <w:szCs w:val="18"/>
              </w:rPr>
              <w:t>특이사항 / 추가조치</w:t>
            </w:r>
          </w:p>
        </w:tc>
        <w:tc>
          <w:tcPr>
            <w:tcW w:w="7875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1A40DBF2" w14:textId="77777777" w:rsidR="00B607EE" w:rsidRPr="008A5E86" w:rsidRDefault="00B607EE">
            <w:pPr>
              <w:spacing w:after="0"/>
              <w:rPr>
                <w:sz w:val="18"/>
                <w:szCs w:val="18"/>
              </w:rPr>
            </w:pPr>
          </w:p>
        </w:tc>
      </w:tr>
      <w:tr w:rsidR="00B607EE" w14:paraId="509D1E69" w14:textId="77777777" w:rsidTr="0030795D">
        <w:trPr>
          <w:trHeight w:val="685"/>
          <w:jc w:val="center"/>
        </w:trPr>
        <w:tc>
          <w:tcPr>
            <w:tcW w:w="2431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2535CFFA" w14:textId="77777777" w:rsidR="00B607EE" w:rsidRPr="008A5E86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8A5E86">
              <w:rPr>
                <w:rFonts w:ascii="맑은 고딕" w:eastAsia="맑은 고딕" w:hAnsi="맑은 고딕"/>
                <w:b/>
                <w:sz w:val="18"/>
                <w:szCs w:val="18"/>
              </w:rPr>
              <w:t>작업자 확인</w:t>
            </w:r>
          </w:p>
        </w:tc>
        <w:tc>
          <w:tcPr>
            <w:tcW w:w="7875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1C785D39" w14:textId="77777777" w:rsidR="00B607EE" w:rsidRPr="008A5E86" w:rsidRDefault="00000000">
            <w:pPr>
              <w:spacing w:after="0"/>
              <w:rPr>
                <w:sz w:val="18"/>
                <w:szCs w:val="18"/>
              </w:rPr>
            </w:pPr>
            <w:r w:rsidRPr="008A5E86">
              <w:rPr>
                <w:rFonts w:ascii="맑은 고딕" w:eastAsia="맑은 고딕" w:hAnsi="맑은 고딕"/>
                <w:sz w:val="18"/>
                <w:szCs w:val="18"/>
              </w:rPr>
              <w:t xml:space="preserve">성명:                      </w:t>
            </w:r>
            <w:proofErr w:type="gramStart"/>
            <w:r w:rsidRPr="008A5E86">
              <w:rPr>
                <w:rFonts w:ascii="맑은 고딕" w:eastAsia="맑은 고딕" w:hAnsi="맑은 고딕"/>
                <w:sz w:val="18"/>
                <w:szCs w:val="18"/>
              </w:rPr>
              <w:t xml:space="preserve">   (</w:t>
            </w:r>
            <w:proofErr w:type="gramEnd"/>
            <w:r w:rsidRPr="008A5E86">
              <w:rPr>
                <w:rFonts w:ascii="맑은 고딕" w:eastAsia="맑은 고딕" w:hAnsi="맑은 고딕"/>
                <w:sz w:val="18"/>
                <w:szCs w:val="18"/>
              </w:rPr>
              <w:t>서명)</w:t>
            </w:r>
          </w:p>
        </w:tc>
      </w:tr>
      <w:tr w:rsidR="00B607EE" w14:paraId="35013660" w14:textId="77777777" w:rsidTr="0030795D">
        <w:trPr>
          <w:trHeight w:val="716"/>
          <w:jc w:val="center"/>
        </w:trPr>
        <w:tc>
          <w:tcPr>
            <w:tcW w:w="2431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shd w:val="clear" w:color="auto" w:fill="ECEFF2"/>
            <w:vAlign w:val="center"/>
          </w:tcPr>
          <w:p w14:paraId="36A47FA8" w14:textId="77777777" w:rsidR="00B607EE" w:rsidRPr="008A5E86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8A5E86">
              <w:rPr>
                <w:rFonts w:ascii="맑은 고딕" w:eastAsia="맑은 고딕" w:hAnsi="맑은 고딕"/>
                <w:b/>
                <w:sz w:val="18"/>
                <w:szCs w:val="18"/>
              </w:rPr>
              <w:t>확인자 확인</w:t>
            </w:r>
          </w:p>
        </w:tc>
        <w:tc>
          <w:tcPr>
            <w:tcW w:w="7875" w:type="dxa"/>
            <w:tcBorders>
              <w:top w:val="single" w:sz="6" w:space="0" w:color="AEB7C2"/>
              <w:left w:val="single" w:sz="6" w:space="0" w:color="AEB7C2"/>
              <w:bottom w:val="single" w:sz="6" w:space="0" w:color="AEB7C2"/>
              <w:right w:val="single" w:sz="6" w:space="0" w:color="AEB7C2"/>
            </w:tcBorders>
            <w:vAlign w:val="center"/>
          </w:tcPr>
          <w:p w14:paraId="5FC21DE1" w14:textId="77777777" w:rsidR="00B607EE" w:rsidRPr="008A5E86" w:rsidRDefault="00000000">
            <w:pPr>
              <w:spacing w:after="0"/>
              <w:rPr>
                <w:sz w:val="18"/>
                <w:szCs w:val="18"/>
              </w:rPr>
            </w:pPr>
            <w:r w:rsidRPr="008A5E86">
              <w:rPr>
                <w:rFonts w:ascii="맑은 고딕" w:eastAsia="맑은 고딕" w:hAnsi="맑은 고딕"/>
                <w:sz w:val="18"/>
                <w:szCs w:val="18"/>
              </w:rPr>
              <w:t xml:space="preserve">성명:                      </w:t>
            </w:r>
            <w:proofErr w:type="gramStart"/>
            <w:r w:rsidRPr="008A5E86">
              <w:rPr>
                <w:rFonts w:ascii="맑은 고딕" w:eastAsia="맑은 고딕" w:hAnsi="맑은 고딕"/>
                <w:sz w:val="18"/>
                <w:szCs w:val="18"/>
              </w:rPr>
              <w:t xml:space="preserve">   (</w:t>
            </w:r>
            <w:proofErr w:type="gramEnd"/>
            <w:r w:rsidRPr="008A5E86">
              <w:rPr>
                <w:rFonts w:ascii="맑은 고딕" w:eastAsia="맑은 고딕" w:hAnsi="맑은 고딕"/>
                <w:sz w:val="18"/>
                <w:szCs w:val="18"/>
              </w:rPr>
              <w:t>서명)</w:t>
            </w:r>
          </w:p>
        </w:tc>
      </w:tr>
    </w:tbl>
    <w:p w14:paraId="0A8FE176" w14:textId="77777777" w:rsidR="00B607EE" w:rsidRDefault="00000000">
      <w:pPr>
        <w:spacing w:before="180" w:after="40"/>
        <w:jc w:val="center"/>
        <w:rPr>
          <w:lang w:eastAsia="ko-KR"/>
        </w:rPr>
      </w:pPr>
      <w:r>
        <w:rPr>
          <w:b/>
          <w:sz w:val="18"/>
          <w:lang w:eastAsia="ko-KR"/>
        </w:rPr>
        <w:t>위와</w:t>
      </w:r>
      <w:r>
        <w:rPr>
          <w:b/>
          <w:sz w:val="18"/>
          <w:lang w:eastAsia="ko-KR"/>
        </w:rPr>
        <w:t xml:space="preserve"> </w:t>
      </w:r>
      <w:r>
        <w:rPr>
          <w:b/>
          <w:sz w:val="18"/>
          <w:lang w:eastAsia="ko-KR"/>
        </w:rPr>
        <w:t>같이</w:t>
      </w:r>
      <w:r>
        <w:rPr>
          <w:b/>
          <w:sz w:val="18"/>
          <w:lang w:eastAsia="ko-KR"/>
        </w:rPr>
        <w:t xml:space="preserve"> </w:t>
      </w:r>
      <w:r>
        <w:rPr>
          <w:b/>
          <w:sz w:val="18"/>
          <w:lang w:eastAsia="ko-KR"/>
        </w:rPr>
        <w:t>작업</w:t>
      </w:r>
      <w:r>
        <w:rPr>
          <w:b/>
          <w:sz w:val="18"/>
          <w:lang w:eastAsia="ko-KR"/>
        </w:rPr>
        <w:t xml:space="preserve"> </w:t>
      </w:r>
      <w:r>
        <w:rPr>
          <w:b/>
          <w:sz w:val="18"/>
          <w:lang w:eastAsia="ko-KR"/>
        </w:rPr>
        <w:t>내용을</w:t>
      </w:r>
      <w:r>
        <w:rPr>
          <w:b/>
          <w:sz w:val="18"/>
          <w:lang w:eastAsia="ko-KR"/>
        </w:rPr>
        <w:t xml:space="preserve"> </w:t>
      </w:r>
      <w:r>
        <w:rPr>
          <w:b/>
          <w:sz w:val="18"/>
          <w:lang w:eastAsia="ko-KR"/>
        </w:rPr>
        <w:t>확인합니다</w:t>
      </w:r>
      <w:r>
        <w:rPr>
          <w:b/>
          <w:sz w:val="18"/>
          <w:lang w:eastAsia="ko-KR"/>
        </w:rPr>
        <w:t>.</w:t>
      </w:r>
    </w:p>
    <w:p w14:paraId="4CC92483" w14:textId="77777777" w:rsidR="00B607EE" w:rsidRDefault="00000000">
      <w:pPr>
        <w:jc w:val="center"/>
      </w:pPr>
      <w:r>
        <w:rPr>
          <w:sz w:val="18"/>
        </w:rPr>
        <w:t xml:space="preserve">20      </w:t>
      </w:r>
      <w:r>
        <w:rPr>
          <w:sz w:val="18"/>
        </w:rPr>
        <w:t>년</w:t>
      </w:r>
      <w:r>
        <w:rPr>
          <w:sz w:val="18"/>
        </w:rPr>
        <w:t xml:space="preserve">      </w:t>
      </w:r>
      <w:r>
        <w:rPr>
          <w:sz w:val="18"/>
        </w:rPr>
        <w:t>월</w:t>
      </w:r>
      <w:r>
        <w:rPr>
          <w:sz w:val="18"/>
        </w:rPr>
        <w:t xml:space="preserve">      </w:t>
      </w:r>
      <w:r>
        <w:rPr>
          <w:sz w:val="18"/>
        </w:rPr>
        <w:t>일</w:t>
      </w:r>
    </w:p>
    <w:sectPr w:rsidR="00B607EE" w:rsidSect="00034616">
      <w:pgSz w:w="11906" w:h="16838"/>
      <w:pgMar w:top="1077" w:right="907" w:bottom="79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91DC4" w14:textId="77777777" w:rsidR="00E40C5A" w:rsidRDefault="00E40C5A" w:rsidP="0030795D">
      <w:pPr>
        <w:spacing w:after="0" w:line="240" w:lineRule="auto"/>
      </w:pPr>
      <w:r>
        <w:separator/>
      </w:r>
    </w:p>
  </w:endnote>
  <w:endnote w:type="continuationSeparator" w:id="0">
    <w:p w14:paraId="1ADEE218" w14:textId="77777777" w:rsidR="00E40C5A" w:rsidRDefault="00E40C5A" w:rsidP="00307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67284" w14:textId="77777777" w:rsidR="00E40C5A" w:rsidRDefault="00E40C5A" w:rsidP="0030795D">
      <w:pPr>
        <w:spacing w:after="0" w:line="240" w:lineRule="auto"/>
      </w:pPr>
      <w:r>
        <w:separator/>
      </w:r>
    </w:p>
  </w:footnote>
  <w:footnote w:type="continuationSeparator" w:id="0">
    <w:p w14:paraId="3A5624B3" w14:textId="77777777" w:rsidR="00E40C5A" w:rsidRDefault="00E40C5A" w:rsidP="00307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5328339">
    <w:abstractNumId w:val="8"/>
  </w:num>
  <w:num w:numId="2" w16cid:durableId="1314682660">
    <w:abstractNumId w:val="6"/>
  </w:num>
  <w:num w:numId="3" w16cid:durableId="1372345170">
    <w:abstractNumId w:val="5"/>
  </w:num>
  <w:num w:numId="4" w16cid:durableId="1161116455">
    <w:abstractNumId w:val="4"/>
  </w:num>
  <w:num w:numId="5" w16cid:durableId="1881670575">
    <w:abstractNumId w:val="7"/>
  </w:num>
  <w:num w:numId="6" w16cid:durableId="1086465217">
    <w:abstractNumId w:val="3"/>
  </w:num>
  <w:num w:numId="7" w16cid:durableId="1579250349">
    <w:abstractNumId w:val="2"/>
  </w:num>
  <w:num w:numId="8" w16cid:durableId="1118791278">
    <w:abstractNumId w:val="1"/>
  </w:num>
  <w:num w:numId="9" w16cid:durableId="1414473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69AB"/>
    <w:rsid w:val="0015074B"/>
    <w:rsid w:val="0029639D"/>
    <w:rsid w:val="0030795D"/>
    <w:rsid w:val="00326F90"/>
    <w:rsid w:val="007C0322"/>
    <w:rsid w:val="008A5E86"/>
    <w:rsid w:val="00A067C2"/>
    <w:rsid w:val="00AA1D8D"/>
    <w:rsid w:val="00B47730"/>
    <w:rsid w:val="00B607EE"/>
    <w:rsid w:val="00CB0664"/>
    <w:rsid w:val="00E40C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FCB5F2"/>
  <w14:defaultImageDpi w14:val="300"/>
  <w15:docId w15:val="{5553C7A4-7D1F-48DD-8D45-6F5DEB4D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2026-09-04T02:56:00Z</dcterms:modified>
  <cp:category/>
</cp:coreProperties>
</file>