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3"/>
        <w:gridCol w:w="3912"/>
      </w:tblGrid>
      <w:tr w:rsidR="001E3C8C" w14:paraId="3E7BD9F7" w14:textId="77777777">
        <w:trPr>
          <w:jc w:val="center"/>
        </w:trPr>
        <w:tc>
          <w:tcPr>
            <w:tcW w:w="59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89099F" w14:textId="77777777" w:rsidR="001E3C8C" w:rsidRDefault="00000000" w:rsidP="00662E80">
            <w:pPr>
              <w:spacing w:after="0" w:line="240" w:lineRule="auto"/>
            </w:pPr>
            <w:proofErr w:type="spellStart"/>
            <w:r>
              <w:rPr>
                <w:color w:val="777777"/>
                <w:sz w:val="17"/>
              </w:rPr>
              <w:t>영수자용</w:t>
            </w:r>
            <w:proofErr w:type="spellEnd"/>
          </w:p>
        </w:tc>
        <w:tc>
          <w:tcPr>
            <w:tcW w:w="39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42EC9B" w14:textId="77777777" w:rsidR="001E3C8C" w:rsidRPr="00662E80" w:rsidRDefault="00000000" w:rsidP="00662E80">
            <w:pPr>
              <w:spacing w:after="0" w:line="240" w:lineRule="auto"/>
              <w:jc w:val="right"/>
              <w:rPr>
                <w:sz w:val="40"/>
                <w:szCs w:val="40"/>
              </w:rPr>
            </w:pPr>
            <w:r w:rsidRPr="00662E80">
              <w:rPr>
                <w:b/>
                <w:color w:val="111111"/>
                <w:sz w:val="40"/>
                <w:szCs w:val="40"/>
              </w:rPr>
              <w:t>영 수 증</w:t>
            </w:r>
          </w:p>
        </w:tc>
      </w:tr>
    </w:tbl>
    <w:p w14:paraId="3065A289" w14:textId="77777777" w:rsidR="001E3C8C" w:rsidRDefault="00000000" w:rsidP="00662E80">
      <w:pPr>
        <w:spacing w:before="40" w:after="100" w:line="240" w:lineRule="auto"/>
        <w:jc w:val="right"/>
      </w:pPr>
      <w:r>
        <w:rPr>
          <w:color w:val="666666"/>
          <w:sz w:val="17"/>
        </w:rPr>
        <w:t>No. 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33"/>
        <w:gridCol w:w="7800"/>
      </w:tblGrid>
      <w:tr w:rsidR="001E3C8C" w14:paraId="0036BD10" w14:textId="77777777" w:rsidTr="00662E80">
        <w:trPr>
          <w:trHeight w:val="394"/>
          <w:jc w:val="center"/>
        </w:trPr>
        <w:tc>
          <w:tcPr>
            <w:tcW w:w="203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193863" w14:textId="77777777" w:rsidR="001E3C8C" w:rsidRDefault="00000000">
            <w:pPr>
              <w:spacing w:after="0"/>
              <w:jc w:val="center"/>
            </w:pPr>
            <w:r>
              <w:rPr>
                <w:b/>
                <w:color w:val="333333"/>
              </w:rPr>
              <w:t>일자</w:t>
            </w:r>
          </w:p>
        </w:tc>
        <w:tc>
          <w:tcPr>
            <w:tcW w:w="780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9506E7" w14:textId="77777777" w:rsidR="001E3C8C" w:rsidRDefault="00000000">
            <w:pPr>
              <w:spacing w:after="0"/>
            </w:pPr>
            <w:r>
              <w:rPr>
                <w:color w:val="222222"/>
              </w:rPr>
              <w:t>20      년      월      일</w:t>
            </w:r>
          </w:p>
        </w:tc>
      </w:tr>
      <w:tr w:rsidR="001E3C8C" w14:paraId="415985D6" w14:textId="77777777" w:rsidTr="00662E80">
        <w:trPr>
          <w:trHeight w:val="394"/>
          <w:jc w:val="center"/>
        </w:trPr>
        <w:tc>
          <w:tcPr>
            <w:tcW w:w="203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FFCCED" w14:textId="77777777" w:rsidR="001E3C8C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받는</w:t>
            </w:r>
            <w:proofErr w:type="spellEnd"/>
            <w:r>
              <w:rPr>
                <w:b/>
                <w:color w:val="333333"/>
              </w:rPr>
              <w:t xml:space="preserve"> 분</w:t>
            </w:r>
          </w:p>
        </w:tc>
        <w:tc>
          <w:tcPr>
            <w:tcW w:w="780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59031" w14:textId="77777777" w:rsidR="001E3C8C" w:rsidRDefault="001E3C8C">
            <w:pPr>
              <w:spacing w:after="0"/>
            </w:pPr>
          </w:p>
        </w:tc>
      </w:tr>
      <w:tr w:rsidR="001E3C8C" w14:paraId="4D126F28" w14:textId="77777777" w:rsidTr="00662E80">
        <w:trPr>
          <w:trHeight w:val="394"/>
          <w:jc w:val="center"/>
        </w:trPr>
        <w:tc>
          <w:tcPr>
            <w:tcW w:w="203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703B03" w14:textId="77777777" w:rsidR="001E3C8C" w:rsidRDefault="00000000">
            <w:pPr>
              <w:spacing w:after="0"/>
              <w:jc w:val="center"/>
            </w:pPr>
            <w:r>
              <w:rPr>
                <w:b/>
                <w:color w:val="333333"/>
              </w:rPr>
              <w:t>영수 금액</w:t>
            </w:r>
          </w:p>
        </w:tc>
        <w:tc>
          <w:tcPr>
            <w:tcW w:w="780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949484" w14:textId="77777777" w:rsidR="001E3C8C" w:rsidRDefault="00000000">
            <w:pPr>
              <w:spacing w:after="0"/>
            </w:pPr>
            <w:r>
              <w:rPr>
                <w:b/>
                <w:color w:val="222222"/>
                <w:sz w:val="20"/>
              </w:rPr>
              <w:t>₩</w:t>
            </w:r>
          </w:p>
        </w:tc>
      </w:tr>
      <w:tr w:rsidR="001E3C8C" w14:paraId="3DA3F9E9" w14:textId="77777777" w:rsidTr="00662E80">
        <w:trPr>
          <w:trHeight w:val="394"/>
          <w:jc w:val="center"/>
        </w:trPr>
        <w:tc>
          <w:tcPr>
            <w:tcW w:w="203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3F3E40" w14:textId="77777777" w:rsidR="001E3C8C" w:rsidRDefault="00000000">
            <w:pPr>
              <w:spacing w:after="0"/>
              <w:jc w:val="center"/>
            </w:pPr>
            <w:r>
              <w:rPr>
                <w:b/>
                <w:color w:val="333333"/>
              </w:rPr>
              <w:t>금액 (한글)</w:t>
            </w:r>
          </w:p>
        </w:tc>
        <w:tc>
          <w:tcPr>
            <w:tcW w:w="780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440C98" w14:textId="77777777" w:rsidR="001E3C8C" w:rsidRDefault="00000000">
            <w:pPr>
              <w:spacing w:after="0"/>
            </w:pPr>
            <w:r>
              <w:rPr>
                <w:color w:val="222222"/>
              </w:rPr>
              <w:t>금                              원정</w:t>
            </w:r>
          </w:p>
        </w:tc>
      </w:tr>
    </w:tbl>
    <w:p w14:paraId="56B73F8D" w14:textId="77777777" w:rsidR="001E3C8C" w:rsidRDefault="00000000">
      <w:pPr>
        <w:spacing w:before="100" w:after="60"/>
      </w:pPr>
      <w:r>
        <w:rPr>
          <w:b/>
          <w:color w:val="222222"/>
          <w:sz w:val="19"/>
        </w:rPr>
        <w:t>영수 내용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37"/>
        <w:gridCol w:w="7812"/>
      </w:tblGrid>
      <w:tr w:rsidR="001E3C8C" w14:paraId="69039B72" w14:textId="77777777" w:rsidTr="00662E80">
        <w:trPr>
          <w:trHeight w:val="381"/>
          <w:jc w:val="center"/>
        </w:trPr>
        <w:tc>
          <w:tcPr>
            <w:tcW w:w="2037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0DF13E" w14:textId="77777777" w:rsidR="001E3C8C" w:rsidRDefault="00000000">
            <w:pPr>
              <w:spacing w:after="0"/>
              <w:jc w:val="center"/>
            </w:pPr>
            <w:r>
              <w:rPr>
                <w:b/>
                <w:color w:val="333333"/>
              </w:rPr>
              <w:t>적요 / 용도</w:t>
            </w:r>
          </w:p>
        </w:tc>
        <w:tc>
          <w:tcPr>
            <w:tcW w:w="7812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ECBC60" w14:textId="77777777" w:rsidR="001E3C8C" w:rsidRDefault="001E3C8C">
            <w:pPr>
              <w:spacing w:after="0"/>
            </w:pPr>
          </w:p>
        </w:tc>
      </w:tr>
      <w:tr w:rsidR="001E3C8C" w14:paraId="216931DE" w14:textId="77777777" w:rsidTr="00662E80">
        <w:trPr>
          <w:trHeight w:val="381"/>
          <w:jc w:val="center"/>
        </w:trPr>
        <w:tc>
          <w:tcPr>
            <w:tcW w:w="2037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6F45D2" w14:textId="77777777" w:rsidR="001E3C8C" w:rsidRDefault="00000000">
            <w:pPr>
              <w:spacing w:after="0"/>
              <w:jc w:val="center"/>
            </w:pPr>
            <w:r>
              <w:rPr>
                <w:b/>
                <w:color w:val="333333"/>
              </w:rPr>
              <w:t>지급 방법</w:t>
            </w:r>
          </w:p>
        </w:tc>
        <w:tc>
          <w:tcPr>
            <w:tcW w:w="7812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D6683A" w14:textId="77777777" w:rsidR="001E3C8C" w:rsidRDefault="00000000">
            <w:pPr>
              <w:spacing w:after="0"/>
              <w:rPr>
                <w:lang w:eastAsia="ko-KR"/>
              </w:rPr>
            </w:pPr>
            <w:r>
              <w:rPr>
                <w:color w:val="444444"/>
                <w:lang w:eastAsia="ko-KR"/>
              </w:rPr>
              <w:t>□ 현금   □ 계좌이체   □ 카드   □ 기타</w:t>
            </w:r>
          </w:p>
        </w:tc>
      </w:tr>
    </w:tbl>
    <w:p w14:paraId="5BAADF59" w14:textId="77777777" w:rsidR="001E3C8C" w:rsidRDefault="00000000" w:rsidP="00662E80">
      <w:pPr>
        <w:spacing w:before="100" w:after="80" w:line="240" w:lineRule="auto"/>
        <w:jc w:val="center"/>
        <w:rPr>
          <w:lang w:eastAsia="ko-KR"/>
        </w:rPr>
      </w:pPr>
      <w:r>
        <w:rPr>
          <w:b/>
          <w:color w:val="333333"/>
          <w:sz w:val="19"/>
          <w:lang w:eastAsia="ko-KR"/>
        </w:rPr>
        <w:t>위 금액을 정히 영수하였습니다.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75"/>
        <w:gridCol w:w="2948"/>
        <w:gridCol w:w="1446"/>
        <w:gridCol w:w="3477"/>
      </w:tblGrid>
      <w:tr w:rsidR="001E3C8C" w14:paraId="3AC76CE2" w14:textId="77777777" w:rsidTr="00662E80">
        <w:trPr>
          <w:trHeight w:val="371"/>
          <w:jc w:val="center"/>
        </w:trPr>
        <w:tc>
          <w:tcPr>
            <w:tcW w:w="1975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74108" w14:textId="77777777" w:rsidR="001E3C8C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상호</w:t>
            </w:r>
            <w:proofErr w:type="spellEnd"/>
            <w:r>
              <w:rPr>
                <w:b/>
                <w:color w:val="333333"/>
                <w:sz w:val="17"/>
              </w:rPr>
              <w:t xml:space="preserve"> / </w:t>
            </w:r>
            <w:proofErr w:type="spellStart"/>
            <w:r>
              <w:rPr>
                <w:b/>
                <w:color w:val="333333"/>
                <w:sz w:val="17"/>
              </w:rPr>
              <w:t>성명</w:t>
            </w:r>
            <w:proofErr w:type="spellEnd"/>
          </w:p>
        </w:tc>
        <w:tc>
          <w:tcPr>
            <w:tcW w:w="2948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96B8BB" w14:textId="77777777" w:rsidR="001E3C8C" w:rsidRDefault="001E3C8C">
            <w:pPr>
              <w:spacing w:after="0"/>
            </w:pPr>
          </w:p>
        </w:tc>
        <w:tc>
          <w:tcPr>
            <w:tcW w:w="1446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39BC32" w14:textId="77777777" w:rsidR="001E3C8C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연락처</w:t>
            </w:r>
          </w:p>
        </w:tc>
        <w:tc>
          <w:tcPr>
            <w:tcW w:w="3477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F590F8" w14:textId="77777777" w:rsidR="001E3C8C" w:rsidRDefault="001E3C8C">
            <w:pPr>
              <w:spacing w:after="0"/>
            </w:pPr>
          </w:p>
        </w:tc>
      </w:tr>
      <w:tr w:rsidR="001E3C8C" w14:paraId="11FF351D" w14:textId="77777777" w:rsidTr="00662E80">
        <w:trPr>
          <w:trHeight w:val="371"/>
          <w:jc w:val="center"/>
        </w:trPr>
        <w:tc>
          <w:tcPr>
            <w:tcW w:w="1975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A8FE6F" w14:textId="77777777" w:rsidR="001E3C8C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사업자등록번호</w:t>
            </w:r>
            <w:proofErr w:type="spellEnd"/>
            <w:r>
              <w:rPr>
                <w:b/>
                <w:color w:val="333333"/>
                <w:sz w:val="17"/>
              </w:rPr>
              <w:t xml:space="preserve"> (</w:t>
            </w:r>
            <w:proofErr w:type="spellStart"/>
            <w:r>
              <w:rPr>
                <w:b/>
                <w:color w:val="333333"/>
                <w:sz w:val="17"/>
              </w:rPr>
              <w:t>선택</w:t>
            </w:r>
            <w:proofErr w:type="spellEnd"/>
            <w:r>
              <w:rPr>
                <w:b/>
                <w:color w:val="333333"/>
                <w:sz w:val="17"/>
              </w:rPr>
              <w:t>)</w:t>
            </w:r>
          </w:p>
        </w:tc>
        <w:tc>
          <w:tcPr>
            <w:tcW w:w="2948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35A41E" w14:textId="77777777" w:rsidR="001E3C8C" w:rsidRDefault="001E3C8C">
            <w:pPr>
              <w:spacing w:after="0"/>
            </w:pPr>
          </w:p>
        </w:tc>
        <w:tc>
          <w:tcPr>
            <w:tcW w:w="1446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E5EACA" w14:textId="77777777" w:rsidR="001E3C8C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서명 / 인</w:t>
            </w:r>
          </w:p>
        </w:tc>
        <w:tc>
          <w:tcPr>
            <w:tcW w:w="3477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6D23B2" w14:textId="77777777" w:rsidR="001E3C8C" w:rsidRDefault="001E3C8C">
            <w:pPr>
              <w:spacing w:after="0"/>
            </w:pPr>
          </w:p>
        </w:tc>
      </w:tr>
    </w:tbl>
    <w:p w14:paraId="31CCF93C" w14:textId="2120C1C9" w:rsidR="00662E80" w:rsidRDefault="00000000" w:rsidP="00662E80">
      <w:pPr>
        <w:spacing w:before="120" w:after="120"/>
        <w:jc w:val="center"/>
        <w:rPr>
          <w:rFonts w:hint="eastAsia"/>
          <w:color w:val="999999"/>
          <w:sz w:val="16"/>
          <w:lang w:eastAsia="ko-KR"/>
        </w:rPr>
      </w:pPr>
      <w:r>
        <w:rPr>
          <w:color w:val="999999"/>
          <w:sz w:val="16"/>
        </w:rPr>
        <w:t>✂  - - - - - - - - - - - - - - - - - - - - - - - - - - - - - - - - - - - -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3"/>
        <w:gridCol w:w="3912"/>
      </w:tblGrid>
      <w:tr w:rsidR="00662E80" w14:paraId="0B4FBE9F" w14:textId="77777777" w:rsidTr="00EE3CE0">
        <w:trPr>
          <w:jc w:val="center"/>
        </w:trPr>
        <w:tc>
          <w:tcPr>
            <w:tcW w:w="595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EF135B" w14:textId="77777777" w:rsidR="00662E80" w:rsidRDefault="00662E80" w:rsidP="00EE3CE0">
            <w:pPr>
              <w:spacing w:after="0" w:line="240" w:lineRule="auto"/>
            </w:pPr>
            <w:proofErr w:type="spellStart"/>
            <w:r>
              <w:rPr>
                <w:color w:val="777777"/>
                <w:sz w:val="17"/>
              </w:rPr>
              <w:t>영수자용</w:t>
            </w:r>
            <w:proofErr w:type="spellEnd"/>
          </w:p>
        </w:tc>
        <w:tc>
          <w:tcPr>
            <w:tcW w:w="39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C6524B" w14:textId="77777777" w:rsidR="00662E80" w:rsidRPr="00662E80" w:rsidRDefault="00662E80" w:rsidP="00EE3CE0">
            <w:pPr>
              <w:spacing w:after="0" w:line="240" w:lineRule="auto"/>
              <w:jc w:val="right"/>
              <w:rPr>
                <w:sz w:val="40"/>
                <w:szCs w:val="40"/>
              </w:rPr>
            </w:pPr>
            <w:r w:rsidRPr="00662E80">
              <w:rPr>
                <w:b/>
                <w:color w:val="111111"/>
                <w:sz w:val="40"/>
                <w:szCs w:val="40"/>
              </w:rPr>
              <w:t>영 수 증</w:t>
            </w:r>
          </w:p>
        </w:tc>
      </w:tr>
    </w:tbl>
    <w:p w14:paraId="0D509628" w14:textId="77777777" w:rsidR="00662E80" w:rsidRDefault="00662E80" w:rsidP="00662E80">
      <w:pPr>
        <w:spacing w:before="40" w:after="100" w:line="240" w:lineRule="auto"/>
        <w:jc w:val="right"/>
      </w:pPr>
      <w:r>
        <w:rPr>
          <w:color w:val="666666"/>
          <w:sz w:val="17"/>
        </w:rPr>
        <w:t>No. 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33"/>
        <w:gridCol w:w="7800"/>
      </w:tblGrid>
      <w:tr w:rsidR="00662E80" w14:paraId="54D7EDEB" w14:textId="77777777" w:rsidTr="00EE3CE0">
        <w:trPr>
          <w:trHeight w:val="394"/>
          <w:jc w:val="center"/>
        </w:trPr>
        <w:tc>
          <w:tcPr>
            <w:tcW w:w="203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9D3F71" w14:textId="77777777" w:rsidR="00662E80" w:rsidRDefault="00662E80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일자</w:t>
            </w:r>
            <w:proofErr w:type="spellEnd"/>
          </w:p>
        </w:tc>
        <w:tc>
          <w:tcPr>
            <w:tcW w:w="780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97B3C3" w14:textId="77777777" w:rsidR="00662E80" w:rsidRDefault="00662E80" w:rsidP="00EE3CE0">
            <w:pPr>
              <w:spacing w:after="0"/>
            </w:pPr>
            <w:r>
              <w:rPr>
                <w:color w:val="222222"/>
              </w:rPr>
              <w:t>20      년      월      일</w:t>
            </w:r>
          </w:p>
        </w:tc>
      </w:tr>
      <w:tr w:rsidR="00662E80" w14:paraId="1EC8B5A9" w14:textId="77777777" w:rsidTr="00EE3CE0">
        <w:trPr>
          <w:trHeight w:val="394"/>
          <w:jc w:val="center"/>
        </w:trPr>
        <w:tc>
          <w:tcPr>
            <w:tcW w:w="203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F4568" w14:textId="77777777" w:rsidR="00662E80" w:rsidRDefault="00662E80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받는</w:t>
            </w:r>
            <w:proofErr w:type="spellEnd"/>
            <w:r>
              <w:rPr>
                <w:b/>
                <w:color w:val="333333"/>
              </w:rPr>
              <w:t xml:space="preserve"> 분</w:t>
            </w:r>
          </w:p>
        </w:tc>
        <w:tc>
          <w:tcPr>
            <w:tcW w:w="780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A69C57" w14:textId="77777777" w:rsidR="00662E80" w:rsidRDefault="00662E80" w:rsidP="00EE3CE0">
            <w:pPr>
              <w:spacing w:after="0"/>
            </w:pPr>
          </w:p>
        </w:tc>
      </w:tr>
      <w:tr w:rsidR="00662E80" w14:paraId="336D4A21" w14:textId="77777777" w:rsidTr="00EE3CE0">
        <w:trPr>
          <w:trHeight w:val="394"/>
          <w:jc w:val="center"/>
        </w:trPr>
        <w:tc>
          <w:tcPr>
            <w:tcW w:w="203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EDD835" w14:textId="77777777" w:rsidR="00662E80" w:rsidRDefault="00662E80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영수</w:t>
            </w:r>
            <w:proofErr w:type="spellEnd"/>
            <w:r>
              <w:rPr>
                <w:b/>
                <w:color w:val="333333"/>
              </w:rPr>
              <w:t xml:space="preserve"> </w:t>
            </w:r>
            <w:proofErr w:type="spellStart"/>
            <w:r>
              <w:rPr>
                <w:b/>
                <w:color w:val="333333"/>
              </w:rPr>
              <w:t>금액</w:t>
            </w:r>
            <w:proofErr w:type="spellEnd"/>
          </w:p>
        </w:tc>
        <w:tc>
          <w:tcPr>
            <w:tcW w:w="780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8C2B7F" w14:textId="77777777" w:rsidR="00662E80" w:rsidRDefault="00662E80" w:rsidP="00EE3CE0">
            <w:pPr>
              <w:spacing w:after="0"/>
            </w:pPr>
            <w:r>
              <w:rPr>
                <w:b/>
                <w:color w:val="222222"/>
                <w:sz w:val="20"/>
              </w:rPr>
              <w:t>₩</w:t>
            </w:r>
          </w:p>
        </w:tc>
      </w:tr>
      <w:tr w:rsidR="00662E80" w14:paraId="7BECBC0F" w14:textId="77777777" w:rsidTr="00EE3CE0">
        <w:trPr>
          <w:trHeight w:val="394"/>
          <w:jc w:val="center"/>
        </w:trPr>
        <w:tc>
          <w:tcPr>
            <w:tcW w:w="203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C1A72A" w14:textId="77777777" w:rsidR="00662E80" w:rsidRDefault="00662E80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금액</w:t>
            </w:r>
            <w:proofErr w:type="spellEnd"/>
            <w:r>
              <w:rPr>
                <w:b/>
                <w:color w:val="333333"/>
              </w:rPr>
              <w:t xml:space="preserve"> (</w:t>
            </w:r>
            <w:proofErr w:type="spellStart"/>
            <w:r>
              <w:rPr>
                <w:b/>
                <w:color w:val="333333"/>
              </w:rPr>
              <w:t>한글</w:t>
            </w:r>
            <w:proofErr w:type="spellEnd"/>
            <w:r>
              <w:rPr>
                <w:b/>
                <w:color w:val="333333"/>
              </w:rPr>
              <w:t>)</w:t>
            </w:r>
          </w:p>
        </w:tc>
        <w:tc>
          <w:tcPr>
            <w:tcW w:w="780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369B32" w14:textId="77777777" w:rsidR="00662E80" w:rsidRDefault="00662E80" w:rsidP="00EE3CE0">
            <w:pPr>
              <w:spacing w:after="0"/>
            </w:pPr>
            <w:r>
              <w:rPr>
                <w:color w:val="222222"/>
              </w:rPr>
              <w:t xml:space="preserve">금                              </w:t>
            </w:r>
            <w:proofErr w:type="spellStart"/>
            <w:r>
              <w:rPr>
                <w:color w:val="222222"/>
              </w:rPr>
              <w:t>원정</w:t>
            </w:r>
            <w:proofErr w:type="spellEnd"/>
          </w:p>
        </w:tc>
      </w:tr>
    </w:tbl>
    <w:p w14:paraId="43F775B3" w14:textId="77777777" w:rsidR="00662E80" w:rsidRDefault="00662E80" w:rsidP="00662E80">
      <w:pPr>
        <w:spacing w:before="100" w:after="60"/>
      </w:pPr>
      <w:proofErr w:type="spellStart"/>
      <w:r>
        <w:rPr>
          <w:b/>
          <w:color w:val="222222"/>
          <w:sz w:val="19"/>
        </w:rPr>
        <w:t>영수</w:t>
      </w:r>
      <w:proofErr w:type="spellEnd"/>
      <w:r>
        <w:rPr>
          <w:b/>
          <w:color w:val="222222"/>
          <w:sz w:val="19"/>
        </w:rPr>
        <w:t xml:space="preserve"> </w:t>
      </w:r>
      <w:proofErr w:type="spellStart"/>
      <w:r>
        <w:rPr>
          <w:b/>
          <w:color w:val="222222"/>
          <w:sz w:val="19"/>
        </w:rPr>
        <w:t>내용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37"/>
        <w:gridCol w:w="7812"/>
      </w:tblGrid>
      <w:tr w:rsidR="00662E80" w14:paraId="13F7763C" w14:textId="77777777" w:rsidTr="00EE3CE0">
        <w:trPr>
          <w:trHeight w:val="381"/>
          <w:jc w:val="center"/>
        </w:trPr>
        <w:tc>
          <w:tcPr>
            <w:tcW w:w="2037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6B1D63" w14:textId="77777777" w:rsidR="00662E80" w:rsidRDefault="00662E80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적요</w:t>
            </w:r>
            <w:proofErr w:type="spellEnd"/>
            <w:r>
              <w:rPr>
                <w:b/>
                <w:color w:val="333333"/>
              </w:rPr>
              <w:t xml:space="preserve"> / </w:t>
            </w:r>
            <w:proofErr w:type="spellStart"/>
            <w:r>
              <w:rPr>
                <w:b/>
                <w:color w:val="333333"/>
              </w:rPr>
              <w:t>용도</w:t>
            </w:r>
            <w:proofErr w:type="spellEnd"/>
          </w:p>
        </w:tc>
        <w:tc>
          <w:tcPr>
            <w:tcW w:w="7812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530BC6" w14:textId="77777777" w:rsidR="00662E80" w:rsidRDefault="00662E80" w:rsidP="00EE3CE0">
            <w:pPr>
              <w:spacing w:after="0"/>
            </w:pPr>
          </w:p>
        </w:tc>
      </w:tr>
      <w:tr w:rsidR="00662E80" w14:paraId="4446F41C" w14:textId="77777777" w:rsidTr="00EE3CE0">
        <w:trPr>
          <w:trHeight w:val="381"/>
          <w:jc w:val="center"/>
        </w:trPr>
        <w:tc>
          <w:tcPr>
            <w:tcW w:w="2037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7FA455" w14:textId="77777777" w:rsidR="00662E80" w:rsidRDefault="00662E80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</w:rPr>
              <w:t>지급</w:t>
            </w:r>
            <w:proofErr w:type="spellEnd"/>
            <w:r>
              <w:rPr>
                <w:b/>
                <w:color w:val="333333"/>
              </w:rPr>
              <w:t xml:space="preserve"> </w:t>
            </w:r>
            <w:proofErr w:type="spellStart"/>
            <w:r>
              <w:rPr>
                <w:b/>
                <w:color w:val="333333"/>
              </w:rPr>
              <w:t>방법</w:t>
            </w:r>
            <w:proofErr w:type="spellEnd"/>
          </w:p>
        </w:tc>
        <w:tc>
          <w:tcPr>
            <w:tcW w:w="7812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CFFDC4" w14:textId="77777777" w:rsidR="00662E80" w:rsidRDefault="00662E80" w:rsidP="00EE3CE0">
            <w:pPr>
              <w:spacing w:after="0"/>
              <w:rPr>
                <w:lang w:eastAsia="ko-KR"/>
              </w:rPr>
            </w:pPr>
            <w:r>
              <w:rPr>
                <w:color w:val="444444"/>
                <w:lang w:eastAsia="ko-KR"/>
              </w:rPr>
              <w:t>□ 현금   □ 계좌이체   □ 카드   □ 기타</w:t>
            </w:r>
          </w:p>
        </w:tc>
      </w:tr>
    </w:tbl>
    <w:p w14:paraId="710FC0F1" w14:textId="77777777" w:rsidR="00662E80" w:rsidRDefault="00662E80" w:rsidP="00662E80">
      <w:pPr>
        <w:spacing w:before="100" w:after="80" w:line="240" w:lineRule="auto"/>
        <w:jc w:val="center"/>
        <w:rPr>
          <w:lang w:eastAsia="ko-KR"/>
        </w:rPr>
      </w:pPr>
      <w:r>
        <w:rPr>
          <w:b/>
          <w:color w:val="333333"/>
          <w:sz w:val="19"/>
          <w:lang w:eastAsia="ko-KR"/>
        </w:rPr>
        <w:t>위 금액을 정히 영수하였습니다.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75"/>
        <w:gridCol w:w="2948"/>
        <w:gridCol w:w="1446"/>
        <w:gridCol w:w="3477"/>
      </w:tblGrid>
      <w:tr w:rsidR="00662E80" w14:paraId="5D7AEC74" w14:textId="77777777" w:rsidTr="00662E80">
        <w:trPr>
          <w:trHeight w:val="351"/>
          <w:jc w:val="center"/>
        </w:trPr>
        <w:tc>
          <w:tcPr>
            <w:tcW w:w="1975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69D78A" w14:textId="77777777" w:rsidR="00662E80" w:rsidRDefault="00662E80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상호</w:t>
            </w:r>
            <w:proofErr w:type="spellEnd"/>
            <w:r>
              <w:rPr>
                <w:b/>
                <w:color w:val="333333"/>
                <w:sz w:val="17"/>
              </w:rPr>
              <w:t xml:space="preserve"> / </w:t>
            </w:r>
            <w:proofErr w:type="spellStart"/>
            <w:r>
              <w:rPr>
                <w:b/>
                <w:color w:val="333333"/>
                <w:sz w:val="17"/>
              </w:rPr>
              <w:t>성명</w:t>
            </w:r>
            <w:proofErr w:type="spellEnd"/>
          </w:p>
        </w:tc>
        <w:tc>
          <w:tcPr>
            <w:tcW w:w="2948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E7184" w14:textId="77777777" w:rsidR="00662E80" w:rsidRDefault="00662E80" w:rsidP="00EE3CE0">
            <w:pPr>
              <w:spacing w:after="0"/>
            </w:pPr>
          </w:p>
        </w:tc>
        <w:tc>
          <w:tcPr>
            <w:tcW w:w="1446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D5D17B" w14:textId="77777777" w:rsidR="00662E80" w:rsidRDefault="00662E80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연락처</w:t>
            </w:r>
            <w:proofErr w:type="spellEnd"/>
          </w:p>
        </w:tc>
        <w:tc>
          <w:tcPr>
            <w:tcW w:w="3477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D257B0" w14:textId="77777777" w:rsidR="00662E80" w:rsidRDefault="00662E80" w:rsidP="00EE3CE0">
            <w:pPr>
              <w:spacing w:after="0"/>
            </w:pPr>
          </w:p>
        </w:tc>
      </w:tr>
      <w:tr w:rsidR="00662E80" w14:paraId="20D1ABAC" w14:textId="77777777" w:rsidTr="00662E80">
        <w:trPr>
          <w:trHeight w:val="351"/>
          <w:jc w:val="center"/>
        </w:trPr>
        <w:tc>
          <w:tcPr>
            <w:tcW w:w="1975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CDFF19" w14:textId="77777777" w:rsidR="00662E80" w:rsidRDefault="00662E80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사업자등록번호</w:t>
            </w:r>
            <w:proofErr w:type="spellEnd"/>
            <w:r>
              <w:rPr>
                <w:b/>
                <w:color w:val="333333"/>
                <w:sz w:val="17"/>
              </w:rPr>
              <w:t xml:space="preserve"> (</w:t>
            </w:r>
            <w:proofErr w:type="spellStart"/>
            <w:r>
              <w:rPr>
                <w:b/>
                <w:color w:val="333333"/>
                <w:sz w:val="17"/>
              </w:rPr>
              <w:t>선택</w:t>
            </w:r>
            <w:proofErr w:type="spellEnd"/>
            <w:r>
              <w:rPr>
                <w:b/>
                <w:color w:val="333333"/>
                <w:sz w:val="17"/>
              </w:rPr>
              <w:t>)</w:t>
            </w:r>
          </w:p>
        </w:tc>
        <w:tc>
          <w:tcPr>
            <w:tcW w:w="2948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C03D92" w14:textId="77777777" w:rsidR="00662E80" w:rsidRDefault="00662E80" w:rsidP="00EE3CE0">
            <w:pPr>
              <w:spacing w:after="0"/>
            </w:pPr>
          </w:p>
        </w:tc>
        <w:tc>
          <w:tcPr>
            <w:tcW w:w="1446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06DB8F" w14:textId="77777777" w:rsidR="00662E80" w:rsidRDefault="00662E80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서명</w:t>
            </w:r>
            <w:proofErr w:type="spellEnd"/>
            <w:r>
              <w:rPr>
                <w:b/>
                <w:color w:val="333333"/>
                <w:sz w:val="17"/>
              </w:rPr>
              <w:t xml:space="preserve"> / 인</w:t>
            </w:r>
          </w:p>
        </w:tc>
        <w:tc>
          <w:tcPr>
            <w:tcW w:w="3477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21EEC4" w14:textId="77777777" w:rsidR="00662E80" w:rsidRDefault="00662E80" w:rsidP="00EE3CE0">
            <w:pPr>
              <w:spacing w:after="0"/>
            </w:pPr>
          </w:p>
        </w:tc>
      </w:tr>
    </w:tbl>
    <w:p w14:paraId="65CB4EFD" w14:textId="77777777" w:rsidR="00662E80" w:rsidRDefault="00662E80" w:rsidP="00662E80">
      <w:pPr>
        <w:spacing w:before="120" w:after="120"/>
        <w:rPr>
          <w:rFonts w:hint="eastAsia"/>
          <w:lang w:eastAsia="ko-KR"/>
        </w:rPr>
      </w:pPr>
    </w:p>
    <w:sectPr w:rsidR="00662E80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4426673">
    <w:abstractNumId w:val="8"/>
  </w:num>
  <w:num w:numId="2" w16cid:durableId="390078104">
    <w:abstractNumId w:val="6"/>
  </w:num>
  <w:num w:numId="3" w16cid:durableId="1668166478">
    <w:abstractNumId w:val="5"/>
  </w:num>
  <w:num w:numId="4" w16cid:durableId="520321808">
    <w:abstractNumId w:val="4"/>
  </w:num>
  <w:num w:numId="5" w16cid:durableId="1361008687">
    <w:abstractNumId w:val="7"/>
  </w:num>
  <w:num w:numId="6" w16cid:durableId="166527441">
    <w:abstractNumId w:val="3"/>
  </w:num>
  <w:num w:numId="7" w16cid:durableId="263421283">
    <w:abstractNumId w:val="2"/>
  </w:num>
  <w:num w:numId="8" w16cid:durableId="2140566412">
    <w:abstractNumId w:val="1"/>
  </w:num>
  <w:num w:numId="9" w16cid:durableId="55523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3C8C"/>
    <w:rsid w:val="0029639D"/>
    <w:rsid w:val="00326F90"/>
    <w:rsid w:val="00335901"/>
    <w:rsid w:val="00662E8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D75FEE"/>
  <w14:defaultImageDpi w14:val="300"/>
  <w15:docId w15:val="{43ECAF00-AC1D-4202-8A13-0799B519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2026-09-02T13:11:00Z</dcterms:modified>
  <cp:category/>
</cp:coreProperties>
</file>