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739"/>
        <w:gridCol w:w="7739"/>
      </w:tblGrid>
      <w:tr w:rsidR="00610F41" w14:paraId="7E31739A" w14:textId="77777777">
        <w:trPr>
          <w:jc w:val="center"/>
        </w:trPr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80DFC" w14:textId="77777777" w:rsidR="00610F41" w:rsidRDefault="00000000">
            <w:pPr>
              <w:spacing w:after="0"/>
            </w:pPr>
            <w:r>
              <w:rPr>
                <w:rFonts w:ascii="맑은 고딕" w:eastAsia="맑은 고딕" w:hAnsi="맑은 고딕"/>
                <w:b/>
                <w:color w:val="2E69AB"/>
                <w:sz w:val="19"/>
              </w:rPr>
              <w:t>INCOME &amp; EXPENSE LEDGER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D4E4B" w14:textId="77777777" w:rsidR="00610F41" w:rsidRDefault="00000000">
            <w:pPr>
              <w:spacing w:after="0"/>
              <w:jc w:val="right"/>
            </w:pPr>
            <w:r>
              <w:rPr>
                <w:rFonts w:ascii="맑은 고딕" w:eastAsia="맑은 고딕" w:hAnsi="맑은 고딕"/>
                <w:b/>
                <w:color w:val="1C2B3F"/>
                <w:sz w:val="36"/>
              </w:rPr>
              <w:t>수입·지출 관리대장</w:t>
            </w:r>
          </w:p>
        </w:tc>
      </w:tr>
    </w:tbl>
    <w:p w14:paraId="4A2CCB6A" w14:textId="77777777" w:rsidR="00610F41" w:rsidRDefault="00000000">
      <w:pPr>
        <w:spacing w:after="120"/>
        <w:jc w:val="center"/>
        <w:rPr>
          <w:lang w:eastAsia="ko-KR"/>
        </w:rPr>
      </w:pPr>
      <w:r>
        <w:rPr>
          <w:color w:val="5A697A"/>
          <w:sz w:val="18"/>
          <w:lang w:eastAsia="ko-KR"/>
        </w:rPr>
        <w:t>기간별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수입과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지출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내역을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기록하고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잔액을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확인하기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위한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업무용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관리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서식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61"/>
        <w:gridCol w:w="5159"/>
        <w:gridCol w:w="1304"/>
        <w:gridCol w:w="3118"/>
        <w:gridCol w:w="1134"/>
        <w:gridCol w:w="3402"/>
      </w:tblGrid>
      <w:tr w:rsidR="00610F41" w14:paraId="4A0A81EB" w14:textId="77777777" w:rsidTr="000B7550">
        <w:trPr>
          <w:trHeight w:val="502"/>
          <w:jc w:val="center"/>
        </w:trPr>
        <w:tc>
          <w:tcPr>
            <w:tcW w:w="1361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33846DB6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sz w:val="18"/>
                <w:szCs w:val="18"/>
              </w:rPr>
              <w:t>관리기간</w:t>
            </w:r>
          </w:p>
        </w:tc>
        <w:tc>
          <w:tcPr>
            <w:tcW w:w="5159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7A71AE8A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sz w:val="18"/>
                <w:szCs w:val="18"/>
              </w:rPr>
              <w:t>20    년    월    일 ~ 20    년    월    일</w:t>
            </w:r>
          </w:p>
        </w:tc>
        <w:tc>
          <w:tcPr>
            <w:tcW w:w="1304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7641D2A6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sz w:val="18"/>
                <w:szCs w:val="18"/>
              </w:rPr>
              <w:t>관리부서</w:t>
            </w:r>
          </w:p>
        </w:tc>
        <w:tc>
          <w:tcPr>
            <w:tcW w:w="3118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563B2782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36679426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sz w:val="18"/>
                <w:szCs w:val="18"/>
              </w:rPr>
              <w:t>담당자</w:t>
            </w:r>
          </w:p>
        </w:tc>
        <w:tc>
          <w:tcPr>
            <w:tcW w:w="3402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3EAB3B30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1026FA47" w14:textId="77777777" w:rsidR="00610F41" w:rsidRDefault="00000000">
      <w:pPr>
        <w:spacing w:before="100" w:after="60"/>
      </w:pPr>
      <w:r>
        <w:rPr>
          <w:b/>
          <w:color w:val="2E69AB"/>
          <w:sz w:val="20"/>
        </w:rPr>
        <w:t>01  INCOME &amp; EXPENSE LIST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1363"/>
        <w:gridCol w:w="1079"/>
        <w:gridCol w:w="1589"/>
        <w:gridCol w:w="3009"/>
        <w:gridCol w:w="1533"/>
        <w:gridCol w:w="1533"/>
        <w:gridCol w:w="1533"/>
        <w:gridCol w:w="1363"/>
        <w:gridCol w:w="964"/>
        <w:gridCol w:w="907"/>
      </w:tblGrid>
      <w:tr w:rsidR="00610F41" w:rsidRPr="00BB78BB" w14:paraId="42FE1DD1" w14:textId="77777777" w:rsidTr="000B7550">
        <w:trPr>
          <w:trHeight w:val="394"/>
          <w:jc w:val="center"/>
        </w:trPr>
        <w:tc>
          <w:tcPr>
            <w:tcW w:w="624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425C2A78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No.</w:t>
            </w:r>
          </w:p>
        </w:tc>
        <w:tc>
          <w:tcPr>
            <w:tcW w:w="1363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64D60BAB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일자</w:t>
            </w:r>
          </w:p>
        </w:tc>
        <w:tc>
          <w:tcPr>
            <w:tcW w:w="1079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028A834E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구분</w:t>
            </w:r>
          </w:p>
        </w:tc>
        <w:tc>
          <w:tcPr>
            <w:tcW w:w="1589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16DBF532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항목</w:t>
            </w:r>
          </w:p>
        </w:tc>
        <w:tc>
          <w:tcPr>
            <w:tcW w:w="3009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0F5A38F0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내용</w:t>
            </w:r>
          </w:p>
        </w:tc>
        <w:tc>
          <w:tcPr>
            <w:tcW w:w="1533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13471B65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수입금액</w:t>
            </w:r>
          </w:p>
        </w:tc>
        <w:tc>
          <w:tcPr>
            <w:tcW w:w="1533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29F29AC1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지출금액</w:t>
            </w:r>
          </w:p>
        </w:tc>
        <w:tc>
          <w:tcPr>
            <w:tcW w:w="1533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5B27A645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잔액</w:t>
            </w:r>
          </w:p>
        </w:tc>
        <w:tc>
          <w:tcPr>
            <w:tcW w:w="1363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1B227BD6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결제수단</w:t>
            </w:r>
          </w:p>
        </w:tc>
        <w:tc>
          <w:tcPr>
            <w:tcW w:w="964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14F58142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증빙</w:t>
            </w:r>
          </w:p>
        </w:tc>
        <w:tc>
          <w:tcPr>
            <w:tcW w:w="907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296C8384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비고</w:t>
            </w:r>
          </w:p>
        </w:tc>
      </w:tr>
      <w:tr w:rsidR="00610F41" w:rsidRPr="00BB78BB" w14:paraId="278FFF61" w14:textId="77777777" w:rsidTr="000B7550">
        <w:trPr>
          <w:trHeight w:val="375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9CAC3FA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2CD1A9F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1832691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F6B7C97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99786B1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5172C55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50CB8A2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413ED27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B7DC3E4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2D0C9B0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ED61FD4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</w:tr>
      <w:tr w:rsidR="00610F41" w:rsidRPr="00BB78BB" w14:paraId="658CE669" w14:textId="77777777" w:rsidTr="000B7550">
        <w:trPr>
          <w:trHeight w:val="375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A44ED5A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152699E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1AA96A8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8629714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94AB168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184C624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DB20102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0DD90D5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F09F7EC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C78E995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5A5D298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</w:tr>
      <w:tr w:rsidR="00610F41" w:rsidRPr="00BB78BB" w14:paraId="1271FD53" w14:textId="77777777" w:rsidTr="000B7550">
        <w:trPr>
          <w:trHeight w:val="375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9703823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126896F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E731E53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15F1610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7DE61B1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956A322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BBD3567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4B69964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C277D99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20A427B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EA531BD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</w:tr>
      <w:tr w:rsidR="00610F41" w:rsidRPr="00BB78BB" w14:paraId="70654BDE" w14:textId="77777777" w:rsidTr="000B7550">
        <w:trPr>
          <w:trHeight w:val="375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A100E94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50C0ACD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A071572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CCE6804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57944BC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84EADA0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D6797FC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A3E759D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932E46C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071DBA7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B045607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</w:tr>
      <w:tr w:rsidR="00610F41" w:rsidRPr="00BB78BB" w14:paraId="2902D91B" w14:textId="77777777" w:rsidTr="000B7550">
        <w:trPr>
          <w:trHeight w:val="357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91C7144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3323404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8025019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BC7B656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7AAC041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C9E7499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5EBFC80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942C26B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1296FE5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DB662C1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8F779A7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</w:tr>
      <w:tr w:rsidR="00610F41" w:rsidRPr="00BB78BB" w14:paraId="71C65870" w14:textId="77777777" w:rsidTr="000B7550">
        <w:trPr>
          <w:trHeight w:val="375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D4FA7B0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3E104B3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A7E00F3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EF72D6A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B960BC2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64DD98F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3A012BF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EFC1462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7A6DC20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757A073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7B33A0A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</w:tr>
      <w:tr w:rsidR="00610F41" w:rsidRPr="00BB78BB" w14:paraId="47FBC483" w14:textId="77777777" w:rsidTr="000B7550">
        <w:trPr>
          <w:trHeight w:val="375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13BB37A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A6133A6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E074977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89A0BC2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8C1EDC9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2CC2FD5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E53C2DE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E6772E0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1AEC601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8EEEAE8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0B69842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</w:tr>
      <w:tr w:rsidR="00610F41" w:rsidRPr="00BB78BB" w14:paraId="5E1ABC7D" w14:textId="77777777" w:rsidTr="000B7550">
        <w:trPr>
          <w:trHeight w:val="375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0AEB9B2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A16AEEA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3412B44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6258486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85A0B0F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1670B1A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921B750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D827439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0B1616F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FF3B80B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3E833DE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</w:tr>
      <w:tr w:rsidR="00610F41" w:rsidRPr="00BB78BB" w14:paraId="3768B5F7" w14:textId="77777777" w:rsidTr="000B7550">
        <w:trPr>
          <w:trHeight w:val="357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2BDF661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CA1C175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4874D4B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5ACFB08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8273202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2B630DF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27DB30E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B4AE3F8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31890AB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0728F11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5E759B2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</w:tr>
      <w:tr w:rsidR="00610F41" w:rsidRPr="00BB78BB" w14:paraId="1B133FD1" w14:textId="77777777" w:rsidTr="000B7550">
        <w:trPr>
          <w:trHeight w:val="375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7199654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BA8E6F0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9B05788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D1AEE25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D2EF74D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DD23A76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5199383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13CEFD8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9C9F07C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31B95AB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449B78D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</w:tr>
      <w:tr w:rsidR="00610F41" w:rsidRPr="00BB78BB" w14:paraId="78339F63" w14:textId="77777777" w:rsidTr="000B7550">
        <w:trPr>
          <w:trHeight w:val="375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C83F31E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D129698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D28371C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AD70A9C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6BEC98E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0471FFC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3A2C064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5BB9EDB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9CA324B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CF82F1B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833D9B3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</w:tr>
      <w:tr w:rsidR="00610F41" w:rsidRPr="00BB78BB" w14:paraId="2CE5E1AD" w14:textId="77777777" w:rsidTr="000B7550">
        <w:trPr>
          <w:trHeight w:val="375"/>
          <w:jc w:val="center"/>
        </w:trPr>
        <w:tc>
          <w:tcPr>
            <w:tcW w:w="62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F768070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02A430C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05AEEA9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B82B84A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09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0E4C222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2F83E42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87954C0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1B528D6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DEC6079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03DEDC8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2D7D3D2" w14:textId="77777777" w:rsidR="00610F41" w:rsidRPr="00BB78BB" w:rsidRDefault="00610F41">
            <w:pPr>
              <w:spacing w:after="0"/>
              <w:rPr>
                <w:sz w:val="18"/>
                <w:szCs w:val="18"/>
              </w:rPr>
            </w:pP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4"/>
        <w:gridCol w:w="2574"/>
        <w:gridCol w:w="2574"/>
        <w:gridCol w:w="2574"/>
        <w:gridCol w:w="2574"/>
        <w:gridCol w:w="2578"/>
      </w:tblGrid>
      <w:tr w:rsidR="00610F41" w:rsidRPr="00BB78BB" w14:paraId="66A69B88" w14:textId="77777777" w:rsidTr="000B7550">
        <w:trPr>
          <w:trHeight w:val="447"/>
          <w:jc w:val="center"/>
        </w:trPr>
        <w:tc>
          <w:tcPr>
            <w:tcW w:w="2574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0A0F8125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sz w:val="18"/>
                <w:szCs w:val="18"/>
              </w:rPr>
              <w:t>수입 합계</w:t>
            </w:r>
          </w:p>
        </w:tc>
        <w:tc>
          <w:tcPr>
            <w:tcW w:w="2574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0FDA2403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3EA44A13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sz w:val="18"/>
                <w:szCs w:val="18"/>
              </w:rPr>
              <w:t>지출 합계</w:t>
            </w:r>
          </w:p>
        </w:tc>
        <w:tc>
          <w:tcPr>
            <w:tcW w:w="2574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3FBAA394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76223516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sz w:val="18"/>
                <w:szCs w:val="18"/>
              </w:rPr>
              <w:t>현재 잔액</w:t>
            </w:r>
          </w:p>
        </w:tc>
        <w:tc>
          <w:tcPr>
            <w:tcW w:w="2576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195B8268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10F41" w:rsidRPr="00BB78BB" w14:paraId="5AF12AE7" w14:textId="77777777" w:rsidTr="000B7550">
        <w:trPr>
          <w:trHeight w:val="1910"/>
          <w:jc w:val="center"/>
        </w:trPr>
        <w:tc>
          <w:tcPr>
            <w:tcW w:w="2574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20A9A2C0" w14:textId="77777777" w:rsidR="00610F41" w:rsidRPr="00BB78BB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BB78BB">
              <w:rPr>
                <w:rFonts w:ascii="맑은 고딕" w:eastAsia="맑은 고딕" w:hAnsi="맑은 고딕"/>
                <w:b/>
                <w:sz w:val="18"/>
                <w:szCs w:val="18"/>
              </w:rPr>
              <w:t>확인 / 메모</w:t>
            </w:r>
          </w:p>
        </w:tc>
        <w:tc>
          <w:tcPr>
            <w:tcW w:w="12874" w:type="dxa"/>
            <w:gridSpan w:val="5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26D55A45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61F4DD95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09E59924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48309ECB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0C48ABBD" w14:textId="77777777" w:rsidR="00610F41" w:rsidRPr="00BB78BB" w:rsidRDefault="00610F41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7107D76D" w14:textId="77777777" w:rsidR="00610F41" w:rsidRDefault="00000000">
      <w:pPr>
        <w:spacing w:before="100"/>
        <w:rPr>
          <w:lang w:eastAsia="ko-KR"/>
        </w:rPr>
      </w:pPr>
      <w:r>
        <w:rPr>
          <w:color w:val="5A6470"/>
          <w:sz w:val="16"/>
          <w:lang w:eastAsia="ko-KR"/>
        </w:rPr>
        <w:t xml:space="preserve">※ </w:t>
      </w:r>
      <w:r>
        <w:rPr>
          <w:color w:val="5A6470"/>
          <w:sz w:val="16"/>
          <w:lang w:eastAsia="ko-KR"/>
        </w:rPr>
        <w:t>실제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입</w:t>
      </w:r>
      <w:r>
        <w:rPr>
          <w:color w:val="5A6470"/>
          <w:sz w:val="16"/>
          <w:lang w:eastAsia="ko-KR"/>
        </w:rPr>
        <w:t>·</w:t>
      </w:r>
      <w:r>
        <w:rPr>
          <w:color w:val="5A6470"/>
          <w:sz w:val="16"/>
          <w:lang w:eastAsia="ko-KR"/>
        </w:rPr>
        <w:t>출금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내역과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영수증</w:t>
      </w:r>
      <w:r>
        <w:rPr>
          <w:color w:val="5A6470"/>
          <w:sz w:val="16"/>
          <w:lang w:eastAsia="ko-KR"/>
        </w:rPr>
        <w:t>·</w:t>
      </w:r>
      <w:r>
        <w:rPr>
          <w:color w:val="5A6470"/>
          <w:sz w:val="16"/>
          <w:lang w:eastAsia="ko-KR"/>
        </w:rPr>
        <w:t>계좌내역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등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관련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자료를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함께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확인하여</w:t>
      </w:r>
      <w:r>
        <w:rPr>
          <w:color w:val="5A6470"/>
          <w:sz w:val="16"/>
          <w:lang w:eastAsia="ko-KR"/>
        </w:rPr>
        <w:t xml:space="preserve"> </w:t>
      </w:r>
      <w:r>
        <w:rPr>
          <w:color w:val="5A6470"/>
          <w:sz w:val="16"/>
          <w:lang w:eastAsia="ko-KR"/>
        </w:rPr>
        <w:t>기록하세요</w:t>
      </w:r>
      <w:r>
        <w:rPr>
          <w:color w:val="5A6470"/>
          <w:sz w:val="16"/>
          <w:lang w:eastAsia="ko-KR"/>
        </w:rPr>
        <w:t>.</w:t>
      </w:r>
    </w:p>
    <w:sectPr w:rsidR="00610F41" w:rsidSect="00034616">
      <w:pgSz w:w="16838" w:h="11906"/>
      <w:pgMar w:top="102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418262">
    <w:abstractNumId w:val="8"/>
  </w:num>
  <w:num w:numId="2" w16cid:durableId="2038461303">
    <w:abstractNumId w:val="6"/>
  </w:num>
  <w:num w:numId="3" w16cid:durableId="303976143">
    <w:abstractNumId w:val="5"/>
  </w:num>
  <w:num w:numId="4" w16cid:durableId="984621230">
    <w:abstractNumId w:val="4"/>
  </w:num>
  <w:num w:numId="5" w16cid:durableId="1621956007">
    <w:abstractNumId w:val="7"/>
  </w:num>
  <w:num w:numId="6" w16cid:durableId="792096468">
    <w:abstractNumId w:val="3"/>
  </w:num>
  <w:num w:numId="7" w16cid:durableId="278873237">
    <w:abstractNumId w:val="2"/>
  </w:num>
  <w:num w:numId="8" w16cid:durableId="214779654">
    <w:abstractNumId w:val="1"/>
  </w:num>
  <w:num w:numId="9" w16cid:durableId="203175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7550"/>
    <w:rsid w:val="0015074B"/>
    <w:rsid w:val="0029639D"/>
    <w:rsid w:val="00326F90"/>
    <w:rsid w:val="00610F41"/>
    <w:rsid w:val="007C0322"/>
    <w:rsid w:val="00A067C2"/>
    <w:rsid w:val="00AA1D8D"/>
    <w:rsid w:val="00B47730"/>
    <w:rsid w:val="00BB78B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F9FDFB"/>
  <w14:defaultImageDpi w14:val="300"/>
  <w15:docId w15:val="{5553C7A4-7D1F-48DD-8D45-6F5DEB4D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2026-09-04T02:20:00Z</dcterms:modified>
  <cp:category/>
</cp:coreProperties>
</file>