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EF21A" w14:textId="77777777" w:rsidR="00BE19CE" w:rsidRPr="00585C19" w:rsidRDefault="00000000" w:rsidP="00585C19">
      <w:pPr>
        <w:spacing w:after="40" w:line="240" w:lineRule="auto"/>
        <w:jc w:val="center"/>
        <w:rPr>
          <w:sz w:val="44"/>
          <w:szCs w:val="44"/>
          <w:lang w:eastAsia="ko-KR"/>
        </w:rPr>
      </w:pPr>
      <w:r w:rsidRPr="00585C19">
        <w:rPr>
          <w:b/>
          <w:color w:val="111111"/>
          <w:sz w:val="44"/>
          <w:szCs w:val="44"/>
          <w:lang w:eastAsia="ko-KR"/>
        </w:rPr>
        <w:t>발 주 서</w:t>
      </w:r>
    </w:p>
    <w:p w14:paraId="1BDA9402" w14:textId="77777777" w:rsidR="00BE19CE" w:rsidRDefault="00000000" w:rsidP="00585C19">
      <w:pPr>
        <w:spacing w:after="180" w:line="240" w:lineRule="auto"/>
        <w:jc w:val="center"/>
        <w:rPr>
          <w:lang w:eastAsia="ko-KR"/>
        </w:rPr>
      </w:pPr>
      <w:r>
        <w:rPr>
          <w:color w:val="666666"/>
          <w:lang w:eastAsia="ko-KR"/>
        </w:rPr>
        <w:t>상품 또는 용역의 주문 내용과 납품 조건을 정리하는 일반 업무용 발주서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3774"/>
        <w:gridCol w:w="1296"/>
        <w:gridCol w:w="3774"/>
      </w:tblGrid>
      <w:tr w:rsidR="00BE19CE" w14:paraId="0248102A" w14:textId="77777777" w:rsidTr="00585C19">
        <w:trPr>
          <w:trHeight w:hRule="exact" w:val="536"/>
          <w:jc w:val="center"/>
        </w:trPr>
        <w:tc>
          <w:tcPr>
            <w:tcW w:w="129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2B6CCBEC" w14:textId="77777777" w:rsidR="00BE19CE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발주일자</w:t>
            </w:r>
            <w:proofErr w:type="spellEnd"/>
          </w:p>
        </w:tc>
        <w:tc>
          <w:tcPr>
            <w:tcW w:w="377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7D7E33F" w14:textId="77777777" w:rsidR="00BE19CE" w:rsidRDefault="00000000">
            <w:pPr>
              <w:spacing w:after="0"/>
            </w:pPr>
            <w:r>
              <w:rPr>
                <w:color w:val="222222"/>
              </w:rPr>
              <w:t>20      년      월      일</w:t>
            </w:r>
          </w:p>
        </w:tc>
        <w:tc>
          <w:tcPr>
            <w:tcW w:w="129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00359872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발주번호</w:t>
            </w:r>
          </w:p>
        </w:tc>
        <w:tc>
          <w:tcPr>
            <w:tcW w:w="377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325F581" w14:textId="77777777" w:rsidR="00BE19CE" w:rsidRDefault="00BE19CE">
            <w:pPr>
              <w:spacing w:after="0"/>
            </w:pPr>
          </w:p>
        </w:tc>
      </w:tr>
      <w:tr w:rsidR="00BE19CE" w14:paraId="4476CA51" w14:textId="77777777" w:rsidTr="00585C19">
        <w:trPr>
          <w:trHeight w:hRule="exact" w:val="536"/>
          <w:jc w:val="center"/>
        </w:trPr>
        <w:tc>
          <w:tcPr>
            <w:tcW w:w="129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21A0C2E6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수신처</w:t>
            </w:r>
          </w:p>
        </w:tc>
        <w:tc>
          <w:tcPr>
            <w:tcW w:w="377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F61A868" w14:textId="77777777" w:rsidR="00BE19CE" w:rsidRDefault="00BE19CE">
            <w:pPr>
              <w:spacing w:after="0"/>
            </w:pPr>
          </w:p>
        </w:tc>
        <w:tc>
          <w:tcPr>
            <w:tcW w:w="129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508666C3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담당자</w:t>
            </w:r>
          </w:p>
        </w:tc>
        <w:tc>
          <w:tcPr>
            <w:tcW w:w="377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F211D88" w14:textId="77777777" w:rsidR="00BE19CE" w:rsidRDefault="00BE19CE">
            <w:pPr>
              <w:spacing w:after="0"/>
            </w:pPr>
          </w:p>
        </w:tc>
      </w:tr>
      <w:tr w:rsidR="00BE19CE" w14:paraId="419B12C0" w14:textId="77777777" w:rsidTr="00585C19">
        <w:trPr>
          <w:trHeight w:hRule="exact" w:val="536"/>
          <w:jc w:val="center"/>
        </w:trPr>
        <w:tc>
          <w:tcPr>
            <w:tcW w:w="129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1C3C4C16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연락처</w:t>
            </w:r>
          </w:p>
        </w:tc>
        <w:tc>
          <w:tcPr>
            <w:tcW w:w="377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03FA67B" w14:textId="77777777" w:rsidR="00BE19CE" w:rsidRDefault="00BE19CE">
            <w:pPr>
              <w:spacing w:after="0"/>
            </w:pPr>
          </w:p>
        </w:tc>
        <w:tc>
          <w:tcPr>
            <w:tcW w:w="129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34E2A941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이메일</w:t>
            </w:r>
          </w:p>
        </w:tc>
        <w:tc>
          <w:tcPr>
            <w:tcW w:w="377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6840404" w14:textId="77777777" w:rsidR="00BE19CE" w:rsidRDefault="00BE19CE">
            <w:pPr>
              <w:spacing w:after="0"/>
            </w:pPr>
          </w:p>
        </w:tc>
      </w:tr>
      <w:tr w:rsidR="00BE19CE" w14:paraId="06766A54" w14:textId="77777777" w:rsidTr="00585C19">
        <w:trPr>
          <w:trHeight w:hRule="exact" w:val="536"/>
          <w:jc w:val="center"/>
        </w:trPr>
        <w:tc>
          <w:tcPr>
            <w:tcW w:w="129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752B2EFB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납품기한</w:t>
            </w:r>
          </w:p>
        </w:tc>
        <w:tc>
          <w:tcPr>
            <w:tcW w:w="377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4B64E38" w14:textId="77777777" w:rsidR="00BE19CE" w:rsidRDefault="00BE19CE">
            <w:pPr>
              <w:spacing w:after="0"/>
            </w:pPr>
          </w:p>
        </w:tc>
        <w:tc>
          <w:tcPr>
            <w:tcW w:w="129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30E377B6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납품장소</w:t>
            </w:r>
          </w:p>
        </w:tc>
        <w:tc>
          <w:tcPr>
            <w:tcW w:w="377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17451E4" w14:textId="77777777" w:rsidR="00BE19CE" w:rsidRDefault="00BE19CE">
            <w:pPr>
              <w:spacing w:after="0"/>
            </w:pPr>
          </w:p>
        </w:tc>
      </w:tr>
    </w:tbl>
    <w:p w14:paraId="07D9CB78" w14:textId="77777777" w:rsidR="00BE19CE" w:rsidRDefault="00000000">
      <w:pPr>
        <w:spacing w:before="140" w:after="60"/>
      </w:pPr>
      <w:r>
        <w:rPr>
          <w:b/>
          <w:color w:val="222222"/>
          <w:sz w:val="21"/>
        </w:rPr>
        <w:t>발주 내역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"/>
        <w:gridCol w:w="2714"/>
        <w:gridCol w:w="1016"/>
        <w:gridCol w:w="960"/>
        <w:gridCol w:w="903"/>
        <w:gridCol w:w="1412"/>
        <w:gridCol w:w="1582"/>
        <w:gridCol w:w="1073"/>
      </w:tblGrid>
      <w:tr w:rsidR="00585C19" w14:paraId="72636B46" w14:textId="77777777" w:rsidTr="00585C19">
        <w:trPr>
          <w:trHeight w:hRule="exact" w:val="550"/>
          <w:jc w:val="center"/>
        </w:trPr>
        <w:tc>
          <w:tcPr>
            <w:tcW w:w="5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495F81DA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No.</w:t>
            </w:r>
          </w:p>
        </w:tc>
        <w:tc>
          <w:tcPr>
            <w:tcW w:w="271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70055811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품목 / 내용</w:t>
            </w:r>
          </w:p>
        </w:tc>
        <w:tc>
          <w:tcPr>
            <w:tcW w:w="101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18107625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규격</w:t>
            </w:r>
          </w:p>
        </w:tc>
        <w:tc>
          <w:tcPr>
            <w:tcW w:w="9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4A91278F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수량</w:t>
            </w:r>
          </w:p>
        </w:tc>
        <w:tc>
          <w:tcPr>
            <w:tcW w:w="9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3DA762AE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단위</w:t>
            </w:r>
          </w:p>
        </w:tc>
        <w:tc>
          <w:tcPr>
            <w:tcW w:w="14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59817CDC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단가</w:t>
            </w:r>
          </w:p>
        </w:tc>
        <w:tc>
          <w:tcPr>
            <w:tcW w:w="158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579FE0FB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금액</w:t>
            </w:r>
          </w:p>
        </w:tc>
        <w:tc>
          <w:tcPr>
            <w:tcW w:w="107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2B86EDF4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비고</w:t>
            </w:r>
          </w:p>
        </w:tc>
      </w:tr>
      <w:tr w:rsidR="00585C19" w14:paraId="1487423D" w14:textId="77777777" w:rsidTr="00585C19">
        <w:trPr>
          <w:trHeight w:hRule="exact" w:val="517"/>
          <w:jc w:val="center"/>
        </w:trPr>
        <w:tc>
          <w:tcPr>
            <w:tcW w:w="5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B176120" w14:textId="77777777" w:rsidR="00BE19CE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1</w:t>
            </w:r>
          </w:p>
        </w:tc>
        <w:tc>
          <w:tcPr>
            <w:tcW w:w="271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AF5FCD6" w14:textId="77777777" w:rsidR="00BE19CE" w:rsidRDefault="00BE19CE">
            <w:pPr>
              <w:spacing w:after="0"/>
              <w:jc w:val="center"/>
            </w:pPr>
          </w:p>
        </w:tc>
        <w:tc>
          <w:tcPr>
            <w:tcW w:w="101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9F19374" w14:textId="77777777" w:rsidR="00BE19CE" w:rsidRDefault="00BE19CE">
            <w:pPr>
              <w:spacing w:after="0"/>
              <w:jc w:val="center"/>
            </w:pPr>
          </w:p>
        </w:tc>
        <w:tc>
          <w:tcPr>
            <w:tcW w:w="9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3B2B0C4" w14:textId="77777777" w:rsidR="00BE19CE" w:rsidRDefault="00BE19CE">
            <w:pPr>
              <w:spacing w:after="0"/>
              <w:jc w:val="center"/>
            </w:pPr>
          </w:p>
        </w:tc>
        <w:tc>
          <w:tcPr>
            <w:tcW w:w="9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9343110" w14:textId="77777777" w:rsidR="00BE19CE" w:rsidRDefault="00BE19CE">
            <w:pPr>
              <w:spacing w:after="0"/>
              <w:jc w:val="center"/>
            </w:pPr>
          </w:p>
        </w:tc>
        <w:tc>
          <w:tcPr>
            <w:tcW w:w="14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24AEED5" w14:textId="77777777" w:rsidR="00BE19CE" w:rsidRDefault="00BE19CE">
            <w:pPr>
              <w:spacing w:after="0"/>
              <w:jc w:val="right"/>
            </w:pPr>
          </w:p>
        </w:tc>
        <w:tc>
          <w:tcPr>
            <w:tcW w:w="158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FB927CF" w14:textId="77777777" w:rsidR="00BE19CE" w:rsidRDefault="00BE19CE">
            <w:pPr>
              <w:spacing w:after="0"/>
              <w:jc w:val="right"/>
            </w:pPr>
          </w:p>
        </w:tc>
        <w:tc>
          <w:tcPr>
            <w:tcW w:w="107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D392682" w14:textId="77777777" w:rsidR="00BE19CE" w:rsidRDefault="00BE19CE">
            <w:pPr>
              <w:spacing w:after="0"/>
              <w:jc w:val="right"/>
            </w:pPr>
          </w:p>
        </w:tc>
      </w:tr>
      <w:tr w:rsidR="00585C19" w14:paraId="427D8B7A" w14:textId="77777777" w:rsidTr="00585C19">
        <w:trPr>
          <w:trHeight w:hRule="exact" w:val="517"/>
          <w:jc w:val="center"/>
        </w:trPr>
        <w:tc>
          <w:tcPr>
            <w:tcW w:w="5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404DF20" w14:textId="77777777" w:rsidR="00BE19CE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2</w:t>
            </w:r>
          </w:p>
        </w:tc>
        <w:tc>
          <w:tcPr>
            <w:tcW w:w="271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9F0949B" w14:textId="77777777" w:rsidR="00BE19CE" w:rsidRDefault="00BE19CE">
            <w:pPr>
              <w:spacing w:after="0"/>
              <w:jc w:val="center"/>
            </w:pPr>
          </w:p>
        </w:tc>
        <w:tc>
          <w:tcPr>
            <w:tcW w:w="101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D81F12C" w14:textId="77777777" w:rsidR="00BE19CE" w:rsidRDefault="00BE19CE">
            <w:pPr>
              <w:spacing w:after="0"/>
              <w:jc w:val="center"/>
            </w:pPr>
          </w:p>
        </w:tc>
        <w:tc>
          <w:tcPr>
            <w:tcW w:w="9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D0E1049" w14:textId="77777777" w:rsidR="00BE19CE" w:rsidRDefault="00BE19CE">
            <w:pPr>
              <w:spacing w:after="0"/>
              <w:jc w:val="center"/>
            </w:pPr>
          </w:p>
        </w:tc>
        <w:tc>
          <w:tcPr>
            <w:tcW w:w="9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F937830" w14:textId="77777777" w:rsidR="00BE19CE" w:rsidRDefault="00BE19CE">
            <w:pPr>
              <w:spacing w:after="0"/>
              <w:jc w:val="center"/>
            </w:pPr>
          </w:p>
        </w:tc>
        <w:tc>
          <w:tcPr>
            <w:tcW w:w="14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776C812" w14:textId="77777777" w:rsidR="00BE19CE" w:rsidRDefault="00BE19CE">
            <w:pPr>
              <w:spacing w:after="0"/>
              <w:jc w:val="right"/>
            </w:pPr>
          </w:p>
        </w:tc>
        <w:tc>
          <w:tcPr>
            <w:tcW w:w="158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2E60D1D" w14:textId="77777777" w:rsidR="00BE19CE" w:rsidRDefault="00BE19CE">
            <w:pPr>
              <w:spacing w:after="0"/>
              <w:jc w:val="right"/>
            </w:pPr>
          </w:p>
        </w:tc>
        <w:tc>
          <w:tcPr>
            <w:tcW w:w="107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E9202AC" w14:textId="77777777" w:rsidR="00BE19CE" w:rsidRDefault="00BE19CE">
            <w:pPr>
              <w:spacing w:after="0"/>
              <w:jc w:val="right"/>
            </w:pPr>
          </w:p>
        </w:tc>
      </w:tr>
      <w:tr w:rsidR="00585C19" w14:paraId="05EB68A8" w14:textId="77777777" w:rsidTr="00585C19">
        <w:trPr>
          <w:trHeight w:hRule="exact" w:val="517"/>
          <w:jc w:val="center"/>
        </w:trPr>
        <w:tc>
          <w:tcPr>
            <w:tcW w:w="5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55C9F0F" w14:textId="77777777" w:rsidR="00BE19CE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3</w:t>
            </w:r>
          </w:p>
        </w:tc>
        <w:tc>
          <w:tcPr>
            <w:tcW w:w="271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D4EF730" w14:textId="77777777" w:rsidR="00BE19CE" w:rsidRDefault="00BE19CE">
            <w:pPr>
              <w:spacing w:after="0"/>
              <w:jc w:val="center"/>
            </w:pPr>
          </w:p>
        </w:tc>
        <w:tc>
          <w:tcPr>
            <w:tcW w:w="101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96DC620" w14:textId="77777777" w:rsidR="00BE19CE" w:rsidRDefault="00BE19CE">
            <w:pPr>
              <w:spacing w:after="0"/>
              <w:jc w:val="center"/>
            </w:pPr>
          </w:p>
        </w:tc>
        <w:tc>
          <w:tcPr>
            <w:tcW w:w="9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356A3BA" w14:textId="77777777" w:rsidR="00BE19CE" w:rsidRDefault="00BE19CE">
            <w:pPr>
              <w:spacing w:after="0"/>
              <w:jc w:val="center"/>
            </w:pPr>
          </w:p>
        </w:tc>
        <w:tc>
          <w:tcPr>
            <w:tcW w:w="9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DD3D1D6" w14:textId="77777777" w:rsidR="00BE19CE" w:rsidRDefault="00BE19CE">
            <w:pPr>
              <w:spacing w:after="0"/>
              <w:jc w:val="center"/>
            </w:pPr>
          </w:p>
        </w:tc>
        <w:tc>
          <w:tcPr>
            <w:tcW w:w="14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225F295" w14:textId="77777777" w:rsidR="00BE19CE" w:rsidRDefault="00BE19CE">
            <w:pPr>
              <w:spacing w:after="0"/>
              <w:jc w:val="right"/>
            </w:pPr>
          </w:p>
        </w:tc>
        <w:tc>
          <w:tcPr>
            <w:tcW w:w="158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4D81113" w14:textId="77777777" w:rsidR="00BE19CE" w:rsidRDefault="00BE19CE">
            <w:pPr>
              <w:spacing w:after="0"/>
              <w:jc w:val="right"/>
            </w:pPr>
          </w:p>
        </w:tc>
        <w:tc>
          <w:tcPr>
            <w:tcW w:w="107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013E2AA" w14:textId="77777777" w:rsidR="00BE19CE" w:rsidRDefault="00BE19CE">
            <w:pPr>
              <w:spacing w:after="0"/>
              <w:jc w:val="right"/>
            </w:pPr>
          </w:p>
        </w:tc>
      </w:tr>
      <w:tr w:rsidR="00585C19" w14:paraId="15CDF915" w14:textId="77777777" w:rsidTr="00585C19">
        <w:trPr>
          <w:trHeight w:hRule="exact" w:val="517"/>
          <w:jc w:val="center"/>
        </w:trPr>
        <w:tc>
          <w:tcPr>
            <w:tcW w:w="5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31AA0CA" w14:textId="77777777" w:rsidR="00BE19CE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4</w:t>
            </w:r>
          </w:p>
        </w:tc>
        <w:tc>
          <w:tcPr>
            <w:tcW w:w="271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F974239" w14:textId="77777777" w:rsidR="00BE19CE" w:rsidRDefault="00BE19CE">
            <w:pPr>
              <w:spacing w:after="0"/>
              <w:jc w:val="center"/>
            </w:pPr>
          </w:p>
        </w:tc>
        <w:tc>
          <w:tcPr>
            <w:tcW w:w="101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8D43A36" w14:textId="77777777" w:rsidR="00BE19CE" w:rsidRDefault="00BE19CE">
            <w:pPr>
              <w:spacing w:after="0"/>
              <w:jc w:val="center"/>
            </w:pPr>
          </w:p>
        </w:tc>
        <w:tc>
          <w:tcPr>
            <w:tcW w:w="9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0C9D141" w14:textId="77777777" w:rsidR="00BE19CE" w:rsidRDefault="00BE19CE">
            <w:pPr>
              <w:spacing w:after="0"/>
              <w:jc w:val="center"/>
            </w:pPr>
          </w:p>
        </w:tc>
        <w:tc>
          <w:tcPr>
            <w:tcW w:w="9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96D87D2" w14:textId="77777777" w:rsidR="00BE19CE" w:rsidRDefault="00BE19CE">
            <w:pPr>
              <w:spacing w:after="0"/>
              <w:jc w:val="center"/>
            </w:pPr>
          </w:p>
        </w:tc>
        <w:tc>
          <w:tcPr>
            <w:tcW w:w="14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A0081FF" w14:textId="77777777" w:rsidR="00BE19CE" w:rsidRDefault="00BE19CE">
            <w:pPr>
              <w:spacing w:after="0"/>
              <w:jc w:val="right"/>
            </w:pPr>
          </w:p>
        </w:tc>
        <w:tc>
          <w:tcPr>
            <w:tcW w:w="158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087CD07" w14:textId="77777777" w:rsidR="00BE19CE" w:rsidRDefault="00BE19CE">
            <w:pPr>
              <w:spacing w:after="0"/>
              <w:jc w:val="right"/>
            </w:pPr>
          </w:p>
        </w:tc>
        <w:tc>
          <w:tcPr>
            <w:tcW w:w="107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4D18AFE" w14:textId="77777777" w:rsidR="00BE19CE" w:rsidRDefault="00BE19CE">
            <w:pPr>
              <w:spacing w:after="0"/>
              <w:jc w:val="right"/>
            </w:pPr>
          </w:p>
        </w:tc>
      </w:tr>
      <w:tr w:rsidR="00585C19" w14:paraId="26DB55E6" w14:textId="77777777" w:rsidTr="00585C19">
        <w:trPr>
          <w:trHeight w:hRule="exact" w:val="517"/>
          <w:jc w:val="center"/>
        </w:trPr>
        <w:tc>
          <w:tcPr>
            <w:tcW w:w="5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9D9670F" w14:textId="77777777" w:rsidR="00BE19CE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5</w:t>
            </w:r>
          </w:p>
        </w:tc>
        <w:tc>
          <w:tcPr>
            <w:tcW w:w="271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453686A" w14:textId="77777777" w:rsidR="00BE19CE" w:rsidRDefault="00BE19CE">
            <w:pPr>
              <w:spacing w:after="0"/>
              <w:jc w:val="center"/>
            </w:pPr>
          </w:p>
        </w:tc>
        <w:tc>
          <w:tcPr>
            <w:tcW w:w="101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ED98CAA" w14:textId="77777777" w:rsidR="00BE19CE" w:rsidRDefault="00BE19CE">
            <w:pPr>
              <w:spacing w:after="0"/>
              <w:jc w:val="center"/>
            </w:pPr>
          </w:p>
        </w:tc>
        <w:tc>
          <w:tcPr>
            <w:tcW w:w="9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AF62DA7" w14:textId="77777777" w:rsidR="00BE19CE" w:rsidRDefault="00BE19CE">
            <w:pPr>
              <w:spacing w:after="0"/>
              <w:jc w:val="center"/>
            </w:pPr>
          </w:p>
        </w:tc>
        <w:tc>
          <w:tcPr>
            <w:tcW w:w="9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142159E" w14:textId="77777777" w:rsidR="00BE19CE" w:rsidRDefault="00BE19CE">
            <w:pPr>
              <w:spacing w:after="0"/>
              <w:jc w:val="center"/>
            </w:pPr>
          </w:p>
        </w:tc>
        <w:tc>
          <w:tcPr>
            <w:tcW w:w="14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F441FD8" w14:textId="77777777" w:rsidR="00BE19CE" w:rsidRDefault="00BE19CE">
            <w:pPr>
              <w:spacing w:after="0"/>
              <w:jc w:val="right"/>
            </w:pPr>
          </w:p>
        </w:tc>
        <w:tc>
          <w:tcPr>
            <w:tcW w:w="158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3868C50" w14:textId="77777777" w:rsidR="00BE19CE" w:rsidRDefault="00BE19CE">
            <w:pPr>
              <w:spacing w:after="0"/>
              <w:jc w:val="right"/>
            </w:pPr>
          </w:p>
        </w:tc>
        <w:tc>
          <w:tcPr>
            <w:tcW w:w="107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BC1DA2B" w14:textId="77777777" w:rsidR="00BE19CE" w:rsidRDefault="00BE19CE">
            <w:pPr>
              <w:spacing w:after="0"/>
              <w:jc w:val="right"/>
            </w:pPr>
          </w:p>
        </w:tc>
      </w:tr>
      <w:tr w:rsidR="00585C19" w14:paraId="3BE3F693" w14:textId="77777777" w:rsidTr="00585C19">
        <w:trPr>
          <w:trHeight w:hRule="exact" w:val="517"/>
          <w:jc w:val="center"/>
        </w:trPr>
        <w:tc>
          <w:tcPr>
            <w:tcW w:w="5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77B2DD3" w14:textId="77777777" w:rsidR="00BE19CE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6</w:t>
            </w:r>
          </w:p>
        </w:tc>
        <w:tc>
          <w:tcPr>
            <w:tcW w:w="271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B99C640" w14:textId="77777777" w:rsidR="00BE19CE" w:rsidRDefault="00BE19CE">
            <w:pPr>
              <w:spacing w:after="0"/>
              <w:jc w:val="center"/>
            </w:pPr>
          </w:p>
        </w:tc>
        <w:tc>
          <w:tcPr>
            <w:tcW w:w="101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55773D8" w14:textId="77777777" w:rsidR="00BE19CE" w:rsidRDefault="00BE19CE">
            <w:pPr>
              <w:spacing w:after="0"/>
              <w:jc w:val="center"/>
            </w:pPr>
          </w:p>
        </w:tc>
        <w:tc>
          <w:tcPr>
            <w:tcW w:w="9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7040333" w14:textId="77777777" w:rsidR="00BE19CE" w:rsidRDefault="00BE19CE">
            <w:pPr>
              <w:spacing w:after="0"/>
              <w:jc w:val="center"/>
            </w:pPr>
          </w:p>
        </w:tc>
        <w:tc>
          <w:tcPr>
            <w:tcW w:w="9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FFBC4A5" w14:textId="77777777" w:rsidR="00BE19CE" w:rsidRDefault="00BE19CE">
            <w:pPr>
              <w:spacing w:after="0"/>
              <w:jc w:val="center"/>
            </w:pPr>
          </w:p>
        </w:tc>
        <w:tc>
          <w:tcPr>
            <w:tcW w:w="14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8B3D75E" w14:textId="77777777" w:rsidR="00BE19CE" w:rsidRDefault="00BE19CE">
            <w:pPr>
              <w:spacing w:after="0"/>
              <w:jc w:val="right"/>
            </w:pPr>
          </w:p>
        </w:tc>
        <w:tc>
          <w:tcPr>
            <w:tcW w:w="158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659FA82" w14:textId="77777777" w:rsidR="00BE19CE" w:rsidRDefault="00BE19CE">
            <w:pPr>
              <w:spacing w:after="0"/>
              <w:jc w:val="right"/>
            </w:pPr>
          </w:p>
        </w:tc>
        <w:tc>
          <w:tcPr>
            <w:tcW w:w="107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4EBFA09" w14:textId="77777777" w:rsidR="00BE19CE" w:rsidRDefault="00BE19CE">
            <w:pPr>
              <w:spacing w:after="0"/>
              <w:jc w:val="right"/>
            </w:pPr>
          </w:p>
        </w:tc>
      </w:tr>
      <w:tr w:rsidR="00585C19" w14:paraId="6B336ED2" w14:textId="77777777" w:rsidTr="00585C19">
        <w:trPr>
          <w:trHeight w:hRule="exact" w:val="517"/>
          <w:jc w:val="center"/>
        </w:trPr>
        <w:tc>
          <w:tcPr>
            <w:tcW w:w="5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3772DEF" w14:textId="77777777" w:rsidR="00BE19CE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7</w:t>
            </w:r>
          </w:p>
        </w:tc>
        <w:tc>
          <w:tcPr>
            <w:tcW w:w="271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E29FD11" w14:textId="77777777" w:rsidR="00BE19CE" w:rsidRDefault="00BE19CE">
            <w:pPr>
              <w:spacing w:after="0"/>
              <w:jc w:val="center"/>
            </w:pPr>
          </w:p>
        </w:tc>
        <w:tc>
          <w:tcPr>
            <w:tcW w:w="101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BDE6DD0" w14:textId="77777777" w:rsidR="00BE19CE" w:rsidRDefault="00BE19CE">
            <w:pPr>
              <w:spacing w:after="0"/>
              <w:jc w:val="center"/>
            </w:pPr>
          </w:p>
        </w:tc>
        <w:tc>
          <w:tcPr>
            <w:tcW w:w="9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F278920" w14:textId="77777777" w:rsidR="00BE19CE" w:rsidRDefault="00BE19CE">
            <w:pPr>
              <w:spacing w:after="0"/>
              <w:jc w:val="center"/>
            </w:pPr>
          </w:p>
        </w:tc>
        <w:tc>
          <w:tcPr>
            <w:tcW w:w="9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AC44BD1" w14:textId="77777777" w:rsidR="00BE19CE" w:rsidRDefault="00BE19CE">
            <w:pPr>
              <w:spacing w:after="0"/>
              <w:jc w:val="center"/>
            </w:pPr>
          </w:p>
        </w:tc>
        <w:tc>
          <w:tcPr>
            <w:tcW w:w="14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79D7DCC" w14:textId="77777777" w:rsidR="00BE19CE" w:rsidRDefault="00BE19CE">
            <w:pPr>
              <w:spacing w:after="0"/>
              <w:jc w:val="right"/>
            </w:pPr>
          </w:p>
        </w:tc>
        <w:tc>
          <w:tcPr>
            <w:tcW w:w="158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FEFD21A" w14:textId="77777777" w:rsidR="00BE19CE" w:rsidRDefault="00BE19CE">
            <w:pPr>
              <w:spacing w:after="0"/>
              <w:jc w:val="right"/>
            </w:pPr>
          </w:p>
        </w:tc>
        <w:tc>
          <w:tcPr>
            <w:tcW w:w="107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E5C04DD" w14:textId="77777777" w:rsidR="00BE19CE" w:rsidRDefault="00BE19CE">
            <w:pPr>
              <w:spacing w:after="0"/>
              <w:jc w:val="right"/>
            </w:pPr>
          </w:p>
        </w:tc>
      </w:tr>
    </w:tbl>
    <w:p w14:paraId="2F2F54A4" w14:textId="77777777" w:rsidR="00BE19CE" w:rsidRDefault="00000000">
      <w:pPr>
        <w:spacing w:before="140" w:after="60"/>
      </w:pPr>
      <w:r>
        <w:rPr>
          <w:b/>
          <w:color w:val="222222"/>
          <w:sz w:val="21"/>
        </w:rPr>
        <w:t>금액 및 결제 조건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8"/>
        <w:gridCol w:w="3260"/>
        <w:gridCol w:w="1843"/>
        <w:gridCol w:w="3265"/>
      </w:tblGrid>
      <w:tr w:rsidR="00BE19CE" w14:paraId="747F4BAB" w14:textId="77777777" w:rsidTr="00585C19">
        <w:trPr>
          <w:trHeight w:hRule="exact" w:val="553"/>
          <w:jc w:val="center"/>
        </w:trPr>
        <w:tc>
          <w:tcPr>
            <w:tcW w:w="184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45CEF636" w14:textId="77777777" w:rsidR="00BE19CE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공급가액</w:t>
            </w:r>
            <w:proofErr w:type="spellEnd"/>
          </w:p>
        </w:tc>
        <w:tc>
          <w:tcPr>
            <w:tcW w:w="32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FC85F44" w14:textId="77777777" w:rsidR="00BE19CE" w:rsidRDefault="00BE19CE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34FB91E4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세액</w:t>
            </w:r>
          </w:p>
        </w:tc>
        <w:tc>
          <w:tcPr>
            <w:tcW w:w="326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21897AB" w14:textId="77777777" w:rsidR="00BE19CE" w:rsidRDefault="00BE19CE">
            <w:pPr>
              <w:spacing w:after="0"/>
            </w:pPr>
          </w:p>
        </w:tc>
      </w:tr>
      <w:tr w:rsidR="00BE19CE" w14:paraId="63E67CC0" w14:textId="77777777" w:rsidTr="00585C19">
        <w:trPr>
          <w:trHeight w:hRule="exact" w:val="553"/>
          <w:jc w:val="center"/>
        </w:trPr>
        <w:tc>
          <w:tcPr>
            <w:tcW w:w="184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5286C313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총 발주금액</w:t>
            </w:r>
          </w:p>
        </w:tc>
        <w:tc>
          <w:tcPr>
            <w:tcW w:w="32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6F695BC" w14:textId="77777777" w:rsidR="00BE19CE" w:rsidRDefault="00BE19CE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0CDAFB02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결제조건</w:t>
            </w:r>
          </w:p>
        </w:tc>
        <w:tc>
          <w:tcPr>
            <w:tcW w:w="326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7DC278F" w14:textId="77777777" w:rsidR="00BE19CE" w:rsidRDefault="00BE19CE">
            <w:pPr>
              <w:spacing w:after="0"/>
            </w:pPr>
          </w:p>
        </w:tc>
      </w:tr>
      <w:tr w:rsidR="00BE19CE" w14:paraId="026D5493" w14:textId="77777777" w:rsidTr="00585C19">
        <w:trPr>
          <w:trHeight w:hRule="exact" w:val="553"/>
          <w:jc w:val="center"/>
        </w:trPr>
        <w:tc>
          <w:tcPr>
            <w:tcW w:w="184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1C4CCFDB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부가세 적용</w:t>
            </w:r>
          </w:p>
        </w:tc>
        <w:tc>
          <w:tcPr>
            <w:tcW w:w="32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9CED2EF" w14:textId="77777777" w:rsidR="00BE19CE" w:rsidRDefault="00000000">
            <w:pPr>
              <w:spacing w:after="0"/>
              <w:rPr>
                <w:lang w:eastAsia="ko-KR"/>
              </w:rPr>
            </w:pPr>
            <w:r>
              <w:rPr>
                <w:color w:val="222222"/>
                <w:sz w:val="17"/>
                <w:lang w:eastAsia="ko-KR"/>
              </w:rPr>
              <w:t xml:space="preserve">□ 포함   □ 별도   □ </w:t>
            </w:r>
            <w:proofErr w:type="spellStart"/>
            <w:r>
              <w:rPr>
                <w:color w:val="222222"/>
                <w:sz w:val="17"/>
                <w:lang w:eastAsia="ko-KR"/>
              </w:rPr>
              <w:t>해당없음</w:t>
            </w:r>
            <w:proofErr w:type="spellEnd"/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1E7EF484" w14:textId="77777777" w:rsidR="00BE19CE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지급예정일</w:t>
            </w:r>
            <w:proofErr w:type="spellEnd"/>
          </w:p>
        </w:tc>
        <w:tc>
          <w:tcPr>
            <w:tcW w:w="326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7772FB1" w14:textId="77777777" w:rsidR="00BE19CE" w:rsidRDefault="00BE19CE">
            <w:pPr>
              <w:spacing w:after="0"/>
            </w:pPr>
          </w:p>
        </w:tc>
      </w:tr>
    </w:tbl>
    <w:p w14:paraId="37523284" w14:textId="77777777" w:rsidR="00BE19CE" w:rsidRDefault="00000000">
      <w:pPr>
        <w:spacing w:before="140" w:after="60"/>
      </w:pPr>
      <w:proofErr w:type="spellStart"/>
      <w:r>
        <w:rPr>
          <w:b/>
          <w:color w:val="222222"/>
          <w:sz w:val="21"/>
        </w:rPr>
        <w:t>발주자</w:t>
      </w:r>
      <w:proofErr w:type="spellEnd"/>
      <w:r>
        <w:rPr>
          <w:b/>
          <w:color w:val="222222"/>
          <w:sz w:val="21"/>
        </w:rPr>
        <w:t xml:space="preserve"> </w:t>
      </w:r>
      <w:proofErr w:type="spellStart"/>
      <w:r>
        <w:rPr>
          <w:b/>
          <w:color w:val="222222"/>
          <w:sz w:val="21"/>
        </w:rPr>
        <w:t>정보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3260"/>
        <w:gridCol w:w="1843"/>
        <w:gridCol w:w="3259"/>
      </w:tblGrid>
      <w:tr w:rsidR="00BE19CE" w14:paraId="23367612" w14:textId="77777777" w:rsidTr="00585C19">
        <w:trPr>
          <w:trHeight w:hRule="exact" w:val="518"/>
          <w:jc w:val="center"/>
        </w:trPr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6768C4C0" w14:textId="77777777" w:rsidR="00BE19CE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6"/>
              </w:rPr>
              <w:t>상호</w:t>
            </w:r>
            <w:proofErr w:type="spellEnd"/>
            <w:r>
              <w:rPr>
                <w:b/>
                <w:color w:val="333333"/>
                <w:sz w:val="16"/>
              </w:rPr>
              <w:t xml:space="preserve"> / </w:t>
            </w:r>
            <w:proofErr w:type="spellStart"/>
            <w:r>
              <w:rPr>
                <w:b/>
                <w:color w:val="333333"/>
                <w:sz w:val="16"/>
              </w:rPr>
              <w:t>회사명</w:t>
            </w:r>
            <w:proofErr w:type="spellEnd"/>
          </w:p>
        </w:tc>
        <w:tc>
          <w:tcPr>
            <w:tcW w:w="32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950DF94" w14:textId="77777777" w:rsidR="00BE19CE" w:rsidRDefault="00BE19CE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6E9E04D5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6"/>
              </w:rPr>
              <w:t>사업자등록번호 (선택)</w:t>
            </w:r>
          </w:p>
        </w:tc>
        <w:tc>
          <w:tcPr>
            <w:tcW w:w="325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F2C57F0" w14:textId="77777777" w:rsidR="00BE19CE" w:rsidRDefault="00BE19CE">
            <w:pPr>
              <w:spacing w:after="0"/>
            </w:pPr>
          </w:p>
        </w:tc>
      </w:tr>
      <w:tr w:rsidR="00BE19CE" w14:paraId="75A28AD6" w14:textId="77777777" w:rsidTr="00585C19">
        <w:trPr>
          <w:trHeight w:hRule="exact" w:val="518"/>
          <w:jc w:val="center"/>
        </w:trPr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7B5C48E2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6"/>
              </w:rPr>
              <w:t>주소</w:t>
            </w:r>
          </w:p>
        </w:tc>
        <w:tc>
          <w:tcPr>
            <w:tcW w:w="32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E64F6B9" w14:textId="77777777" w:rsidR="00BE19CE" w:rsidRDefault="00BE19CE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2259CAFC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6"/>
              </w:rPr>
              <w:t>연락처</w:t>
            </w:r>
          </w:p>
        </w:tc>
        <w:tc>
          <w:tcPr>
            <w:tcW w:w="325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9CCECBA" w14:textId="77777777" w:rsidR="00BE19CE" w:rsidRDefault="00BE19CE">
            <w:pPr>
              <w:spacing w:after="0"/>
            </w:pPr>
          </w:p>
        </w:tc>
      </w:tr>
      <w:tr w:rsidR="00BE19CE" w14:paraId="59E1CC4A" w14:textId="77777777" w:rsidTr="00585C19">
        <w:trPr>
          <w:trHeight w:hRule="exact" w:val="518"/>
          <w:jc w:val="center"/>
        </w:trPr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77B529D3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6"/>
              </w:rPr>
              <w:t>담당자 / 대표자</w:t>
            </w:r>
          </w:p>
        </w:tc>
        <w:tc>
          <w:tcPr>
            <w:tcW w:w="326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C128E0B" w14:textId="77777777" w:rsidR="00BE19CE" w:rsidRDefault="00BE19CE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6EE028B7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6"/>
              </w:rPr>
              <w:t>서명 / 인</w:t>
            </w:r>
          </w:p>
        </w:tc>
        <w:tc>
          <w:tcPr>
            <w:tcW w:w="325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886E3E7" w14:textId="77777777" w:rsidR="00BE19CE" w:rsidRDefault="00BE19CE">
            <w:pPr>
              <w:spacing w:after="0"/>
            </w:pPr>
          </w:p>
        </w:tc>
      </w:tr>
    </w:tbl>
    <w:p w14:paraId="466715A3" w14:textId="77777777" w:rsidR="00BE19CE" w:rsidRDefault="00000000">
      <w:pPr>
        <w:spacing w:before="140" w:after="60"/>
      </w:pPr>
      <w:proofErr w:type="spellStart"/>
      <w:r>
        <w:rPr>
          <w:b/>
          <w:color w:val="222222"/>
          <w:sz w:val="21"/>
        </w:rPr>
        <w:t>요청사항</w:t>
      </w:r>
      <w:proofErr w:type="spellEnd"/>
      <w:r>
        <w:rPr>
          <w:b/>
          <w:color w:val="222222"/>
          <w:sz w:val="21"/>
        </w:rPr>
        <w:t xml:space="preserve"> 및 </w:t>
      </w:r>
      <w:proofErr w:type="spellStart"/>
      <w:r>
        <w:rPr>
          <w:b/>
          <w:color w:val="222222"/>
          <w:sz w:val="21"/>
        </w:rPr>
        <w:t>비고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9"/>
        <w:gridCol w:w="8349"/>
      </w:tblGrid>
      <w:tr w:rsidR="00BE19CE" w14:paraId="69154B57" w14:textId="77777777" w:rsidTr="00585C19">
        <w:trPr>
          <w:trHeight w:hRule="exact" w:val="599"/>
          <w:jc w:val="center"/>
        </w:trPr>
        <w:tc>
          <w:tcPr>
            <w:tcW w:w="183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7BB5F77C" w14:textId="77777777" w:rsidR="00BE19CE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납품</w:t>
            </w:r>
            <w:proofErr w:type="spellEnd"/>
            <w:r>
              <w:rPr>
                <w:b/>
                <w:color w:val="333333"/>
                <w:sz w:val="17"/>
              </w:rPr>
              <w:t xml:space="preserve"> / </w:t>
            </w:r>
            <w:proofErr w:type="spellStart"/>
            <w:r>
              <w:rPr>
                <w:b/>
                <w:color w:val="333333"/>
                <w:sz w:val="17"/>
              </w:rPr>
              <w:t>작업</w:t>
            </w:r>
            <w:proofErr w:type="spellEnd"/>
            <w:r>
              <w:rPr>
                <w:b/>
                <w:color w:val="333333"/>
                <w:sz w:val="17"/>
              </w:rPr>
              <w:t xml:space="preserve"> </w:t>
            </w:r>
            <w:proofErr w:type="spellStart"/>
            <w:r>
              <w:rPr>
                <w:b/>
                <w:color w:val="333333"/>
                <w:sz w:val="17"/>
              </w:rPr>
              <w:t>요청사항</w:t>
            </w:r>
            <w:proofErr w:type="spellEnd"/>
          </w:p>
        </w:tc>
        <w:tc>
          <w:tcPr>
            <w:tcW w:w="834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EE4581F" w14:textId="77777777" w:rsidR="00BE19CE" w:rsidRDefault="00BE19CE">
            <w:pPr>
              <w:spacing w:after="0"/>
            </w:pPr>
          </w:p>
        </w:tc>
      </w:tr>
      <w:tr w:rsidR="00BE19CE" w14:paraId="04FBE8C5" w14:textId="77777777" w:rsidTr="00585C19">
        <w:trPr>
          <w:trHeight w:hRule="exact" w:val="599"/>
          <w:jc w:val="center"/>
        </w:trPr>
        <w:tc>
          <w:tcPr>
            <w:tcW w:w="183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70F83DA4" w14:textId="77777777" w:rsidR="00BE19CE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기타 비고</w:t>
            </w:r>
          </w:p>
        </w:tc>
        <w:tc>
          <w:tcPr>
            <w:tcW w:w="834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E61B223" w14:textId="77777777" w:rsidR="00BE19CE" w:rsidRDefault="00BE19CE">
            <w:pPr>
              <w:spacing w:after="0"/>
            </w:pPr>
          </w:p>
        </w:tc>
      </w:tr>
    </w:tbl>
    <w:p w14:paraId="4F1D9160" w14:textId="77777777" w:rsidR="00BE19CE" w:rsidRDefault="00000000">
      <w:pPr>
        <w:spacing w:before="100" w:after="0"/>
        <w:jc w:val="right"/>
        <w:rPr>
          <w:lang w:eastAsia="ko-KR"/>
        </w:rPr>
      </w:pPr>
      <w:r>
        <w:rPr>
          <w:color w:val="555555"/>
          <w:sz w:val="17"/>
          <w:lang w:eastAsia="ko-KR"/>
        </w:rPr>
        <w:t>위와 같이 발주합니다.    20      년      월      일</w:t>
      </w:r>
    </w:p>
    <w:sectPr w:rsidR="00BE19CE" w:rsidSect="00034616">
      <w:pgSz w:w="11906" w:h="16838"/>
      <w:pgMar w:top="1020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8329631">
    <w:abstractNumId w:val="8"/>
  </w:num>
  <w:num w:numId="2" w16cid:durableId="617175632">
    <w:abstractNumId w:val="6"/>
  </w:num>
  <w:num w:numId="3" w16cid:durableId="1016421611">
    <w:abstractNumId w:val="5"/>
  </w:num>
  <w:num w:numId="4" w16cid:durableId="1392461975">
    <w:abstractNumId w:val="4"/>
  </w:num>
  <w:num w:numId="5" w16cid:durableId="2046127562">
    <w:abstractNumId w:val="7"/>
  </w:num>
  <w:num w:numId="6" w16cid:durableId="1676683172">
    <w:abstractNumId w:val="3"/>
  </w:num>
  <w:num w:numId="7" w16cid:durableId="437217496">
    <w:abstractNumId w:val="2"/>
  </w:num>
  <w:num w:numId="8" w16cid:durableId="631787448">
    <w:abstractNumId w:val="1"/>
  </w:num>
  <w:num w:numId="9" w16cid:durableId="1452479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5901"/>
    <w:rsid w:val="00585C19"/>
    <w:rsid w:val="00AA1D8D"/>
    <w:rsid w:val="00B47730"/>
    <w:rsid w:val="00BE19C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2D7C1E"/>
  <w14:defaultImageDpi w14:val="300"/>
  <w15:docId w15:val="{43ECAF00-AC1D-4202-8A13-0799B519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2026-09-02T13:42:00Z</dcterms:modified>
  <cp:category/>
</cp:coreProperties>
</file>