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91DD" w14:textId="77777777" w:rsidR="00B54DF4" w:rsidRPr="009842C5" w:rsidRDefault="00000000" w:rsidP="009842C5">
      <w:pPr>
        <w:spacing w:after="40" w:line="240" w:lineRule="auto"/>
        <w:jc w:val="center"/>
        <w:rPr>
          <w:sz w:val="40"/>
          <w:szCs w:val="40"/>
          <w:lang w:eastAsia="ko-KR"/>
        </w:rPr>
      </w:pPr>
      <w:r w:rsidRPr="009842C5">
        <w:rPr>
          <w:b/>
          <w:color w:val="111111"/>
          <w:sz w:val="40"/>
          <w:szCs w:val="40"/>
          <w:lang w:eastAsia="ko-KR"/>
        </w:rPr>
        <w:t xml:space="preserve">매 </w:t>
      </w:r>
      <w:proofErr w:type="gramStart"/>
      <w:r w:rsidRPr="009842C5">
        <w:rPr>
          <w:b/>
          <w:color w:val="111111"/>
          <w:sz w:val="40"/>
          <w:szCs w:val="40"/>
          <w:lang w:eastAsia="ko-KR"/>
        </w:rPr>
        <w:t>출  관</w:t>
      </w:r>
      <w:proofErr w:type="gramEnd"/>
      <w:r w:rsidRPr="009842C5">
        <w:rPr>
          <w:b/>
          <w:color w:val="111111"/>
          <w:sz w:val="40"/>
          <w:szCs w:val="40"/>
          <w:lang w:eastAsia="ko-KR"/>
        </w:rPr>
        <w:t xml:space="preserve"> 리 대 장</w:t>
      </w:r>
    </w:p>
    <w:p w14:paraId="3C70C2F2" w14:textId="77777777" w:rsidR="00B54DF4" w:rsidRDefault="00000000" w:rsidP="009842C5">
      <w:pPr>
        <w:spacing w:after="100" w:line="240" w:lineRule="auto"/>
        <w:jc w:val="center"/>
        <w:rPr>
          <w:lang w:eastAsia="ko-KR"/>
        </w:rPr>
      </w:pPr>
      <w:r>
        <w:rPr>
          <w:color w:val="666666"/>
          <w:sz w:val="17"/>
          <w:lang w:eastAsia="ko-KR"/>
        </w:rPr>
        <w:t>거래처별 매출 발생 및 수금 내역을 기록하고 기간별 매출 현황을 관리하는 업무용 서식입니다.</w:t>
      </w:r>
    </w:p>
    <w:tbl>
      <w:tblPr>
        <w:tblW w:w="15364" w:type="dxa"/>
        <w:jc w:val="center"/>
        <w:tblLayout w:type="fixed"/>
        <w:tblLook w:val="04A0" w:firstRow="1" w:lastRow="0" w:firstColumn="1" w:lastColumn="0" w:noHBand="0" w:noVBand="1"/>
      </w:tblPr>
      <w:tblGrid>
        <w:gridCol w:w="1304"/>
        <w:gridCol w:w="3855"/>
        <w:gridCol w:w="1304"/>
        <w:gridCol w:w="3855"/>
        <w:gridCol w:w="1304"/>
        <w:gridCol w:w="3742"/>
      </w:tblGrid>
      <w:tr w:rsidR="00B54DF4" w14:paraId="6F963094" w14:textId="77777777">
        <w:trPr>
          <w:trHeight w:hRule="exact" w:val="453"/>
          <w:jc w:val="center"/>
        </w:trPr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4CF39AE6" w14:textId="77777777" w:rsidR="00B54DF4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333333"/>
                <w:sz w:val="16"/>
              </w:rPr>
              <w:t>관리기간</w:t>
            </w:r>
            <w:proofErr w:type="spellEnd"/>
          </w:p>
        </w:tc>
        <w:tc>
          <w:tcPr>
            <w:tcW w:w="385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88A535B" w14:textId="77777777" w:rsidR="00B54DF4" w:rsidRDefault="00000000">
            <w:pPr>
              <w:spacing w:after="0"/>
            </w:pPr>
            <w:r>
              <w:rPr>
                <w:color w:val="333333"/>
                <w:sz w:val="16"/>
              </w:rPr>
              <w:t>20    년    월    일 ~ 20    년    월    일</w:t>
            </w: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2DAC8FD1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담당자</w:t>
            </w:r>
          </w:p>
        </w:tc>
        <w:tc>
          <w:tcPr>
            <w:tcW w:w="385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01622E3" w14:textId="77777777" w:rsidR="00B54DF4" w:rsidRDefault="00B54DF4">
            <w:pPr>
              <w:spacing w:after="0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7C452FC2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부서 / 사업장</w:t>
            </w:r>
          </w:p>
        </w:tc>
        <w:tc>
          <w:tcPr>
            <w:tcW w:w="374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54628C1" w14:textId="77777777" w:rsidR="00B54DF4" w:rsidRDefault="00B54DF4">
            <w:pPr>
              <w:spacing w:after="0"/>
            </w:pPr>
          </w:p>
        </w:tc>
      </w:tr>
      <w:tr w:rsidR="00B54DF4" w14:paraId="1C0BD8F5" w14:textId="77777777">
        <w:trPr>
          <w:trHeight w:hRule="exact" w:val="453"/>
          <w:jc w:val="center"/>
        </w:trPr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6FD28E01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매출구분</w:t>
            </w:r>
          </w:p>
        </w:tc>
        <w:tc>
          <w:tcPr>
            <w:tcW w:w="385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B9EC075" w14:textId="77777777" w:rsidR="00B54DF4" w:rsidRDefault="00B54DF4">
            <w:pPr>
              <w:spacing w:after="0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144A51B3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작성일</w:t>
            </w:r>
          </w:p>
        </w:tc>
        <w:tc>
          <w:tcPr>
            <w:tcW w:w="385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22D09FC" w14:textId="77777777" w:rsidR="00B54DF4" w:rsidRDefault="00000000">
            <w:pPr>
              <w:spacing w:after="0"/>
            </w:pPr>
            <w:r>
              <w:rPr>
                <w:color w:val="333333"/>
                <w:sz w:val="16"/>
              </w:rPr>
              <w:t>20      년      월      일</w:t>
            </w: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14E4C6BE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문서번호</w:t>
            </w:r>
          </w:p>
        </w:tc>
        <w:tc>
          <w:tcPr>
            <w:tcW w:w="374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7A9115D" w14:textId="77777777" w:rsidR="00B54DF4" w:rsidRDefault="00B54DF4">
            <w:pPr>
              <w:spacing w:after="0"/>
            </w:pPr>
          </w:p>
        </w:tc>
      </w:tr>
    </w:tbl>
    <w:p w14:paraId="0D8EDD03" w14:textId="77777777" w:rsidR="00B54DF4" w:rsidRDefault="00000000">
      <w:pPr>
        <w:spacing w:before="80" w:after="60"/>
      </w:pPr>
      <w:r>
        <w:rPr>
          <w:b/>
          <w:color w:val="222222"/>
          <w:sz w:val="19"/>
        </w:rPr>
        <w:t>매출 및 수금 내역</w:t>
      </w:r>
    </w:p>
    <w:tbl>
      <w:tblPr>
        <w:tblW w:w="15374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020"/>
        <w:gridCol w:w="1985"/>
        <w:gridCol w:w="2213"/>
        <w:gridCol w:w="1020"/>
        <w:gridCol w:w="1078"/>
        <w:gridCol w:w="1192"/>
        <w:gridCol w:w="1192"/>
        <w:gridCol w:w="1248"/>
        <w:gridCol w:w="1078"/>
        <w:gridCol w:w="1418"/>
        <w:gridCol w:w="1362"/>
      </w:tblGrid>
      <w:tr w:rsidR="00B54DF4" w14:paraId="6CFFB6DE" w14:textId="77777777" w:rsidTr="009842C5">
        <w:trPr>
          <w:trHeight w:val="314"/>
          <w:jc w:val="center"/>
        </w:trPr>
        <w:tc>
          <w:tcPr>
            <w:tcW w:w="5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3CC183CC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No.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66E9FC6D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일자</w:t>
            </w:r>
          </w:p>
        </w:tc>
        <w:tc>
          <w:tcPr>
            <w:tcW w:w="198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3985E134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거래처</w:t>
            </w: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601D482D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품목 / 내용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5E66E0B4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수량</w:t>
            </w: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2BC74AFC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단가</w:t>
            </w: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1794671D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공급가액</w:t>
            </w: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3344748A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세액</w:t>
            </w:r>
          </w:p>
        </w:tc>
        <w:tc>
          <w:tcPr>
            <w:tcW w:w="124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6437A407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매출합계</w:t>
            </w: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459C8ED6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수금액</w:t>
            </w:r>
          </w:p>
        </w:tc>
        <w:tc>
          <w:tcPr>
            <w:tcW w:w="141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22208FF8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미수금</w:t>
            </w:r>
          </w:p>
        </w:tc>
        <w:tc>
          <w:tcPr>
            <w:tcW w:w="136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563FE9F8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222222"/>
                <w:sz w:val="15"/>
              </w:rPr>
              <w:t>비고</w:t>
            </w:r>
          </w:p>
        </w:tc>
      </w:tr>
      <w:tr w:rsidR="00B54DF4" w14:paraId="323643D3" w14:textId="77777777" w:rsidTr="009842C5">
        <w:trPr>
          <w:trHeight w:hRule="exact" w:val="451"/>
          <w:jc w:val="center"/>
        </w:trPr>
        <w:tc>
          <w:tcPr>
            <w:tcW w:w="5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9175271" w14:textId="77777777" w:rsidR="00B54DF4" w:rsidRDefault="00000000">
            <w:pPr>
              <w:spacing w:after="0"/>
              <w:jc w:val="center"/>
            </w:pPr>
            <w:r>
              <w:rPr>
                <w:color w:val="555555"/>
                <w:sz w:val="16"/>
              </w:rPr>
              <w:t>1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EC29330" w14:textId="77777777" w:rsidR="00B54DF4" w:rsidRDefault="00B54DF4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99585FC" w14:textId="77777777" w:rsidR="00B54DF4" w:rsidRDefault="00B54DF4">
            <w:pPr>
              <w:spacing w:after="0"/>
            </w:pP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841DD9A" w14:textId="77777777" w:rsidR="00B54DF4" w:rsidRDefault="00B54DF4">
            <w:pPr>
              <w:spacing w:after="0"/>
            </w:pP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1DF3A9C" w14:textId="77777777" w:rsidR="00B54DF4" w:rsidRDefault="00B54DF4">
            <w:pPr>
              <w:spacing w:after="0"/>
              <w:jc w:val="center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BD82819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E870E1C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E354FDF" w14:textId="77777777" w:rsidR="00B54DF4" w:rsidRDefault="00B54DF4">
            <w:pPr>
              <w:spacing w:after="0"/>
              <w:jc w:val="right"/>
            </w:pPr>
          </w:p>
        </w:tc>
        <w:tc>
          <w:tcPr>
            <w:tcW w:w="124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E45CFB0" w14:textId="77777777" w:rsidR="00B54DF4" w:rsidRDefault="00B54DF4">
            <w:pPr>
              <w:spacing w:after="0"/>
              <w:jc w:val="right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73D7D2F" w14:textId="77777777" w:rsidR="00B54DF4" w:rsidRDefault="00B54DF4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CF863CA" w14:textId="77777777" w:rsidR="00B54DF4" w:rsidRDefault="00B54DF4">
            <w:pPr>
              <w:spacing w:after="0"/>
              <w:jc w:val="right"/>
            </w:pPr>
          </w:p>
        </w:tc>
        <w:tc>
          <w:tcPr>
            <w:tcW w:w="136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01935EB" w14:textId="77777777" w:rsidR="00B54DF4" w:rsidRDefault="00B54DF4">
            <w:pPr>
              <w:spacing w:after="0"/>
            </w:pPr>
          </w:p>
        </w:tc>
      </w:tr>
      <w:tr w:rsidR="00B54DF4" w14:paraId="415A8136" w14:textId="77777777" w:rsidTr="009842C5">
        <w:trPr>
          <w:trHeight w:hRule="exact" w:val="451"/>
          <w:jc w:val="center"/>
        </w:trPr>
        <w:tc>
          <w:tcPr>
            <w:tcW w:w="5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6D4CC1E" w14:textId="77777777" w:rsidR="00B54DF4" w:rsidRDefault="00000000">
            <w:pPr>
              <w:spacing w:after="0"/>
              <w:jc w:val="center"/>
            </w:pPr>
            <w:r>
              <w:rPr>
                <w:color w:val="555555"/>
                <w:sz w:val="16"/>
              </w:rPr>
              <w:t>2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CA78C45" w14:textId="77777777" w:rsidR="00B54DF4" w:rsidRDefault="00B54DF4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2BCDFBA" w14:textId="77777777" w:rsidR="00B54DF4" w:rsidRDefault="00B54DF4">
            <w:pPr>
              <w:spacing w:after="0"/>
            </w:pP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2DF9FEF" w14:textId="77777777" w:rsidR="00B54DF4" w:rsidRDefault="00B54DF4">
            <w:pPr>
              <w:spacing w:after="0"/>
            </w:pP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8078AF7" w14:textId="77777777" w:rsidR="00B54DF4" w:rsidRDefault="00B54DF4">
            <w:pPr>
              <w:spacing w:after="0"/>
              <w:jc w:val="center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46AD204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107A458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D3882FD" w14:textId="77777777" w:rsidR="00B54DF4" w:rsidRDefault="00B54DF4">
            <w:pPr>
              <w:spacing w:after="0"/>
              <w:jc w:val="right"/>
            </w:pPr>
          </w:p>
        </w:tc>
        <w:tc>
          <w:tcPr>
            <w:tcW w:w="124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C05CE2B" w14:textId="77777777" w:rsidR="00B54DF4" w:rsidRDefault="00B54DF4">
            <w:pPr>
              <w:spacing w:after="0"/>
              <w:jc w:val="right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5C3328C" w14:textId="77777777" w:rsidR="00B54DF4" w:rsidRDefault="00B54DF4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C76E00D" w14:textId="77777777" w:rsidR="00B54DF4" w:rsidRDefault="00B54DF4">
            <w:pPr>
              <w:spacing w:after="0"/>
              <w:jc w:val="right"/>
            </w:pPr>
          </w:p>
        </w:tc>
        <w:tc>
          <w:tcPr>
            <w:tcW w:w="136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77E3F97" w14:textId="77777777" w:rsidR="00B54DF4" w:rsidRDefault="00B54DF4">
            <w:pPr>
              <w:spacing w:after="0"/>
            </w:pPr>
          </w:p>
        </w:tc>
      </w:tr>
      <w:tr w:rsidR="00B54DF4" w14:paraId="38F37457" w14:textId="77777777" w:rsidTr="009842C5">
        <w:trPr>
          <w:trHeight w:hRule="exact" w:val="451"/>
          <w:jc w:val="center"/>
        </w:trPr>
        <w:tc>
          <w:tcPr>
            <w:tcW w:w="5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81BCA1C" w14:textId="77777777" w:rsidR="00B54DF4" w:rsidRDefault="00000000">
            <w:pPr>
              <w:spacing w:after="0"/>
              <w:jc w:val="center"/>
            </w:pPr>
            <w:r>
              <w:rPr>
                <w:color w:val="555555"/>
                <w:sz w:val="16"/>
              </w:rPr>
              <w:t>3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D2577AD" w14:textId="77777777" w:rsidR="00B54DF4" w:rsidRDefault="00B54DF4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16D0A14" w14:textId="77777777" w:rsidR="00B54DF4" w:rsidRDefault="00B54DF4">
            <w:pPr>
              <w:spacing w:after="0"/>
            </w:pP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F288033" w14:textId="77777777" w:rsidR="00B54DF4" w:rsidRDefault="00B54DF4">
            <w:pPr>
              <w:spacing w:after="0"/>
            </w:pP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FCB03B0" w14:textId="77777777" w:rsidR="00B54DF4" w:rsidRDefault="00B54DF4">
            <w:pPr>
              <w:spacing w:after="0"/>
              <w:jc w:val="center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A5944A4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DAB08EA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581E1D5" w14:textId="77777777" w:rsidR="00B54DF4" w:rsidRDefault="00B54DF4">
            <w:pPr>
              <w:spacing w:after="0"/>
              <w:jc w:val="right"/>
            </w:pPr>
          </w:p>
        </w:tc>
        <w:tc>
          <w:tcPr>
            <w:tcW w:w="124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2C186B6" w14:textId="77777777" w:rsidR="00B54DF4" w:rsidRDefault="00B54DF4">
            <w:pPr>
              <w:spacing w:after="0"/>
              <w:jc w:val="right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559E843" w14:textId="77777777" w:rsidR="00B54DF4" w:rsidRDefault="00B54DF4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52FF46E" w14:textId="77777777" w:rsidR="00B54DF4" w:rsidRDefault="00B54DF4">
            <w:pPr>
              <w:spacing w:after="0"/>
              <w:jc w:val="right"/>
            </w:pPr>
          </w:p>
        </w:tc>
        <w:tc>
          <w:tcPr>
            <w:tcW w:w="136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BC11299" w14:textId="77777777" w:rsidR="00B54DF4" w:rsidRDefault="00B54DF4">
            <w:pPr>
              <w:spacing w:after="0"/>
            </w:pPr>
          </w:p>
        </w:tc>
      </w:tr>
      <w:tr w:rsidR="00B54DF4" w14:paraId="6607AF6F" w14:textId="77777777" w:rsidTr="009842C5">
        <w:trPr>
          <w:trHeight w:hRule="exact" w:val="451"/>
          <w:jc w:val="center"/>
        </w:trPr>
        <w:tc>
          <w:tcPr>
            <w:tcW w:w="5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EC2F1B6" w14:textId="77777777" w:rsidR="00B54DF4" w:rsidRDefault="00000000">
            <w:pPr>
              <w:spacing w:after="0"/>
              <w:jc w:val="center"/>
            </w:pPr>
            <w:r>
              <w:rPr>
                <w:color w:val="555555"/>
                <w:sz w:val="16"/>
              </w:rPr>
              <w:t>4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7BFD797" w14:textId="77777777" w:rsidR="00B54DF4" w:rsidRDefault="00B54DF4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5BE9B17" w14:textId="77777777" w:rsidR="00B54DF4" w:rsidRDefault="00B54DF4">
            <w:pPr>
              <w:spacing w:after="0"/>
            </w:pP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C509607" w14:textId="77777777" w:rsidR="00B54DF4" w:rsidRDefault="00B54DF4">
            <w:pPr>
              <w:spacing w:after="0"/>
            </w:pP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A9847C2" w14:textId="77777777" w:rsidR="00B54DF4" w:rsidRDefault="00B54DF4">
            <w:pPr>
              <w:spacing w:after="0"/>
              <w:jc w:val="center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F05C6AE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BA3B596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27A140F" w14:textId="77777777" w:rsidR="00B54DF4" w:rsidRDefault="00B54DF4">
            <w:pPr>
              <w:spacing w:after="0"/>
              <w:jc w:val="right"/>
            </w:pPr>
          </w:p>
        </w:tc>
        <w:tc>
          <w:tcPr>
            <w:tcW w:w="124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06051BF" w14:textId="77777777" w:rsidR="00B54DF4" w:rsidRDefault="00B54DF4">
            <w:pPr>
              <w:spacing w:after="0"/>
              <w:jc w:val="right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A2D0579" w14:textId="77777777" w:rsidR="00B54DF4" w:rsidRDefault="00B54DF4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C37BAD0" w14:textId="77777777" w:rsidR="00B54DF4" w:rsidRDefault="00B54DF4">
            <w:pPr>
              <w:spacing w:after="0"/>
              <w:jc w:val="right"/>
            </w:pPr>
          </w:p>
        </w:tc>
        <w:tc>
          <w:tcPr>
            <w:tcW w:w="136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1069ED2" w14:textId="77777777" w:rsidR="00B54DF4" w:rsidRDefault="00B54DF4">
            <w:pPr>
              <w:spacing w:after="0"/>
            </w:pPr>
          </w:p>
        </w:tc>
      </w:tr>
      <w:tr w:rsidR="00B54DF4" w14:paraId="2559015E" w14:textId="77777777" w:rsidTr="009842C5">
        <w:trPr>
          <w:trHeight w:hRule="exact" w:val="451"/>
          <w:jc w:val="center"/>
        </w:trPr>
        <w:tc>
          <w:tcPr>
            <w:tcW w:w="5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FE22AA9" w14:textId="77777777" w:rsidR="00B54DF4" w:rsidRDefault="00000000">
            <w:pPr>
              <w:spacing w:after="0"/>
              <w:jc w:val="center"/>
            </w:pPr>
            <w:r>
              <w:rPr>
                <w:color w:val="555555"/>
                <w:sz w:val="16"/>
              </w:rPr>
              <w:t>5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28B8078" w14:textId="77777777" w:rsidR="00B54DF4" w:rsidRDefault="00B54DF4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CCC44BA" w14:textId="77777777" w:rsidR="00B54DF4" w:rsidRDefault="00B54DF4">
            <w:pPr>
              <w:spacing w:after="0"/>
            </w:pP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37551D6" w14:textId="77777777" w:rsidR="00B54DF4" w:rsidRDefault="00B54DF4">
            <w:pPr>
              <w:spacing w:after="0"/>
            </w:pP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6D15669" w14:textId="77777777" w:rsidR="00B54DF4" w:rsidRDefault="00B54DF4">
            <w:pPr>
              <w:spacing w:after="0"/>
              <w:jc w:val="center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7ECC18E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0CA1C08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4A248A2" w14:textId="77777777" w:rsidR="00B54DF4" w:rsidRDefault="00B54DF4">
            <w:pPr>
              <w:spacing w:after="0"/>
              <w:jc w:val="right"/>
            </w:pPr>
          </w:p>
        </w:tc>
        <w:tc>
          <w:tcPr>
            <w:tcW w:w="124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0C92DB8" w14:textId="77777777" w:rsidR="00B54DF4" w:rsidRDefault="00B54DF4">
            <w:pPr>
              <w:spacing w:after="0"/>
              <w:jc w:val="right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0EBAE88" w14:textId="77777777" w:rsidR="00B54DF4" w:rsidRDefault="00B54DF4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C936435" w14:textId="77777777" w:rsidR="00B54DF4" w:rsidRDefault="00B54DF4">
            <w:pPr>
              <w:spacing w:after="0"/>
              <w:jc w:val="right"/>
            </w:pPr>
          </w:p>
        </w:tc>
        <w:tc>
          <w:tcPr>
            <w:tcW w:w="136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D782610" w14:textId="77777777" w:rsidR="00B54DF4" w:rsidRDefault="00B54DF4">
            <w:pPr>
              <w:spacing w:after="0"/>
            </w:pPr>
          </w:p>
        </w:tc>
      </w:tr>
      <w:tr w:rsidR="00B54DF4" w14:paraId="168C090F" w14:textId="77777777" w:rsidTr="009842C5">
        <w:trPr>
          <w:trHeight w:hRule="exact" w:val="451"/>
          <w:jc w:val="center"/>
        </w:trPr>
        <w:tc>
          <w:tcPr>
            <w:tcW w:w="5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296268C" w14:textId="77777777" w:rsidR="00B54DF4" w:rsidRDefault="00000000">
            <w:pPr>
              <w:spacing w:after="0"/>
              <w:jc w:val="center"/>
            </w:pPr>
            <w:r>
              <w:rPr>
                <w:color w:val="555555"/>
                <w:sz w:val="16"/>
              </w:rPr>
              <w:t>6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551B9ED" w14:textId="77777777" w:rsidR="00B54DF4" w:rsidRDefault="00B54DF4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B56969C" w14:textId="77777777" w:rsidR="00B54DF4" w:rsidRDefault="00B54DF4">
            <w:pPr>
              <w:spacing w:after="0"/>
            </w:pP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3DCAC85" w14:textId="77777777" w:rsidR="00B54DF4" w:rsidRDefault="00B54DF4">
            <w:pPr>
              <w:spacing w:after="0"/>
            </w:pP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3D35FF5" w14:textId="77777777" w:rsidR="00B54DF4" w:rsidRDefault="00B54DF4">
            <w:pPr>
              <w:spacing w:after="0"/>
              <w:jc w:val="center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F14F438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1EA0DB7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B1D0B9B" w14:textId="77777777" w:rsidR="00B54DF4" w:rsidRDefault="00B54DF4">
            <w:pPr>
              <w:spacing w:after="0"/>
              <w:jc w:val="right"/>
            </w:pPr>
          </w:p>
        </w:tc>
        <w:tc>
          <w:tcPr>
            <w:tcW w:w="124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4532940" w14:textId="77777777" w:rsidR="00B54DF4" w:rsidRDefault="00B54DF4">
            <w:pPr>
              <w:spacing w:after="0"/>
              <w:jc w:val="right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562647A" w14:textId="77777777" w:rsidR="00B54DF4" w:rsidRDefault="00B54DF4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AB56932" w14:textId="77777777" w:rsidR="00B54DF4" w:rsidRDefault="00B54DF4">
            <w:pPr>
              <w:spacing w:after="0"/>
              <w:jc w:val="right"/>
            </w:pPr>
          </w:p>
        </w:tc>
        <w:tc>
          <w:tcPr>
            <w:tcW w:w="136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C918AF1" w14:textId="77777777" w:rsidR="00B54DF4" w:rsidRDefault="00B54DF4">
            <w:pPr>
              <w:spacing w:after="0"/>
            </w:pPr>
          </w:p>
        </w:tc>
      </w:tr>
      <w:tr w:rsidR="00B54DF4" w14:paraId="6D495326" w14:textId="77777777" w:rsidTr="009842C5">
        <w:trPr>
          <w:trHeight w:hRule="exact" w:val="451"/>
          <w:jc w:val="center"/>
        </w:trPr>
        <w:tc>
          <w:tcPr>
            <w:tcW w:w="5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5443F32" w14:textId="77777777" w:rsidR="00B54DF4" w:rsidRDefault="00000000">
            <w:pPr>
              <w:spacing w:after="0"/>
              <w:jc w:val="center"/>
            </w:pPr>
            <w:r>
              <w:rPr>
                <w:color w:val="555555"/>
                <w:sz w:val="16"/>
              </w:rPr>
              <w:t>7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6392439" w14:textId="77777777" w:rsidR="00B54DF4" w:rsidRDefault="00B54DF4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92F8E5B" w14:textId="77777777" w:rsidR="00B54DF4" w:rsidRDefault="00B54DF4">
            <w:pPr>
              <w:spacing w:after="0"/>
            </w:pP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074DF0D" w14:textId="77777777" w:rsidR="00B54DF4" w:rsidRDefault="00B54DF4">
            <w:pPr>
              <w:spacing w:after="0"/>
            </w:pP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E9DACB9" w14:textId="77777777" w:rsidR="00B54DF4" w:rsidRDefault="00B54DF4">
            <w:pPr>
              <w:spacing w:after="0"/>
              <w:jc w:val="center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1F7F520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0838948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1365747" w14:textId="77777777" w:rsidR="00B54DF4" w:rsidRDefault="00B54DF4">
            <w:pPr>
              <w:spacing w:after="0"/>
              <w:jc w:val="right"/>
            </w:pPr>
          </w:p>
        </w:tc>
        <w:tc>
          <w:tcPr>
            <w:tcW w:w="124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CBEFEEE" w14:textId="77777777" w:rsidR="00B54DF4" w:rsidRDefault="00B54DF4">
            <w:pPr>
              <w:spacing w:after="0"/>
              <w:jc w:val="right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646DCE1" w14:textId="77777777" w:rsidR="00B54DF4" w:rsidRDefault="00B54DF4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7949DA6" w14:textId="77777777" w:rsidR="00B54DF4" w:rsidRDefault="00B54DF4">
            <w:pPr>
              <w:spacing w:after="0"/>
              <w:jc w:val="right"/>
            </w:pPr>
          </w:p>
        </w:tc>
        <w:tc>
          <w:tcPr>
            <w:tcW w:w="136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B70B129" w14:textId="77777777" w:rsidR="00B54DF4" w:rsidRDefault="00B54DF4">
            <w:pPr>
              <w:spacing w:after="0"/>
            </w:pPr>
          </w:p>
        </w:tc>
      </w:tr>
      <w:tr w:rsidR="00B54DF4" w14:paraId="547805B7" w14:textId="77777777" w:rsidTr="009842C5">
        <w:trPr>
          <w:trHeight w:hRule="exact" w:val="451"/>
          <w:jc w:val="center"/>
        </w:trPr>
        <w:tc>
          <w:tcPr>
            <w:tcW w:w="5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107D02B" w14:textId="77777777" w:rsidR="00B54DF4" w:rsidRDefault="00000000">
            <w:pPr>
              <w:spacing w:after="0"/>
              <w:jc w:val="center"/>
            </w:pPr>
            <w:r>
              <w:rPr>
                <w:color w:val="555555"/>
                <w:sz w:val="16"/>
              </w:rPr>
              <w:t>8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3C9C2BD" w14:textId="77777777" w:rsidR="00B54DF4" w:rsidRDefault="00B54DF4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E407A38" w14:textId="77777777" w:rsidR="00B54DF4" w:rsidRDefault="00B54DF4">
            <w:pPr>
              <w:spacing w:after="0"/>
            </w:pP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A9D7A9A" w14:textId="77777777" w:rsidR="00B54DF4" w:rsidRDefault="00B54DF4">
            <w:pPr>
              <w:spacing w:after="0"/>
            </w:pP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67551FF" w14:textId="77777777" w:rsidR="00B54DF4" w:rsidRDefault="00B54DF4">
            <w:pPr>
              <w:spacing w:after="0"/>
              <w:jc w:val="center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DD75444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8C88A1F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067A3CD" w14:textId="77777777" w:rsidR="00B54DF4" w:rsidRDefault="00B54DF4">
            <w:pPr>
              <w:spacing w:after="0"/>
              <w:jc w:val="right"/>
            </w:pPr>
          </w:p>
        </w:tc>
        <w:tc>
          <w:tcPr>
            <w:tcW w:w="124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303AF77" w14:textId="77777777" w:rsidR="00B54DF4" w:rsidRDefault="00B54DF4">
            <w:pPr>
              <w:spacing w:after="0"/>
              <w:jc w:val="right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F6F205A" w14:textId="77777777" w:rsidR="00B54DF4" w:rsidRDefault="00B54DF4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53906CB" w14:textId="77777777" w:rsidR="00B54DF4" w:rsidRDefault="00B54DF4">
            <w:pPr>
              <w:spacing w:after="0"/>
              <w:jc w:val="right"/>
            </w:pPr>
          </w:p>
        </w:tc>
        <w:tc>
          <w:tcPr>
            <w:tcW w:w="136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7C67B61" w14:textId="77777777" w:rsidR="00B54DF4" w:rsidRDefault="00B54DF4">
            <w:pPr>
              <w:spacing w:after="0"/>
            </w:pPr>
          </w:p>
        </w:tc>
      </w:tr>
      <w:tr w:rsidR="00B54DF4" w14:paraId="3142DC6C" w14:textId="77777777" w:rsidTr="009842C5">
        <w:trPr>
          <w:trHeight w:hRule="exact" w:val="451"/>
          <w:jc w:val="center"/>
        </w:trPr>
        <w:tc>
          <w:tcPr>
            <w:tcW w:w="5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B801047" w14:textId="77777777" w:rsidR="00B54DF4" w:rsidRDefault="00000000">
            <w:pPr>
              <w:spacing w:after="0"/>
              <w:jc w:val="center"/>
            </w:pPr>
            <w:r>
              <w:rPr>
                <w:color w:val="555555"/>
                <w:sz w:val="16"/>
              </w:rPr>
              <w:t>9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AFD429F" w14:textId="77777777" w:rsidR="00B54DF4" w:rsidRDefault="00B54DF4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0F1848A" w14:textId="77777777" w:rsidR="00B54DF4" w:rsidRDefault="00B54DF4">
            <w:pPr>
              <w:spacing w:after="0"/>
            </w:pP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C764D24" w14:textId="77777777" w:rsidR="00B54DF4" w:rsidRDefault="00B54DF4">
            <w:pPr>
              <w:spacing w:after="0"/>
            </w:pP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17A41F5" w14:textId="77777777" w:rsidR="00B54DF4" w:rsidRDefault="00B54DF4">
            <w:pPr>
              <w:spacing w:after="0"/>
              <w:jc w:val="center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A413E2D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3FB2D06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5FB0F94" w14:textId="77777777" w:rsidR="00B54DF4" w:rsidRDefault="00B54DF4">
            <w:pPr>
              <w:spacing w:after="0"/>
              <w:jc w:val="right"/>
            </w:pPr>
          </w:p>
        </w:tc>
        <w:tc>
          <w:tcPr>
            <w:tcW w:w="124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B9176C8" w14:textId="77777777" w:rsidR="00B54DF4" w:rsidRDefault="00B54DF4">
            <w:pPr>
              <w:spacing w:after="0"/>
              <w:jc w:val="right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686C494" w14:textId="77777777" w:rsidR="00B54DF4" w:rsidRDefault="00B54DF4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B302727" w14:textId="77777777" w:rsidR="00B54DF4" w:rsidRDefault="00B54DF4">
            <w:pPr>
              <w:spacing w:after="0"/>
              <w:jc w:val="right"/>
            </w:pPr>
          </w:p>
        </w:tc>
        <w:tc>
          <w:tcPr>
            <w:tcW w:w="136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15ABE4A" w14:textId="77777777" w:rsidR="00B54DF4" w:rsidRDefault="00B54DF4">
            <w:pPr>
              <w:spacing w:after="0"/>
            </w:pPr>
          </w:p>
        </w:tc>
      </w:tr>
      <w:tr w:rsidR="00B54DF4" w14:paraId="21813501" w14:textId="77777777" w:rsidTr="009842C5">
        <w:trPr>
          <w:trHeight w:hRule="exact" w:val="451"/>
          <w:jc w:val="center"/>
        </w:trPr>
        <w:tc>
          <w:tcPr>
            <w:tcW w:w="5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D0EF645" w14:textId="77777777" w:rsidR="00B54DF4" w:rsidRDefault="00000000">
            <w:pPr>
              <w:spacing w:after="0"/>
              <w:jc w:val="center"/>
            </w:pPr>
            <w:r>
              <w:rPr>
                <w:color w:val="555555"/>
                <w:sz w:val="16"/>
              </w:rPr>
              <w:t>10</w:t>
            </w: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20AA981" w14:textId="77777777" w:rsidR="00B54DF4" w:rsidRDefault="00B54DF4">
            <w:pPr>
              <w:spacing w:after="0"/>
              <w:jc w:val="center"/>
            </w:pPr>
          </w:p>
        </w:tc>
        <w:tc>
          <w:tcPr>
            <w:tcW w:w="1985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E159E32" w14:textId="77777777" w:rsidR="00B54DF4" w:rsidRDefault="00B54DF4">
            <w:pPr>
              <w:spacing w:after="0"/>
            </w:pP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E62A008" w14:textId="77777777" w:rsidR="00B54DF4" w:rsidRDefault="00B54DF4">
            <w:pPr>
              <w:spacing w:after="0"/>
            </w:pPr>
          </w:p>
        </w:tc>
        <w:tc>
          <w:tcPr>
            <w:tcW w:w="102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8A231C3" w14:textId="77777777" w:rsidR="00B54DF4" w:rsidRDefault="00B54DF4">
            <w:pPr>
              <w:spacing w:after="0"/>
              <w:jc w:val="center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15C0465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2216884" w14:textId="77777777" w:rsidR="00B54DF4" w:rsidRDefault="00B54DF4">
            <w:pPr>
              <w:spacing w:after="0"/>
              <w:jc w:val="right"/>
            </w:pPr>
          </w:p>
        </w:tc>
        <w:tc>
          <w:tcPr>
            <w:tcW w:w="119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6B350EA" w14:textId="77777777" w:rsidR="00B54DF4" w:rsidRDefault="00B54DF4">
            <w:pPr>
              <w:spacing w:after="0"/>
              <w:jc w:val="right"/>
            </w:pPr>
          </w:p>
        </w:tc>
        <w:tc>
          <w:tcPr>
            <w:tcW w:w="124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8340D5A" w14:textId="77777777" w:rsidR="00B54DF4" w:rsidRDefault="00B54DF4">
            <w:pPr>
              <w:spacing w:after="0"/>
              <w:jc w:val="right"/>
            </w:pPr>
          </w:p>
        </w:tc>
        <w:tc>
          <w:tcPr>
            <w:tcW w:w="107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FF12890" w14:textId="77777777" w:rsidR="00B54DF4" w:rsidRDefault="00B54DF4">
            <w:pPr>
              <w:spacing w:after="0"/>
              <w:jc w:val="right"/>
            </w:pPr>
          </w:p>
        </w:tc>
        <w:tc>
          <w:tcPr>
            <w:tcW w:w="141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1ADE13F" w14:textId="77777777" w:rsidR="00B54DF4" w:rsidRDefault="00B54DF4">
            <w:pPr>
              <w:spacing w:after="0"/>
              <w:jc w:val="right"/>
            </w:pPr>
          </w:p>
        </w:tc>
        <w:tc>
          <w:tcPr>
            <w:tcW w:w="1362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6A70BED" w14:textId="77777777" w:rsidR="00B54DF4" w:rsidRDefault="00B54DF4">
            <w:pPr>
              <w:spacing w:after="0"/>
            </w:pPr>
          </w:p>
        </w:tc>
      </w:tr>
    </w:tbl>
    <w:p w14:paraId="798F6043" w14:textId="77777777" w:rsidR="00B54DF4" w:rsidRDefault="00000000">
      <w:pPr>
        <w:spacing w:before="80" w:after="60"/>
      </w:pPr>
      <w:proofErr w:type="spellStart"/>
      <w:r>
        <w:rPr>
          <w:b/>
          <w:color w:val="222222"/>
          <w:sz w:val="19"/>
        </w:rPr>
        <w:t>매출</w:t>
      </w:r>
      <w:proofErr w:type="spellEnd"/>
      <w:r>
        <w:rPr>
          <w:b/>
          <w:color w:val="222222"/>
          <w:sz w:val="19"/>
        </w:rPr>
        <w:t xml:space="preserve"> </w:t>
      </w:r>
      <w:proofErr w:type="spellStart"/>
      <w:r>
        <w:rPr>
          <w:b/>
          <w:color w:val="222222"/>
          <w:sz w:val="19"/>
        </w:rPr>
        <w:t>요약</w:t>
      </w:r>
      <w:proofErr w:type="spellEnd"/>
    </w:p>
    <w:tbl>
      <w:tblPr>
        <w:tblW w:w="15376" w:type="dxa"/>
        <w:jc w:val="center"/>
        <w:tblLayout w:type="fixed"/>
        <w:tblLook w:val="04A0" w:firstRow="1" w:lastRow="0" w:firstColumn="1" w:lastColumn="0" w:noHBand="0" w:noVBand="1"/>
      </w:tblPr>
      <w:tblGrid>
        <w:gridCol w:w="1589"/>
        <w:gridCol w:w="2270"/>
        <w:gridCol w:w="1588"/>
        <w:gridCol w:w="2270"/>
        <w:gridCol w:w="1588"/>
        <w:gridCol w:w="2270"/>
        <w:gridCol w:w="1588"/>
        <w:gridCol w:w="2213"/>
      </w:tblGrid>
      <w:tr w:rsidR="00B54DF4" w14:paraId="20AD3E97" w14:textId="77777777" w:rsidTr="009842C5">
        <w:trPr>
          <w:trHeight w:hRule="exact" w:val="512"/>
          <w:jc w:val="center"/>
        </w:trPr>
        <w:tc>
          <w:tcPr>
            <w:tcW w:w="1589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0C6CD7BD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공급가액 합계</w:t>
            </w:r>
          </w:p>
        </w:tc>
        <w:tc>
          <w:tcPr>
            <w:tcW w:w="227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69D28A1" w14:textId="77777777" w:rsidR="00B54DF4" w:rsidRDefault="00B54DF4">
            <w:pPr>
              <w:spacing w:after="0"/>
              <w:jc w:val="right"/>
            </w:pPr>
          </w:p>
        </w:tc>
        <w:tc>
          <w:tcPr>
            <w:tcW w:w="158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162C8075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세액 합계</w:t>
            </w:r>
          </w:p>
        </w:tc>
        <w:tc>
          <w:tcPr>
            <w:tcW w:w="227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448C56C" w14:textId="77777777" w:rsidR="00B54DF4" w:rsidRDefault="00B54DF4">
            <w:pPr>
              <w:spacing w:after="0"/>
              <w:jc w:val="right"/>
            </w:pPr>
          </w:p>
        </w:tc>
        <w:tc>
          <w:tcPr>
            <w:tcW w:w="158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36CA8D90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총 매출액</w:t>
            </w:r>
          </w:p>
        </w:tc>
        <w:tc>
          <w:tcPr>
            <w:tcW w:w="227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3A5922D" w14:textId="77777777" w:rsidR="00B54DF4" w:rsidRDefault="00B54DF4">
            <w:pPr>
              <w:spacing w:after="0"/>
              <w:jc w:val="right"/>
            </w:pPr>
          </w:p>
        </w:tc>
        <w:tc>
          <w:tcPr>
            <w:tcW w:w="158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51E5790D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총 수금액</w:t>
            </w: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B61C41B" w14:textId="77777777" w:rsidR="00B54DF4" w:rsidRDefault="00B54DF4">
            <w:pPr>
              <w:spacing w:after="0"/>
              <w:jc w:val="right"/>
            </w:pPr>
          </w:p>
        </w:tc>
      </w:tr>
      <w:tr w:rsidR="00B54DF4" w14:paraId="44C9311C" w14:textId="77777777" w:rsidTr="009842C5">
        <w:trPr>
          <w:trHeight w:hRule="exact" w:val="512"/>
          <w:jc w:val="center"/>
        </w:trPr>
        <w:tc>
          <w:tcPr>
            <w:tcW w:w="1589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3146E738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전기 미수금</w:t>
            </w:r>
          </w:p>
        </w:tc>
        <w:tc>
          <w:tcPr>
            <w:tcW w:w="227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8212A4F" w14:textId="77777777" w:rsidR="00B54DF4" w:rsidRDefault="00B54DF4">
            <w:pPr>
              <w:spacing w:after="0"/>
              <w:jc w:val="right"/>
            </w:pPr>
          </w:p>
        </w:tc>
        <w:tc>
          <w:tcPr>
            <w:tcW w:w="158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7B60DFCE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당기 발생 미수금</w:t>
            </w:r>
          </w:p>
        </w:tc>
        <w:tc>
          <w:tcPr>
            <w:tcW w:w="227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E76CA23" w14:textId="77777777" w:rsidR="00B54DF4" w:rsidRDefault="00B54DF4">
            <w:pPr>
              <w:spacing w:after="0"/>
              <w:jc w:val="right"/>
            </w:pPr>
          </w:p>
        </w:tc>
        <w:tc>
          <w:tcPr>
            <w:tcW w:w="158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3E35748F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미수금 회수액</w:t>
            </w:r>
          </w:p>
        </w:tc>
        <w:tc>
          <w:tcPr>
            <w:tcW w:w="227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3C5759B" w14:textId="77777777" w:rsidR="00B54DF4" w:rsidRDefault="00B54DF4">
            <w:pPr>
              <w:spacing w:after="0"/>
              <w:jc w:val="right"/>
            </w:pPr>
          </w:p>
        </w:tc>
        <w:tc>
          <w:tcPr>
            <w:tcW w:w="158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693D851C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기말 미수금</w:t>
            </w:r>
          </w:p>
        </w:tc>
        <w:tc>
          <w:tcPr>
            <w:tcW w:w="22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8288026" w14:textId="77777777" w:rsidR="00B54DF4" w:rsidRDefault="00B54DF4">
            <w:pPr>
              <w:spacing w:after="0"/>
              <w:jc w:val="right"/>
            </w:pPr>
          </w:p>
        </w:tc>
      </w:tr>
    </w:tbl>
    <w:p w14:paraId="756DCA06" w14:textId="77777777" w:rsidR="00B54DF4" w:rsidRDefault="00000000">
      <w:pPr>
        <w:spacing w:before="80" w:after="60"/>
      </w:pPr>
      <w:r>
        <w:rPr>
          <w:b/>
          <w:color w:val="222222"/>
          <w:sz w:val="19"/>
        </w:rPr>
        <w:t>확인 및 비고</w:t>
      </w:r>
    </w:p>
    <w:tbl>
      <w:tblPr>
        <w:tblW w:w="15364" w:type="dxa"/>
        <w:jc w:val="center"/>
        <w:tblLayout w:type="fixed"/>
        <w:tblLook w:val="04A0" w:firstRow="1" w:lastRow="0" w:firstColumn="1" w:lastColumn="0" w:noHBand="0" w:noVBand="1"/>
      </w:tblPr>
      <w:tblGrid>
        <w:gridCol w:w="1588"/>
        <w:gridCol w:w="6066"/>
        <w:gridCol w:w="1587"/>
        <w:gridCol w:w="6123"/>
      </w:tblGrid>
      <w:tr w:rsidR="00B54DF4" w14:paraId="79302BA3" w14:textId="77777777">
        <w:trPr>
          <w:trHeight w:hRule="exact" w:val="470"/>
          <w:jc w:val="center"/>
        </w:trPr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0FEC33A1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특이사항</w:t>
            </w:r>
          </w:p>
        </w:tc>
        <w:tc>
          <w:tcPr>
            <w:tcW w:w="606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3856D3E" w14:textId="77777777" w:rsidR="00B54DF4" w:rsidRDefault="00B54DF4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60BCE7D8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확인자</w:t>
            </w:r>
          </w:p>
        </w:tc>
        <w:tc>
          <w:tcPr>
            <w:tcW w:w="612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A174147" w14:textId="77777777" w:rsidR="00B54DF4" w:rsidRDefault="00B54DF4">
            <w:pPr>
              <w:spacing w:after="0"/>
            </w:pPr>
          </w:p>
        </w:tc>
      </w:tr>
      <w:tr w:rsidR="00B54DF4" w14:paraId="548938F2" w14:textId="77777777">
        <w:trPr>
          <w:trHeight w:hRule="exact" w:val="470"/>
          <w:jc w:val="center"/>
        </w:trPr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48070D2B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미수금 관리사항</w:t>
            </w:r>
          </w:p>
        </w:tc>
        <w:tc>
          <w:tcPr>
            <w:tcW w:w="606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190F553" w14:textId="77777777" w:rsidR="00B54DF4" w:rsidRDefault="00B54DF4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41204EAA" w14:textId="77777777" w:rsidR="00B54DF4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6"/>
              </w:rPr>
              <w:t>서명 / 인</w:t>
            </w:r>
          </w:p>
        </w:tc>
        <w:tc>
          <w:tcPr>
            <w:tcW w:w="612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F769D9D" w14:textId="77777777" w:rsidR="00B54DF4" w:rsidRDefault="00B54DF4">
            <w:pPr>
              <w:spacing w:after="0"/>
            </w:pPr>
          </w:p>
        </w:tc>
      </w:tr>
    </w:tbl>
    <w:p w14:paraId="2F5A7C7F" w14:textId="77777777" w:rsidR="00253EC7" w:rsidRDefault="00253EC7"/>
    <w:sectPr w:rsidR="00253EC7" w:rsidSect="00034616">
      <w:pgSz w:w="16838" w:h="11906" w:orient="landscape"/>
      <w:pgMar w:top="567" w:right="737" w:bottom="51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9726373">
    <w:abstractNumId w:val="8"/>
  </w:num>
  <w:num w:numId="2" w16cid:durableId="906377907">
    <w:abstractNumId w:val="6"/>
  </w:num>
  <w:num w:numId="3" w16cid:durableId="1461191897">
    <w:abstractNumId w:val="5"/>
  </w:num>
  <w:num w:numId="4" w16cid:durableId="1981691969">
    <w:abstractNumId w:val="4"/>
  </w:num>
  <w:num w:numId="5" w16cid:durableId="1883975828">
    <w:abstractNumId w:val="7"/>
  </w:num>
  <w:num w:numId="6" w16cid:durableId="1769498279">
    <w:abstractNumId w:val="3"/>
  </w:num>
  <w:num w:numId="7" w16cid:durableId="1254900554">
    <w:abstractNumId w:val="2"/>
  </w:num>
  <w:num w:numId="8" w16cid:durableId="1231498915">
    <w:abstractNumId w:val="1"/>
  </w:num>
  <w:num w:numId="9" w16cid:durableId="127713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3EC7"/>
    <w:rsid w:val="0029639D"/>
    <w:rsid w:val="00326F90"/>
    <w:rsid w:val="00335901"/>
    <w:rsid w:val="009842C5"/>
    <w:rsid w:val="00AA1D8D"/>
    <w:rsid w:val="00B47730"/>
    <w:rsid w:val="00B54DF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BACF7A"/>
  <w14:defaultImageDpi w14:val="300"/>
  <w15:docId w15:val="{43ECAF00-AC1D-4202-8A13-0799B51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매출 관리대장</dc:title>
  <dc:subject/>
  <dc:creator/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2026-09-02T14:36:00Z</dcterms:modified>
  <cp:category/>
</cp:coreProperties>
</file>