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53"/>
        <w:gridCol w:w="9524"/>
      </w:tblGrid>
      <w:tr w:rsidR="000D6756" w14:paraId="6ABEB5FD" w14:textId="77777777">
        <w:trPr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B317B8A" w14:textId="77777777" w:rsidR="000D6756" w:rsidRDefault="00000000">
            <w:pPr>
              <w:spacing w:after="0" w:line="240" w:lineRule="auto"/>
            </w:pPr>
            <w:r>
              <w:rPr>
                <w:b/>
                <w:color w:val="2E69AB"/>
                <w:sz w:val="19"/>
              </w:rPr>
              <w:t>CUSTOMER MANAGEMENT</w:t>
            </w:r>
          </w:p>
        </w:tc>
        <w:tc>
          <w:tcPr>
            <w:tcW w:w="952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45D4F79" w14:textId="77777777" w:rsidR="000D6756" w:rsidRDefault="00000000">
            <w:pPr>
              <w:spacing w:after="0" w:line="240" w:lineRule="auto"/>
              <w:jc w:val="right"/>
            </w:pPr>
            <w:r>
              <w:rPr>
                <w:b/>
                <w:color w:val="1C2B3F"/>
                <w:sz w:val="36"/>
              </w:rPr>
              <w:t>고객 관리대장</w:t>
            </w:r>
          </w:p>
        </w:tc>
      </w:tr>
    </w:tbl>
    <w:p w14:paraId="31588D5E" w14:textId="77777777" w:rsidR="000D6756" w:rsidRDefault="00000000">
      <w:pPr>
        <w:spacing w:before="20" w:after="100"/>
        <w:rPr>
          <w:lang w:eastAsia="ko-KR"/>
        </w:rPr>
      </w:pPr>
      <w:r>
        <w:rPr>
          <w:color w:val="5D6C7E"/>
          <w:lang w:eastAsia="ko-KR"/>
        </w:rPr>
        <w:t>고객 기본정보와 상담·거래 진행사항을 한눈에 기록하고 관리하기 위한 업무용 서식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02"/>
        <w:gridCol w:w="3284"/>
        <w:gridCol w:w="1132"/>
        <w:gridCol w:w="2718"/>
        <w:gridCol w:w="1529"/>
        <w:gridCol w:w="5493"/>
      </w:tblGrid>
      <w:tr w:rsidR="000D6756" w14:paraId="0F37DF30" w14:textId="77777777" w:rsidTr="00A55D66">
        <w:trPr>
          <w:trHeight w:hRule="exact" w:val="501"/>
          <w:jc w:val="center"/>
        </w:trPr>
        <w:tc>
          <w:tcPr>
            <w:tcW w:w="1302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D341C8D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proofErr w:type="spellStart"/>
            <w:r w:rsidRPr="00A55D66">
              <w:rPr>
                <w:b/>
                <w:color w:val="2A4E74"/>
                <w:szCs w:val="18"/>
              </w:rPr>
              <w:t>관리부서</w:t>
            </w:r>
            <w:proofErr w:type="spellEnd"/>
          </w:p>
        </w:tc>
        <w:tc>
          <w:tcPr>
            <w:tcW w:w="3284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338190D" w14:textId="77777777" w:rsidR="000D6756" w:rsidRPr="00A55D66" w:rsidRDefault="000D6756">
            <w:pPr>
              <w:spacing w:after="0" w:line="240" w:lineRule="auto"/>
              <w:jc w:val="center"/>
              <w:rPr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A25DAAB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2A4E74"/>
                <w:szCs w:val="18"/>
              </w:rPr>
              <w:t>담당자</w:t>
            </w:r>
          </w:p>
        </w:tc>
        <w:tc>
          <w:tcPr>
            <w:tcW w:w="2718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942AEE1" w14:textId="77777777" w:rsidR="000D6756" w:rsidRPr="00A55D66" w:rsidRDefault="000D6756">
            <w:pPr>
              <w:spacing w:after="0" w:line="240" w:lineRule="auto"/>
              <w:jc w:val="center"/>
              <w:rPr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E3BE900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2A4E74"/>
                <w:szCs w:val="18"/>
              </w:rPr>
              <w:t>작성 기준일</w:t>
            </w:r>
          </w:p>
        </w:tc>
        <w:tc>
          <w:tcPr>
            <w:tcW w:w="5493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B6650D6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szCs w:val="18"/>
              </w:rPr>
              <w:t>20    년    월    일</w:t>
            </w:r>
          </w:p>
        </w:tc>
      </w:tr>
    </w:tbl>
    <w:p w14:paraId="6D79E5D0" w14:textId="77777777" w:rsidR="000D6756" w:rsidRDefault="00000000">
      <w:pPr>
        <w:spacing w:before="120" w:after="60"/>
      </w:pPr>
      <w:r>
        <w:rPr>
          <w:b/>
          <w:color w:val="2E69AB"/>
          <w:sz w:val="20"/>
        </w:rPr>
        <w:t>01  CUSTOMER LIST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1305"/>
        <w:gridCol w:w="1588"/>
        <w:gridCol w:w="1929"/>
        <w:gridCol w:w="1078"/>
        <w:gridCol w:w="1362"/>
        <w:gridCol w:w="1362"/>
        <w:gridCol w:w="1135"/>
        <w:gridCol w:w="3121"/>
        <w:gridCol w:w="1078"/>
        <w:gridCol w:w="907"/>
      </w:tblGrid>
      <w:tr w:rsidR="000D6756" w:rsidRPr="00A55D66" w14:paraId="65F75DD6" w14:textId="77777777" w:rsidTr="00A55D66">
        <w:trPr>
          <w:trHeight w:hRule="exact" w:val="593"/>
          <w:jc w:val="center"/>
        </w:trPr>
        <w:tc>
          <w:tcPr>
            <w:tcW w:w="624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872514C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1F3954"/>
                <w:szCs w:val="18"/>
              </w:rPr>
              <w:t>No.</w:t>
            </w:r>
          </w:p>
        </w:tc>
        <w:tc>
          <w:tcPr>
            <w:tcW w:w="1305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4A5D0D0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1F3954"/>
                <w:szCs w:val="18"/>
              </w:rPr>
              <w:t>고객명</w:t>
            </w:r>
          </w:p>
        </w:tc>
        <w:tc>
          <w:tcPr>
            <w:tcW w:w="1588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8488D4E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1F3954"/>
                <w:szCs w:val="18"/>
              </w:rPr>
              <w:t>연락처</w:t>
            </w:r>
          </w:p>
        </w:tc>
        <w:tc>
          <w:tcPr>
            <w:tcW w:w="1929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261F00F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1F3954"/>
                <w:szCs w:val="18"/>
              </w:rPr>
              <w:t>이메일</w:t>
            </w:r>
          </w:p>
        </w:tc>
        <w:tc>
          <w:tcPr>
            <w:tcW w:w="1078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24339B4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1F3954"/>
                <w:szCs w:val="18"/>
              </w:rPr>
              <w:t>고객 구분</w:t>
            </w:r>
          </w:p>
        </w:tc>
        <w:tc>
          <w:tcPr>
            <w:tcW w:w="1362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8098874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1F3954"/>
                <w:szCs w:val="18"/>
              </w:rPr>
              <w:t>최초 등록일</w:t>
            </w:r>
          </w:p>
        </w:tc>
        <w:tc>
          <w:tcPr>
            <w:tcW w:w="1362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0C4B0B8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1F3954"/>
                <w:szCs w:val="18"/>
              </w:rPr>
              <w:t>최근 상담일</w:t>
            </w:r>
          </w:p>
        </w:tc>
        <w:tc>
          <w:tcPr>
            <w:tcW w:w="1135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4BC4FF2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1F3954"/>
                <w:szCs w:val="18"/>
              </w:rPr>
              <w:t>담당자</w:t>
            </w:r>
          </w:p>
        </w:tc>
        <w:tc>
          <w:tcPr>
            <w:tcW w:w="3121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753CD3B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1F3954"/>
                <w:szCs w:val="18"/>
              </w:rPr>
              <w:t>주요 상담·거래 내용</w:t>
            </w:r>
          </w:p>
        </w:tc>
        <w:tc>
          <w:tcPr>
            <w:tcW w:w="1078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4F533DE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1F3954"/>
                <w:szCs w:val="18"/>
              </w:rPr>
              <w:t>진행 상태</w:t>
            </w:r>
          </w:p>
        </w:tc>
        <w:tc>
          <w:tcPr>
            <w:tcW w:w="907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DD3808C" w14:textId="77777777" w:rsidR="000D6756" w:rsidRPr="00A55D66" w:rsidRDefault="00000000">
            <w:pPr>
              <w:spacing w:after="0" w:line="240" w:lineRule="auto"/>
              <w:jc w:val="center"/>
              <w:rPr>
                <w:szCs w:val="18"/>
              </w:rPr>
            </w:pPr>
            <w:r w:rsidRPr="00A55D66">
              <w:rPr>
                <w:b/>
                <w:color w:val="1F3954"/>
                <w:szCs w:val="18"/>
              </w:rPr>
              <w:t>비고</w:t>
            </w:r>
          </w:p>
        </w:tc>
      </w:tr>
      <w:tr w:rsidR="000D6756" w14:paraId="51018C14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DD7D8F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CAC8AF3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25B5DB9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6276D0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18F8CAC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B14937A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F6A85DD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49E4142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63A4FE1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617287C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178C3EF" w14:textId="77777777" w:rsidR="000D6756" w:rsidRDefault="000D6756">
            <w:pPr>
              <w:spacing w:after="0" w:line="240" w:lineRule="auto"/>
              <w:jc w:val="center"/>
            </w:pPr>
          </w:p>
        </w:tc>
      </w:tr>
      <w:tr w:rsidR="000D6756" w14:paraId="3977EF12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367B674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CCF5C26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A0F201B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14F80D9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20F0B42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62F915B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9E83A9B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D1D3162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3FC7E15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87D9A4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595A8C1" w14:textId="77777777" w:rsidR="000D6756" w:rsidRDefault="000D6756">
            <w:pPr>
              <w:spacing w:after="0" w:line="240" w:lineRule="auto"/>
              <w:jc w:val="center"/>
            </w:pPr>
          </w:p>
        </w:tc>
      </w:tr>
      <w:tr w:rsidR="000D6756" w14:paraId="11156D09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91B6226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A913920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0495AFC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93477F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CEC549D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1770938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EA95853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1AE3DB8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482A650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3334F89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27F1A00" w14:textId="77777777" w:rsidR="000D6756" w:rsidRDefault="000D6756">
            <w:pPr>
              <w:spacing w:after="0" w:line="240" w:lineRule="auto"/>
              <w:jc w:val="center"/>
            </w:pPr>
          </w:p>
        </w:tc>
      </w:tr>
      <w:tr w:rsidR="000D6756" w14:paraId="66E90D34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E04AFA2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4D2D0F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6A84C8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18DCAD7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7AB5946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38C8AA0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1AEFEC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1720737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E8BB5D9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0CC431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7377DFC" w14:textId="77777777" w:rsidR="000D6756" w:rsidRDefault="000D6756">
            <w:pPr>
              <w:spacing w:after="0" w:line="240" w:lineRule="auto"/>
              <w:jc w:val="center"/>
            </w:pPr>
          </w:p>
        </w:tc>
      </w:tr>
      <w:tr w:rsidR="000D6756" w14:paraId="5E4DC2F0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5AC7556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41E17D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1867F41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FCCD81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08C1299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8B262C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E854FF9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B5A0D2D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8B84BCB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140796C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17EF36F" w14:textId="77777777" w:rsidR="000D6756" w:rsidRDefault="000D6756">
            <w:pPr>
              <w:spacing w:after="0" w:line="240" w:lineRule="auto"/>
              <w:jc w:val="center"/>
            </w:pPr>
          </w:p>
        </w:tc>
      </w:tr>
      <w:tr w:rsidR="000D6756" w14:paraId="4DA00980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83C5451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D7B8D2D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7E3EAD0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DB403F5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E08920A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9D760C6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6A86F4A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6C217D1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F186DAA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733EA33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DAC7F65" w14:textId="77777777" w:rsidR="000D6756" w:rsidRDefault="000D6756">
            <w:pPr>
              <w:spacing w:after="0" w:line="240" w:lineRule="auto"/>
              <w:jc w:val="center"/>
            </w:pPr>
          </w:p>
        </w:tc>
      </w:tr>
      <w:tr w:rsidR="000D6756" w14:paraId="76D629A0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F995C1A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96F1AC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663FDA6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5066E3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2C02F6B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1E7EF1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9CD242B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DF17065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271A663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D08F9A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C5F809E" w14:textId="77777777" w:rsidR="000D6756" w:rsidRDefault="000D6756">
            <w:pPr>
              <w:spacing w:after="0" w:line="240" w:lineRule="auto"/>
              <w:jc w:val="center"/>
            </w:pPr>
          </w:p>
        </w:tc>
      </w:tr>
      <w:tr w:rsidR="000D6756" w14:paraId="579DE06D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107E5A0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700E065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7AD8883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75AF350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735294A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D7DE4E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1C471A0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847E7E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999895F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23801B8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9A69B3B" w14:textId="77777777" w:rsidR="000D6756" w:rsidRDefault="000D6756">
            <w:pPr>
              <w:spacing w:after="0" w:line="240" w:lineRule="auto"/>
              <w:jc w:val="center"/>
            </w:pPr>
          </w:p>
        </w:tc>
      </w:tr>
      <w:tr w:rsidR="000D6756" w14:paraId="3B070C82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EB7A610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66AA64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47AC6CC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5292605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6A48A92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164ED83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7F898B4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706EA42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F55E103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CA5ED4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48DB289" w14:textId="77777777" w:rsidR="000D6756" w:rsidRDefault="000D6756">
            <w:pPr>
              <w:spacing w:after="0" w:line="240" w:lineRule="auto"/>
              <w:jc w:val="center"/>
            </w:pPr>
          </w:p>
        </w:tc>
      </w:tr>
      <w:tr w:rsidR="000D6756" w14:paraId="28F5F76B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877AFCB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29FCD0C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78A1815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7CAA57C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43B674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5F6EC55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CD56048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0DB771C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E75358D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1944DE6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17D24B5" w14:textId="77777777" w:rsidR="000D6756" w:rsidRDefault="000D6756">
            <w:pPr>
              <w:spacing w:after="0" w:line="240" w:lineRule="auto"/>
              <w:jc w:val="center"/>
            </w:pPr>
          </w:p>
        </w:tc>
      </w:tr>
      <w:tr w:rsidR="000D6756" w14:paraId="27298940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F2183AB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3C53DBB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0DE01E2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FFAF17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90F9065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5235047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6CB889C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944BA30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CA7A465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65A922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BA6C03B" w14:textId="77777777" w:rsidR="000D6756" w:rsidRDefault="000D6756">
            <w:pPr>
              <w:spacing w:after="0" w:line="240" w:lineRule="auto"/>
              <w:jc w:val="center"/>
            </w:pPr>
          </w:p>
        </w:tc>
      </w:tr>
      <w:tr w:rsidR="000D6756" w14:paraId="0DFB2AE0" w14:textId="77777777" w:rsidTr="00A55D66">
        <w:trPr>
          <w:trHeight w:hRule="exact" w:val="496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F8332B7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73D87D8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58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E9162EE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9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A8D08CB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F9746C3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98279B6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36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D8410EA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11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E8993A9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312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EF28C25" w14:textId="77777777" w:rsidR="000D6756" w:rsidRDefault="000D6756">
            <w:pPr>
              <w:spacing w:after="0" w:line="240" w:lineRule="auto"/>
            </w:pPr>
          </w:p>
        </w:tc>
        <w:tc>
          <w:tcPr>
            <w:tcW w:w="10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9F7216F" w14:textId="77777777" w:rsidR="000D6756" w:rsidRDefault="000D6756">
            <w:pPr>
              <w:spacing w:after="0" w:line="240" w:lineRule="auto"/>
              <w:jc w:val="center"/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8CA8FCA" w14:textId="77777777" w:rsidR="000D6756" w:rsidRDefault="000D6756">
            <w:pPr>
              <w:spacing w:after="0" w:line="240" w:lineRule="auto"/>
              <w:jc w:val="center"/>
            </w:pPr>
          </w:p>
        </w:tc>
      </w:tr>
    </w:tbl>
    <w:p w14:paraId="77A89BD4" w14:textId="77777777" w:rsidR="000D6756" w:rsidRDefault="00000000">
      <w:pPr>
        <w:spacing w:before="100" w:after="0"/>
        <w:rPr>
          <w:lang w:eastAsia="ko-KR"/>
        </w:rPr>
      </w:pPr>
      <w:r>
        <w:rPr>
          <w:color w:val="5C6D7E"/>
          <w:sz w:val="16"/>
          <w:lang w:eastAsia="ko-KR"/>
        </w:rPr>
        <w:t xml:space="preserve">관리 </w:t>
      </w:r>
      <w:proofErr w:type="gramStart"/>
      <w:r>
        <w:rPr>
          <w:color w:val="5C6D7E"/>
          <w:sz w:val="16"/>
          <w:lang w:eastAsia="ko-KR"/>
        </w:rPr>
        <w:t>안내  |</w:t>
      </w:r>
      <w:proofErr w:type="gramEnd"/>
      <w:r>
        <w:rPr>
          <w:color w:val="5C6D7E"/>
          <w:sz w:val="16"/>
          <w:lang w:eastAsia="ko-KR"/>
        </w:rPr>
        <w:t xml:space="preserve">  고객 관리 목적에 필요한 정보만 기록하고, 주민등록번호 등 불필요한 개인정보는 포함하지 않는 것이 좋습니다.</w:t>
      </w:r>
    </w:p>
    <w:sectPr w:rsidR="000D6756" w:rsidSect="00034616">
      <w:pgSz w:w="16838" w:h="11906"/>
      <w:pgMar w:top="737" w:right="680" w:bottom="73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8038380">
    <w:abstractNumId w:val="8"/>
  </w:num>
  <w:num w:numId="2" w16cid:durableId="1584417732">
    <w:abstractNumId w:val="6"/>
  </w:num>
  <w:num w:numId="3" w16cid:durableId="1206526411">
    <w:abstractNumId w:val="5"/>
  </w:num>
  <w:num w:numId="4" w16cid:durableId="1291864240">
    <w:abstractNumId w:val="4"/>
  </w:num>
  <w:num w:numId="5" w16cid:durableId="178549281">
    <w:abstractNumId w:val="7"/>
  </w:num>
  <w:num w:numId="6" w16cid:durableId="127405472">
    <w:abstractNumId w:val="3"/>
  </w:num>
  <w:num w:numId="7" w16cid:durableId="363943058">
    <w:abstractNumId w:val="2"/>
  </w:num>
  <w:num w:numId="8" w16cid:durableId="584069023">
    <w:abstractNumId w:val="1"/>
  </w:num>
  <w:num w:numId="9" w16cid:durableId="795292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6756"/>
    <w:rsid w:val="0015074B"/>
    <w:rsid w:val="0029639D"/>
    <w:rsid w:val="00326F90"/>
    <w:rsid w:val="007C0322"/>
    <w:rsid w:val="00A55D6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E47FC6"/>
  <w14:defaultImageDpi w14:val="300"/>
  <w15:docId w15:val="{3426C86F-2E13-4092-87AB-562423F0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2026-09-04T01:58:00Z</dcterms:modified>
  <cp:category/>
</cp:coreProperties>
</file>