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2AD32" w14:textId="77777777" w:rsidR="00B82152" w:rsidRDefault="00000000">
      <w:pPr>
        <w:jc w:val="center"/>
        <w:rPr>
          <w:lang w:eastAsia="ko-KR"/>
        </w:rPr>
      </w:pPr>
      <w:r>
        <w:rPr>
          <w:b/>
          <w:sz w:val="36"/>
          <w:lang w:eastAsia="ko-KR"/>
        </w:rPr>
        <w:t>검</w:t>
      </w:r>
      <w:r>
        <w:rPr>
          <w:b/>
          <w:sz w:val="36"/>
          <w:lang w:eastAsia="ko-KR"/>
        </w:rPr>
        <w:t xml:space="preserve"> </w:t>
      </w:r>
      <w:r>
        <w:rPr>
          <w:b/>
          <w:sz w:val="36"/>
          <w:lang w:eastAsia="ko-KR"/>
        </w:rPr>
        <w:t>수</w:t>
      </w:r>
      <w:r>
        <w:rPr>
          <w:b/>
          <w:sz w:val="36"/>
          <w:lang w:eastAsia="ko-KR"/>
        </w:rPr>
        <w:t xml:space="preserve"> </w:t>
      </w:r>
      <w:r>
        <w:rPr>
          <w:b/>
          <w:sz w:val="36"/>
          <w:lang w:eastAsia="ko-KR"/>
        </w:rPr>
        <w:t>확</w:t>
      </w:r>
      <w:r>
        <w:rPr>
          <w:b/>
          <w:sz w:val="36"/>
          <w:lang w:eastAsia="ko-KR"/>
        </w:rPr>
        <w:t xml:space="preserve"> </w:t>
      </w:r>
      <w:r>
        <w:rPr>
          <w:b/>
          <w:sz w:val="36"/>
          <w:lang w:eastAsia="ko-KR"/>
        </w:rPr>
        <w:t>인</w:t>
      </w:r>
      <w:r>
        <w:rPr>
          <w:b/>
          <w:sz w:val="36"/>
          <w:lang w:eastAsia="ko-KR"/>
        </w:rPr>
        <w:t xml:space="preserve"> </w:t>
      </w:r>
      <w:r>
        <w:rPr>
          <w:b/>
          <w:sz w:val="36"/>
          <w:lang w:eastAsia="ko-KR"/>
        </w:rPr>
        <w:t>서</w:t>
      </w:r>
    </w:p>
    <w:p w14:paraId="788B3D97" w14:textId="77777777" w:rsidR="00B82152" w:rsidRDefault="00000000">
      <w:pPr>
        <w:spacing w:after="140"/>
        <w:jc w:val="center"/>
        <w:rPr>
          <w:lang w:eastAsia="ko-KR"/>
        </w:rPr>
      </w:pPr>
      <w:r>
        <w:rPr>
          <w:color w:val="5A697A"/>
          <w:sz w:val="18"/>
          <w:lang w:eastAsia="ko-KR"/>
        </w:rPr>
        <w:t>납품</w:t>
      </w:r>
      <w:r>
        <w:rPr>
          <w:color w:val="5A697A"/>
          <w:sz w:val="18"/>
          <w:lang w:eastAsia="ko-KR"/>
        </w:rPr>
        <w:t xml:space="preserve"> </w:t>
      </w:r>
      <w:r>
        <w:rPr>
          <w:color w:val="5A697A"/>
          <w:sz w:val="18"/>
          <w:lang w:eastAsia="ko-KR"/>
        </w:rPr>
        <w:t>또는</w:t>
      </w:r>
      <w:r>
        <w:rPr>
          <w:color w:val="5A697A"/>
          <w:sz w:val="18"/>
          <w:lang w:eastAsia="ko-KR"/>
        </w:rPr>
        <w:t xml:space="preserve"> </w:t>
      </w:r>
      <w:r>
        <w:rPr>
          <w:color w:val="5A697A"/>
          <w:sz w:val="18"/>
          <w:lang w:eastAsia="ko-KR"/>
        </w:rPr>
        <w:t>작업</w:t>
      </w:r>
      <w:r>
        <w:rPr>
          <w:color w:val="5A697A"/>
          <w:sz w:val="18"/>
          <w:lang w:eastAsia="ko-KR"/>
        </w:rPr>
        <w:t xml:space="preserve"> </w:t>
      </w:r>
      <w:r>
        <w:rPr>
          <w:color w:val="5A697A"/>
          <w:sz w:val="18"/>
          <w:lang w:eastAsia="ko-KR"/>
        </w:rPr>
        <w:t>결과에</w:t>
      </w:r>
      <w:r>
        <w:rPr>
          <w:color w:val="5A697A"/>
          <w:sz w:val="18"/>
          <w:lang w:eastAsia="ko-KR"/>
        </w:rPr>
        <w:t xml:space="preserve"> </w:t>
      </w:r>
      <w:r>
        <w:rPr>
          <w:color w:val="5A697A"/>
          <w:sz w:val="18"/>
          <w:lang w:eastAsia="ko-KR"/>
        </w:rPr>
        <w:t>대한</w:t>
      </w:r>
      <w:r>
        <w:rPr>
          <w:color w:val="5A697A"/>
          <w:sz w:val="18"/>
          <w:lang w:eastAsia="ko-KR"/>
        </w:rPr>
        <w:t xml:space="preserve"> </w:t>
      </w:r>
      <w:r>
        <w:rPr>
          <w:color w:val="5A697A"/>
          <w:sz w:val="18"/>
          <w:lang w:eastAsia="ko-KR"/>
        </w:rPr>
        <w:t>검수</w:t>
      </w:r>
      <w:r>
        <w:rPr>
          <w:color w:val="5A697A"/>
          <w:sz w:val="18"/>
          <w:lang w:eastAsia="ko-KR"/>
        </w:rPr>
        <w:t xml:space="preserve"> </w:t>
      </w:r>
      <w:r>
        <w:rPr>
          <w:color w:val="5A697A"/>
          <w:sz w:val="18"/>
          <w:lang w:eastAsia="ko-KR"/>
        </w:rPr>
        <w:t>내역과</w:t>
      </w:r>
      <w:r>
        <w:rPr>
          <w:color w:val="5A697A"/>
          <w:sz w:val="18"/>
          <w:lang w:eastAsia="ko-KR"/>
        </w:rPr>
        <w:t xml:space="preserve"> </w:t>
      </w:r>
      <w:r>
        <w:rPr>
          <w:color w:val="5A697A"/>
          <w:sz w:val="18"/>
          <w:lang w:eastAsia="ko-KR"/>
        </w:rPr>
        <w:t>확인</w:t>
      </w:r>
      <w:r>
        <w:rPr>
          <w:color w:val="5A697A"/>
          <w:sz w:val="18"/>
          <w:lang w:eastAsia="ko-KR"/>
        </w:rPr>
        <w:t xml:space="preserve"> </w:t>
      </w:r>
      <w:r>
        <w:rPr>
          <w:color w:val="5A697A"/>
          <w:sz w:val="18"/>
          <w:lang w:eastAsia="ko-KR"/>
        </w:rPr>
        <w:t>결과를</w:t>
      </w:r>
      <w:r>
        <w:rPr>
          <w:color w:val="5A697A"/>
          <w:sz w:val="18"/>
          <w:lang w:eastAsia="ko-KR"/>
        </w:rPr>
        <w:t xml:space="preserve"> </w:t>
      </w:r>
      <w:r>
        <w:rPr>
          <w:color w:val="5A697A"/>
          <w:sz w:val="18"/>
          <w:lang w:eastAsia="ko-KR"/>
        </w:rPr>
        <w:t>기록하기</w:t>
      </w:r>
      <w:r>
        <w:rPr>
          <w:color w:val="5A697A"/>
          <w:sz w:val="18"/>
          <w:lang w:eastAsia="ko-KR"/>
        </w:rPr>
        <w:t xml:space="preserve"> </w:t>
      </w:r>
      <w:r>
        <w:rPr>
          <w:color w:val="5A697A"/>
          <w:sz w:val="18"/>
          <w:lang w:eastAsia="ko-KR"/>
        </w:rPr>
        <w:t>위한</w:t>
      </w:r>
      <w:r>
        <w:rPr>
          <w:color w:val="5A697A"/>
          <w:sz w:val="18"/>
          <w:lang w:eastAsia="ko-KR"/>
        </w:rPr>
        <w:t xml:space="preserve"> </w:t>
      </w:r>
      <w:r>
        <w:rPr>
          <w:color w:val="5A697A"/>
          <w:sz w:val="18"/>
          <w:lang w:eastAsia="ko-KR"/>
        </w:rPr>
        <w:t>업무용</w:t>
      </w:r>
      <w:r>
        <w:rPr>
          <w:color w:val="5A697A"/>
          <w:sz w:val="18"/>
          <w:lang w:eastAsia="ko-KR"/>
        </w:rPr>
        <w:t xml:space="preserve"> </w:t>
      </w:r>
      <w:r>
        <w:rPr>
          <w:color w:val="5A697A"/>
          <w:sz w:val="18"/>
          <w:lang w:eastAsia="ko-KR"/>
        </w:rPr>
        <w:t>서식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853"/>
        <w:gridCol w:w="3358"/>
        <w:gridCol w:w="1418"/>
        <w:gridCol w:w="3679"/>
      </w:tblGrid>
      <w:tr w:rsidR="00B82152" w14:paraId="4797979E" w14:textId="77777777" w:rsidTr="0090652C">
        <w:trPr>
          <w:trHeight w:val="545"/>
          <w:jc w:val="center"/>
        </w:trPr>
        <w:tc>
          <w:tcPr>
            <w:tcW w:w="1853" w:type="dxa"/>
            <w:tcBorders>
              <w:top w:val="single" w:sz="6" w:space="0" w:color="AEB7C2"/>
              <w:left w:val="single" w:sz="6" w:space="0" w:color="AEB7C2"/>
              <w:bottom w:val="single" w:sz="6" w:space="0" w:color="AEB7C2"/>
              <w:right w:val="single" w:sz="6" w:space="0" w:color="AEB7C2"/>
            </w:tcBorders>
            <w:shd w:val="clear" w:color="auto" w:fill="ECEFF2"/>
            <w:vAlign w:val="center"/>
          </w:tcPr>
          <w:p w14:paraId="10C6AF50" w14:textId="77777777" w:rsidR="00B82152" w:rsidRPr="00D26EFC" w:rsidRDefault="00000000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 w:rsidRPr="00D26EFC">
              <w:rPr>
                <w:rFonts w:ascii="맑은 고딕" w:eastAsia="맑은 고딕" w:hAnsi="맑은 고딕"/>
                <w:b/>
                <w:sz w:val="18"/>
                <w:szCs w:val="18"/>
              </w:rPr>
              <w:t>검수명</w:t>
            </w:r>
            <w:proofErr w:type="spellEnd"/>
            <w:r w:rsidRPr="00D26EFC">
              <w:rPr>
                <w:rFonts w:ascii="맑은 고딕" w:eastAsia="맑은 고딕" w:hAnsi="맑은 고딕"/>
                <w:b/>
                <w:sz w:val="18"/>
                <w:szCs w:val="18"/>
              </w:rPr>
              <w:t xml:space="preserve"> / </w:t>
            </w:r>
            <w:proofErr w:type="spellStart"/>
            <w:r w:rsidRPr="00D26EFC">
              <w:rPr>
                <w:rFonts w:ascii="맑은 고딕" w:eastAsia="맑은 고딕" w:hAnsi="맑은 고딕"/>
                <w:b/>
                <w:sz w:val="18"/>
                <w:szCs w:val="18"/>
              </w:rPr>
              <w:t>건명</w:t>
            </w:r>
            <w:proofErr w:type="spellEnd"/>
          </w:p>
        </w:tc>
        <w:tc>
          <w:tcPr>
            <w:tcW w:w="3358" w:type="dxa"/>
            <w:tcBorders>
              <w:top w:val="single" w:sz="6" w:space="0" w:color="AEB7C2"/>
              <w:left w:val="single" w:sz="6" w:space="0" w:color="AEB7C2"/>
              <w:bottom w:val="single" w:sz="6" w:space="0" w:color="AEB7C2"/>
              <w:right w:val="single" w:sz="6" w:space="0" w:color="AEB7C2"/>
            </w:tcBorders>
            <w:vAlign w:val="center"/>
          </w:tcPr>
          <w:p w14:paraId="31404171" w14:textId="77777777" w:rsidR="00B82152" w:rsidRPr="00D26EFC" w:rsidRDefault="00B8215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EB7C2"/>
              <w:left w:val="single" w:sz="6" w:space="0" w:color="AEB7C2"/>
              <w:bottom w:val="single" w:sz="6" w:space="0" w:color="AEB7C2"/>
              <w:right w:val="single" w:sz="6" w:space="0" w:color="AEB7C2"/>
            </w:tcBorders>
            <w:shd w:val="clear" w:color="auto" w:fill="ECEFF2"/>
            <w:vAlign w:val="center"/>
          </w:tcPr>
          <w:p w14:paraId="091B5A6E" w14:textId="77777777" w:rsidR="00B82152" w:rsidRPr="00D26EFC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D26EFC">
              <w:rPr>
                <w:rFonts w:ascii="맑은 고딕" w:eastAsia="맑은 고딕" w:hAnsi="맑은 고딕"/>
                <w:b/>
                <w:sz w:val="18"/>
                <w:szCs w:val="18"/>
              </w:rPr>
              <w:t>검수일자</w:t>
            </w:r>
          </w:p>
        </w:tc>
        <w:tc>
          <w:tcPr>
            <w:tcW w:w="3679" w:type="dxa"/>
            <w:tcBorders>
              <w:top w:val="single" w:sz="6" w:space="0" w:color="AEB7C2"/>
              <w:left w:val="single" w:sz="6" w:space="0" w:color="AEB7C2"/>
              <w:bottom w:val="single" w:sz="6" w:space="0" w:color="AEB7C2"/>
              <w:right w:val="single" w:sz="6" w:space="0" w:color="AEB7C2"/>
            </w:tcBorders>
            <w:vAlign w:val="center"/>
          </w:tcPr>
          <w:p w14:paraId="7968E149" w14:textId="1FC84372" w:rsidR="00B82152" w:rsidRPr="00D26EFC" w:rsidRDefault="00000000">
            <w:pPr>
              <w:spacing w:after="0"/>
              <w:rPr>
                <w:sz w:val="18"/>
                <w:szCs w:val="18"/>
              </w:rPr>
            </w:pPr>
            <w:r w:rsidRPr="00D26EFC">
              <w:rPr>
                <w:rFonts w:ascii="맑은 고딕" w:eastAsia="맑은 고딕" w:hAnsi="맑은 고딕"/>
                <w:sz w:val="18"/>
                <w:szCs w:val="18"/>
              </w:rPr>
              <w:t xml:space="preserve">20 </w:t>
            </w:r>
            <w:r w:rsidR="0090652C" w:rsidRPr="00D26EFC">
              <w:rPr>
                <w:rFonts w:ascii="맑은 고딕" w:eastAsia="맑은 고딕" w:hAnsi="맑은 고딕" w:hint="eastAsia"/>
                <w:sz w:val="18"/>
                <w:szCs w:val="18"/>
                <w:lang w:eastAsia="ko-KR"/>
              </w:rPr>
              <w:t xml:space="preserve"> </w:t>
            </w:r>
            <w:r w:rsidRPr="00D26EFC">
              <w:rPr>
                <w:rFonts w:ascii="맑은 고딕" w:eastAsia="맑은 고딕" w:hAnsi="맑은 고딕"/>
                <w:sz w:val="18"/>
                <w:szCs w:val="18"/>
              </w:rPr>
              <w:t xml:space="preserve">  </w:t>
            </w:r>
            <w:r w:rsidR="0090652C" w:rsidRPr="00D26EFC">
              <w:rPr>
                <w:rFonts w:ascii="맑은 고딕" w:eastAsia="맑은 고딕" w:hAnsi="맑은 고딕" w:hint="eastAsia"/>
                <w:sz w:val="18"/>
                <w:szCs w:val="18"/>
                <w:lang w:eastAsia="ko-KR"/>
              </w:rPr>
              <w:t xml:space="preserve"> </w:t>
            </w:r>
            <w:r w:rsidRPr="00D26EFC">
              <w:rPr>
                <w:rFonts w:ascii="맑은 고딕" w:eastAsia="맑은 고딕" w:hAnsi="맑은 고딕"/>
                <w:sz w:val="18"/>
                <w:szCs w:val="18"/>
              </w:rPr>
              <w:t xml:space="preserve"> 년 </w:t>
            </w:r>
            <w:r w:rsidR="0090652C" w:rsidRPr="00D26EFC">
              <w:rPr>
                <w:rFonts w:ascii="맑은 고딕" w:eastAsia="맑은 고딕" w:hAnsi="맑은 고딕" w:hint="eastAsia"/>
                <w:sz w:val="18"/>
                <w:szCs w:val="18"/>
                <w:lang w:eastAsia="ko-KR"/>
              </w:rPr>
              <w:t xml:space="preserve">  </w:t>
            </w:r>
            <w:r w:rsidRPr="00D26EFC">
              <w:rPr>
                <w:rFonts w:ascii="맑은 고딕" w:eastAsia="맑은 고딕" w:hAnsi="맑은 고딕"/>
                <w:sz w:val="18"/>
                <w:szCs w:val="18"/>
              </w:rPr>
              <w:t xml:space="preserve">  </w:t>
            </w:r>
            <w:r w:rsidR="0090652C" w:rsidRPr="00D26EFC">
              <w:rPr>
                <w:rFonts w:ascii="맑은 고딕" w:eastAsia="맑은 고딕" w:hAnsi="맑은 고딕" w:hint="eastAsia"/>
                <w:sz w:val="18"/>
                <w:szCs w:val="18"/>
                <w:lang w:eastAsia="ko-KR"/>
              </w:rPr>
              <w:t xml:space="preserve"> </w:t>
            </w:r>
            <w:r w:rsidRPr="00D26EFC">
              <w:rPr>
                <w:rFonts w:ascii="맑은 고딕" w:eastAsia="맑은 고딕" w:hAnsi="맑은 고딕"/>
                <w:sz w:val="18"/>
                <w:szCs w:val="18"/>
              </w:rPr>
              <w:t xml:space="preserve"> 월 </w:t>
            </w:r>
            <w:r w:rsidR="0090652C" w:rsidRPr="00D26EFC">
              <w:rPr>
                <w:rFonts w:ascii="맑은 고딕" w:eastAsia="맑은 고딕" w:hAnsi="맑은 고딕" w:hint="eastAsia"/>
                <w:sz w:val="18"/>
                <w:szCs w:val="18"/>
                <w:lang w:eastAsia="ko-KR"/>
              </w:rPr>
              <w:t xml:space="preserve">  </w:t>
            </w:r>
            <w:r w:rsidRPr="00D26EFC">
              <w:rPr>
                <w:rFonts w:ascii="맑은 고딕" w:eastAsia="맑은 고딕" w:hAnsi="맑은 고딕"/>
                <w:sz w:val="18"/>
                <w:szCs w:val="18"/>
              </w:rPr>
              <w:t xml:space="preserve">   일</w:t>
            </w:r>
          </w:p>
        </w:tc>
      </w:tr>
      <w:tr w:rsidR="00B82152" w14:paraId="27428BE0" w14:textId="77777777" w:rsidTr="0090652C">
        <w:trPr>
          <w:trHeight w:val="521"/>
          <w:jc w:val="center"/>
        </w:trPr>
        <w:tc>
          <w:tcPr>
            <w:tcW w:w="1853" w:type="dxa"/>
            <w:tcBorders>
              <w:top w:val="single" w:sz="6" w:space="0" w:color="AEB7C2"/>
              <w:left w:val="single" w:sz="6" w:space="0" w:color="AEB7C2"/>
              <w:bottom w:val="single" w:sz="6" w:space="0" w:color="AEB7C2"/>
              <w:right w:val="single" w:sz="6" w:space="0" w:color="AEB7C2"/>
            </w:tcBorders>
            <w:shd w:val="clear" w:color="auto" w:fill="ECEFF2"/>
            <w:vAlign w:val="center"/>
          </w:tcPr>
          <w:p w14:paraId="1DA06A08" w14:textId="77777777" w:rsidR="00B82152" w:rsidRPr="00D26EFC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D26EFC">
              <w:rPr>
                <w:rFonts w:ascii="맑은 고딕" w:eastAsia="맑은 고딕" w:hAnsi="맑은 고딕"/>
                <w:b/>
                <w:sz w:val="18"/>
                <w:szCs w:val="18"/>
              </w:rPr>
              <w:t>납품·작업 업체</w:t>
            </w:r>
          </w:p>
        </w:tc>
        <w:tc>
          <w:tcPr>
            <w:tcW w:w="3358" w:type="dxa"/>
            <w:tcBorders>
              <w:top w:val="single" w:sz="6" w:space="0" w:color="AEB7C2"/>
              <w:left w:val="single" w:sz="6" w:space="0" w:color="AEB7C2"/>
              <w:bottom w:val="single" w:sz="6" w:space="0" w:color="AEB7C2"/>
              <w:right w:val="single" w:sz="6" w:space="0" w:color="AEB7C2"/>
            </w:tcBorders>
            <w:vAlign w:val="center"/>
          </w:tcPr>
          <w:p w14:paraId="2E108262" w14:textId="77777777" w:rsidR="00B82152" w:rsidRPr="00D26EFC" w:rsidRDefault="00B8215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EB7C2"/>
              <w:left w:val="single" w:sz="6" w:space="0" w:color="AEB7C2"/>
              <w:bottom w:val="single" w:sz="6" w:space="0" w:color="AEB7C2"/>
              <w:right w:val="single" w:sz="6" w:space="0" w:color="AEB7C2"/>
            </w:tcBorders>
            <w:shd w:val="clear" w:color="auto" w:fill="ECEFF2"/>
            <w:vAlign w:val="center"/>
          </w:tcPr>
          <w:p w14:paraId="4A66BC66" w14:textId="77777777" w:rsidR="00B82152" w:rsidRPr="00D26EFC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D26EFC">
              <w:rPr>
                <w:rFonts w:ascii="맑은 고딕" w:eastAsia="맑은 고딕" w:hAnsi="맑은 고딕"/>
                <w:b/>
                <w:sz w:val="18"/>
                <w:szCs w:val="18"/>
              </w:rPr>
              <w:t>담당자</w:t>
            </w:r>
          </w:p>
        </w:tc>
        <w:tc>
          <w:tcPr>
            <w:tcW w:w="3679" w:type="dxa"/>
            <w:tcBorders>
              <w:top w:val="single" w:sz="6" w:space="0" w:color="AEB7C2"/>
              <w:left w:val="single" w:sz="6" w:space="0" w:color="AEB7C2"/>
              <w:bottom w:val="single" w:sz="6" w:space="0" w:color="AEB7C2"/>
              <w:right w:val="single" w:sz="6" w:space="0" w:color="AEB7C2"/>
            </w:tcBorders>
            <w:vAlign w:val="center"/>
          </w:tcPr>
          <w:p w14:paraId="625663E1" w14:textId="77777777" w:rsidR="00B82152" w:rsidRPr="00D26EFC" w:rsidRDefault="00B82152">
            <w:pPr>
              <w:spacing w:after="0"/>
              <w:rPr>
                <w:sz w:val="18"/>
                <w:szCs w:val="18"/>
              </w:rPr>
            </w:pPr>
          </w:p>
        </w:tc>
      </w:tr>
      <w:tr w:rsidR="00B82152" w14:paraId="6C6C95E7" w14:textId="77777777" w:rsidTr="0090652C">
        <w:trPr>
          <w:trHeight w:val="545"/>
          <w:jc w:val="center"/>
        </w:trPr>
        <w:tc>
          <w:tcPr>
            <w:tcW w:w="1853" w:type="dxa"/>
            <w:tcBorders>
              <w:top w:val="single" w:sz="6" w:space="0" w:color="AEB7C2"/>
              <w:left w:val="single" w:sz="6" w:space="0" w:color="AEB7C2"/>
              <w:bottom w:val="single" w:sz="6" w:space="0" w:color="AEB7C2"/>
              <w:right w:val="single" w:sz="6" w:space="0" w:color="AEB7C2"/>
            </w:tcBorders>
            <w:shd w:val="clear" w:color="auto" w:fill="ECEFF2"/>
            <w:vAlign w:val="center"/>
          </w:tcPr>
          <w:p w14:paraId="3EFCE1BF" w14:textId="77777777" w:rsidR="00B82152" w:rsidRPr="00D26EFC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D26EFC">
              <w:rPr>
                <w:rFonts w:ascii="맑은 고딕" w:eastAsia="맑은 고딕" w:hAnsi="맑은 고딕"/>
                <w:b/>
                <w:sz w:val="18"/>
                <w:szCs w:val="18"/>
              </w:rPr>
              <w:t>검수 장소</w:t>
            </w:r>
          </w:p>
        </w:tc>
        <w:tc>
          <w:tcPr>
            <w:tcW w:w="3358" w:type="dxa"/>
            <w:tcBorders>
              <w:top w:val="single" w:sz="6" w:space="0" w:color="AEB7C2"/>
              <w:left w:val="single" w:sz="6" w:space="0" w:color="AEB7C2"/>
              <w:bottom w:val="single" w:sz="6" w:space="0" w:color="AEB7C2"/>
              <w:right w:val="single" w:sz="6" w:space="0" w:color="AEB7C2"/>
            </w:tcBorders>
            <w:vAlign w:val="center"/>
          </w:tcPr>
          <w:p w14:paraId="066D4045" w14:textId="77777777" w:rsidR="00B82152" w:rsidRPr="00D26EFC" w:rsidRDefault="00B8215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EB7C2"/>
              <w:left w:val="single" w:sz="6" w:space="0" w:color="AEB7C2"/>
              <w:bottom w:val="single" w:sz="6" w:space="0" w:color="AEB7C2"/>
              <w:right w:val="single" w:sz="6" w:space="0" w:color="AEB7C2"/>
            </w:tcBorders>
            <w:shd w:val="clear" w:color="auto" w:fill="ECEFF2"/>
            <w:vAlign w:val="center"/>
          </w:tcPr>
          <w:p w14:paraId="28474F6A" w14:textId="77777777" w:rsidR="00B82152" w:rsidRPr="00D26EFC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D26EFC">
              <w:rPr>
                <w:rFonts w:ascii="맑은 고딕" w:eastAsia="맑은 고딕" w:hAnsi="맑은 고딕"/>
                <w:b/>
                <w:sz w:val="18"/>
                <w:szCs w:val="18"/>
              </w:rPr>
              <w:t>연락처</w:t>
            </w:r>
          </w:p>
        </w:tc>
        <w:tc>
          <w:tcPr>
            <w:tcW w:w="3679" w:type="dxa"/>
            <w:tcBorders>
              <w:top w:val="single" w:sz="6" w:space="0" w:color="AEB7C2"/>
              <w:left w:val="single" w:sz="6" w:space="0" w:color="AEB7C2"/>
              <w:bottom w:val="single" w:sz="6" w:space="0" w:color="AEB7C2"/>
              <w:right w:val="single" w:sz="6" w:space="0" w:color="AEB7C2"/>
            </w:tcBorders>
            <w:vAlign w:val="center"/>
          </w:tcPr>
          <w:p w14:paraId="52BE5FC3" w14:textId="77777777" w:rsidR="00B82152" w:rsidRPr="00D26EFC" w:rsidRDefault="00B82152">
            <w:pPr>
              <w:spacing w:after="0"/>
              <w:rPr>
                <w:sz w:val="18"/>
                <w:szCs w:val="18"/>
              </w:rPr>
            </w:pPr>
          </w:p>
        </w:tc>
      </w:tr>
      <w:tr w:rsidR="00B82152" w14:paraId="42916803" w14:textId="77777777" w:rsidTr="0090652C">
        <w:trPr>
          <w:trHeight w:val="1067"/>
          <w:jc w:val="center"/>
        </w:trPr>
        <w:tc>
          <w:tcPr>
            <w:tcW w:w="1853" w:type="dxa"/>
            <w:tcBorders>
              <w:top w:val="single" w:sz="6" w:space="0" w:color="AEB7C2"/>
              <w:left w:val="single" w:sz="6" w:space="0" w:color="AEB7C2"/>
              <w:bottom w:val="single" w:sz="6" w:space="0" w:color="AEB7C2"/>
              <w:right w:val="single" w:sz="6" w:space="0" w:color="AEB7C2"/>
            </w:tcBorders>
            <w:shd w:val="clear" w:color="auto" w:fill="ECEFF2"/>
            <w:vAlign w:val="center"/>
          </w:tcPr>
          <w:p w14:paraId="1CBFA57F" w14:textId="77777777" w:rsidR="00B82152" w:rsidRPr="00D26EFC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D26EFC">
              <w:rPr>
                <w:rFonts w:ascii="맑은 고딕" w:eastAsia="맑은 고딕" w:hAnsi="맑은 고딕"/>
                <w:b/>
                <w:sz w:val="18"/>
                <w:szCs w:val="18"/>
              </w:rPr>
              <w:t>관련 문서 / 번호</w:t>
            </w:r>
          </w:p>
        </w:tc>
        <w:tc>
          <w:tcPr>
            <w:tcW w:w="3358" w:type="dxa"/>
            <w:tcBorders>
              <w:top w:val="single" w:sz="6" w:space="0" w:color="AEB7C2"/>
              <w:left w:val="single" w:sz="6" w:space="0" w:color="AEB7C2"/>
              <w:bottom w:val="single" w:sz="6" w:space="0" w:color="AEB7C2"/>
              <w:right w:val="single" w:sz="6" w:space="0" w:color="AEB7C2"/>
            </w:tcBorders>
            <w:vAlign w:val="center"/>
          </w:tcPr>
          <w:p w14:paraId="7F3CC63C" w14:textId="77777777" w:rsidR="00B82152" w:rsidRPr="00D26EFC" w:rsidRDefault="00B8215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EB7C2"/>
              <w:left w:val="single" w:sz="6" w:space="0" w:color="AEB7C2"/>
              <w:bottom w:val="single" w:sz="6" w:space="0" w:color="AEB7C2"/>
              <w:right w:val="single" w:sz="6" w:space="0" w:color="AEB7C2"/>
            </w:tcBorders>
            <w:shd w:val="clear" w:color="auto" w:fill="ECEFF2"/>
            <w:vAlign w:val="center"/>
          </w:tcPr>
          <w:p w14:paraId="598DE87A" w14:textId="77777777" w:rsidR="00B82152" w:rsidRPr="00D26EFC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D26EFC">
              <w:rPr>
                <w:rFonts w:ascii="맑은 고딕" w:eastAsia="맑은 고딕" w:hAnsi="맑은 고딕"/>
                <w:b/>
                <w:sz w:val="18"/>
                <w:szCs w:val="18"/>
              </w:rPr>
              <w:t>검수 구분</w:t>
            </w:r>
          </w:p>
        </w:tc>
        <w:tc>
          <w:tcPr>
            <w:tcW w:w="3679" w:type="dxa"/>
            <w:tcBorders>
              <w:top w:val="single" w:sz="6" w:space="0" w:color="AEB7C2"/>
              <w:left w:val="single" w:sz="6" w:space="0" w:color="AEB7C2"/>
              <w:bottom w:val="single" w:sz="6" w:space="0" w:color="AEB7C2"/>
              <w:right w:val="single" w:sz="6" w:space="0" w:color="AEB7C2"/>
            </w:tcBorders>
            <w:vAlign w:val="center"/>
          </w:tcPr>
          <w:p w14:paraId="341C73C0" w14:textId="77777777" w:rsidR="00B82152" w:rsidRPr="00D26EFC" w:rsidRDefault="00000000">
            <w:pPr>
              <w:spacing w:after="0"/>
              <w:rPr>
                <w:sz w:val="18"/>
                <w:szCs w:val="18"/>
                <w:lang w:eastAsia="ko-KR"/>
              </w:rPr>
            </w:pPr>
            <w:r w:rsidRPr="00D26EFC">
              <w:rPr>
                <w:rFonts w:ascii="맑은 고딕" w:eastAsia="맑은 고딕" w:hAnsi="맑은 고딕"/>
                <w:sz w:val="18"/>
                <w:szCs w:val="18"/>
                <w:lang w:eastAsia="ko-KR"/>
              </w:rPr>
              <w:t>□ 물품   □ 작업   □ 용역   □ 기타</w:t>
            </w:r>
          </w:p>
        </w:tc>
      </w:tr>
    </w:tbl>
    <w:p w14:paraId="5F501E12" w14:textId="77777777" w:rsidR="00B82152" w:rsidRDefault="00000000">
      <w:pPr>
        <w:spacing w:before="120" w:after="60"/>
      </w:pPr>
      <w:proofErr w:type="spellStart"/>
      <w:r>
        <w:rPr>
          <w:b/>
          <w:sz w:val="20"/>
        </w:rPr>
        <w:t>검수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내역</w:t>
      </w:r>
      <w:proofErr w:type="spellEnd"/>
    </w:p>
    <w:tbl>
      <w:tblPr>
        <w:tblW w:w="5012" w:type="pct"/>
        <w:jc w:val="center"/>
        <w:tblLayout w:type="fixed"/>
        <w:tblLook w:val="04A0" w:firstRow="1" w:lastRow="0" w:firstColumn="1" w:lastColumn="0" w:noHBand="0" w:noVBand="1"/>
      </w:tblPr>
      <w:tblGrid>
        <w:gridCol w:w="757"/>
        <w:gridCol w:w="2496"/>
        <w:gridCol w:w="3019"/>
        <w:gridCol w:w="1160"/>
        <w:gridCol w:w="1625"/>
        <w:gridCol w:w="1276"/>
      </w:tblGrid>
      <w:tr w:rsidR="00B82152" w14:paraId="3C6FBF8C" w14:textId="77777777" w:rsidTr="0090652C">
        <w:trPr>
          <w:trHeight w:val="665"/>
          <w:jc w:val="center"/>
        </w:trPr>
        <w:tc>
          <w:tcPr>
            <w:tcW w:w="756" w:type="dxa"/>
            <w:tcBorders>
              <w:top w:val="single" w:sz="7" w:space="0" w:color="9EA7B0"/>
              <w:left w:val="single" w:sz="7" w:space="0" w:color="9EA7B0"/>
              <w:bottom w:val="single" w:sz="7" w:space="0" w:color="9EA7B0"/>
              <w:right w:val="single" w:sz="7" w:space="0" w:color="9EA7B0"/>
            </w:tcBorders>
            <w:shd w:val="clear" w:color="auto" w:fill="E5E8EB"/>
            <w:vAlign w:val="center"/>
          </w:tcPr>
          <w:p w14:paraId="1F9E705B" w14:textId="77777777" w:rsidR="00B82152" w:rsidRPr="00D26EFC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D26EFC">
              <w:rPr>
                <w:rFonts w:ascii="맑은 고딕" w:eastAsia="맑은 고딕" w:hAnsi="맑은 고딕"/>
                <w:b/>
                <w:sz w:val="18"/>
                <w:szCs w:val="18"/>
              </w:rPr>
              <w:t>No.</w:t>
            </w:r>
          </w:p>
        </w:tc>
        <w:tc>
          <w:tcPr>
            <w:tcW w:w="2496" w:type="dxa"/>
            <w:tcBorders>
              <w:top w:val="single" w:sz="7" w:space="0" w:color="9EA7B0"/>
              <w:left w:val="single" w:sz="7" w:space="0" w:color="9EA7B0"/>
              <w:bottom w:val="single" w:sz="7" w:space="0" w:color="9EA7B0"/>
              <w:right w:val="single" w:sz="7" w:space="0" w:color="9EA7B0"/>
            </w:tcBorders>
            <w:shd w:val="clear" w:color="auto" w:fill="E5E8EB"/>
            <w:vAlign w:val="center"/>
          </w:tcPr>
          <w:p w14:paraId="1C492868" w14:textId="77777777" w:rsidR="00B82152" w:rsidRPr="00D26EFC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D26EFC">
              <w:rPr>
                <w:rFonts w:ascii="맑은 고딕" w:eastAsia="맑은 고딕" w:hAnsi="맑은 고딕"/>
                <w:b/>
                <w:sz w:val="18"/>
                <w:szCs w:val="18"/>
              </w:rPr>
              <w:t>검수 항목</w:t>
            </w:r>
          </w:p>
        </w:tc>
        <w:tc>
          <w:tcPr>
            <w:tcW w:w="3019" w:type="dxa"/>
            <w:tcBorders>
              <w:top w:val="single" w:sz="7" w:space="0" w:color="9EA7B0"/>
              <w:left w:val="single" w:sz="7" w:space="0" w:color="9EA7B0"/>
              <w:bottom w:val="single" w:sz="7" w:space="0" w:color="9EA7B0"/>
              <w:right w:val="single" w:sz="7" w:space="0" w:color="9EA7B0"/>
            </w:tcBorders>
            <w:shd w:val="clear" w:color="auto" w:fill="E5E8EB"/>
            <w:vAlign w:val="center"/>
          </w:tcPr>
          <w:p w14:paraId="3D9FCCFD" w14:textId="77777777" w:rsidR="00B82152" w:rsidRPr="00D26EFC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D26EFC">
              <w:rPr>
                <w:rFonts w:ascii="맑은 고딕" w:eastAsia="맑은 고딕" w:hAnsi="맑은 고딕"/>
                <w:b/>
                <w:sz w:val="18"/>
                <w:szCs w:val="18"/>
              </w:rPr>
              <w:t>규격 / 기준</w:t>
            </w:r>
          </w:p>
        </w:tc>
        <w:tc>
          <w:tcPr>
            <w:tcW w:w="1160" w:type="dxa"/>
            <w:tcBorders>
              <w:top w:val="single" w:sz="7" w:space="0" w:color="9EA7B0"/>
              <w:left w:val="single" w:sz="7" w:space="0" w:color="9EA7B0"/>
              <w:bottom w:val="single" w:sz="7" w:space="0" w:color="9EA7B0"/>
              <w:right w:val="single" w:sz="7" w:space="0" w:color="9EA7B0"/>
            </w:tcBorders>
            <w:shd w:val="clear" w:color="auto" w:fill="E5E8EB"/>
            <w:vAlign w:val="center"/>
          </w:tcPr>
          <w:p w14:paraId="3687CA05" w14:textId="77777777" w:rsidR="00B82152" w:rsidRPr="00D26EFC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D26EFC">
              <w:rPr>
                <w:rFonts w:ascii="맑은 고딕" w:eastAsia="맑은 고딕" w:hAnsi="맑은 고딕"/>
                <w:b/>
                <w:sz w:val="18"/>
                <w:szCs w:val="18"/>
              </w:rPr>
              <w:t>수량</w:t>
            </w:r>
          </w:p>
        </w:tc>
        <w:tc>
          <w:tcPr>
            <w:tcW w:w="1625" w:type="dxa"/>
            <w:tcBorders>
              <w:top w:val="single" w:sz="7" w:space="0" w:color="9EA7B0"/>
              <w:left w:val="single" w:sz="7" w:space="0" w:color="9EA7B0"/>
              <w:bottom w:val="single" w:sz="7" w:space="0" w:color="9EA7B0"/>
              <w:right w:val="single" w:sz="7" w:space="0" w:color="9EA7B0"/>
            </w:tcBorders>
            <w:shd w:val="clear" w:color="auto" w:fill="E5E8EB"/>
            <w:vAlign w:val="center"/>
          </w:tcPr>
          <w:p w14:paraId="125DFFEE" w14:textId="77777777" w:rsidR="00B82152" w:rsidRPr="00D26EFC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D26EFC">
              <w:rPr>
                <w:rFonts w:ascii="맑은 고딕" w:eastAsia="맑은 고딕" w:hAnsi="맑은 고딕"/>
                <w:b/>
                <w:sz w:val="18"/>
                <w:szCs w:val="18"/>
              </w:rPr>
              <w:t>검수 결과</w:t>
            </w:r>
          </w:p>
        </w:tc>
        <w:tc>
          <w:tcPr>
            <w:tcW w:w="1276" w:type="dxa"/>
            <w:tcBorders>
              <w:top w:val="single" w:sz="7" w:space="0" w:color="9EA7B0"/>
              <w:left w:val="single" w:sz="7" w:space="0" w:color="9EA7B0"/>
              <w:bottom w:val="single" w:sz="7" w:space="0" w:color="9EA7B0"/>
              <w:right w:val="single" w:sz="7" w:space="0" w:color="9EA7B0"/>
            </w:tcBorders>
            <w:shd w:val="clear" w:color="auto" w:fill="E5E8EB"/>
            <w:vAlign w:val="center"/>
          </w:tcPr>
          <w:p w14:paraId="3B300655" w14:textId="77777777" w:rsidR="00B82152" w:rsidRPr="00D26EFC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D26EFC">
              <w:rPr>
                <w:rFonts w:ascii="맑은 고딕" w:eastAsia="맑은 고딕" w:hAnsi="맑은 고딕"/>
                <w:b/>
                <w:sz w:val="18"/>
                <w:szCs w:val="18"/>
              </w:rPr>
              <w:t>비고</w:t>
            </w:r>
          </w:p>
        </w:tc>
      </w:tr>
      <w:tr w:rsidR="00B82152" w14:paraId="68E2CD02" w14:textId="77777777" w:rsidTr="0090652C">
        <w:trPr>
          <w:trHeight w:val="578"/>
          <w:jc w:val="center"/>
        </w:trPr>
        <w:tc>
          <w:tcPr>
            <w:tcW w:w="756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26144171" w14:textId="77777777" w:rsidR="00B82152" w:rsidRDefault="00B82152">
            <w:pPr>
              <w:spacing w:after="0"/>
              <w:jc w:val="center"/>
            </w:pPr>
          </w:p>
        </w:tc>
        <w:tc>
          <w:tcPr>
            <w:tcW w:w="2496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721F4EE2" w14:textId="77777777" w:rsidR="00B82152" w:rsidRDefault="00B82152">
            <w:pPr>
              <w:spacing w:after="0"/>
            </w:pPr>
          </w:p>
        </w:tc>
        <w:tc>
          <w:tcPr>
            <w:tcW w:w="301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36223534" w14:textId="77777777" w:rsidR="00B82152" w:rsidRDefault="00B82152">
            <w:pPr>
              <w:spacing w:after="0"/>
            </w:pPr>
          </w:p>
        </w:tc>
        <w:tc>
          <w:tcPr>
            <w:tcW w:w="1160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595FE488" w14:textId="77777777" w:rsidR="00B82152" w:rsidRDefault="00B82152">
            <w:pPr>
              <w:spacing w:after="0"/>
              <w:jc w:val="center"/>
            </w:pPr>
          </w:p>
        </w:tc>
        <w:tc>
          <w:tcPr>
            <w:tcW w:w="1625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4ECF0AAD" w14:textId="77777777" w:rsidR="00B82152" w:rsidRDefault="00B82152">
            <w:pPr>
              <w:spacing w:after="0"/>
              <w:jc w:val="center"/>
            </w:pPr>
          </w:p>
        </w:tc>
        <w:tc>
          <w:tcPr>
            <w:tcW w:w="1276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77D95D72" w14:textId="77777777" w:rsidR="00B82152" w:rsidRDefault="00B82152">
            <w:pPr>
              <w:spacing w:after="0"/>
            </w:pPr>
          </w:p>
        </w:tc>
      </w:tr>
      <w:tr w:rsidR="00B82152" w14:paraId="2CDB7570" w14:textId="77777777" w:rsidTr="0090652C">
        <w:trPr>
          <w:trHeight w:val="550"/>
          <w:jc w:val="center"/>
        </w:trPr>
        <w:tc>
          <w:tcPr>
            <w:tcW w:w="756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5FDFA376" w14:textId="77777777" w:rsidR="00B82152" w:rsidRDefault="00B82152">
            <w:pPr>
              <w:spacing w:after="0"/>
              <w:jc w:val="center"/>
            </w:pPr>
          </w:p>
        </w:tc>
        <w:tc>
          <w:tcPr>
            <w:tcW w:w="2496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218EC8A0" w14:textId="77777777" w:rsidR="00B82152" w:rsidRDefault="00B82152">
            <w:pPr>
              <w:spacing w:after="0"/>
            </w:pPr>
          </w:p>
        </w:tc>
        <w:tc>
          <w:tcPr>
            <w:tcW w:w="301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7DB36508" w14:textId="77777777" w:rsidR="00B82152" w:rsidRDefault="00B82152">
            <w:pPr>
              <w:spacing w:after="0"/>
            </w:pPr>
          </w:p>
        </w:tc>
        <w:tc>
          <w:tcPr>
            <w:tcW w:w="1160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6637EBF9" w14:textId="77777777" w:rsidR="00B82152" w:rsidRDefault="00B82152">
            <w:pPr>
              <w:spacing w:after="0"/>
              <w:jc w:val="center"/>
            </w:pPr>
          </w:p>
        </w:tc>
        <w:tc>
          <w:tcPr>
            <w:tcW w:w="1625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0A64AA45" w14:textId="77777777" w:rsidR="00B82152" w:rsidRDefault="00B82152">
            <w:pPr>
              <w:spacing w:after="0"/>
              <w:jc w:val="center"/>
            </w:pPr>
          </w:p>
        </w:tc>
        <w:tc>
          <w:tcPr>
            <w:tcW w:w="1276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52E4C161" w14:textId="77777777" w:rsidR="00B82152" w:rsidRDefault="00B82152">
            <w:pPr>
              <w:spacing w:after="0"/>
            </w:pPr>
          </w:p>
        </w:tc>
      </w:tr>
      <w:tr w:rsidR="00B82152" w14:paraId="6666C755" w14:textId="77777777" w:rsidTr="0090652C">
        <w:trPr>
          <w:trHeight w:val="578"/>
          <w:jc w:val="center"/>
        </w:trPr>
        <w:tc>
          <w:tcPr>
            <w:tcW w:w="756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7A35234C" w14:textId="77777777" w:rsidR="00B82152" w:rsidRDefault="00B82152">
            <w:pPr>
              <w:spacing w:after="0"/>
              <w:jc w:val="center"/>
            </w:pPr>
          </w:p>
        </w:tc>
        <w:tc>
          <w:tcPr>
            <w:tcW w:w="2496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6398241A" w14:textId="77777777" w:rsidR="00B82152" w:rsidRDefault="00B82152">
            <w:pPr>
              <w:spacing w:after="0"/>
            </w:pPr>
          </w:p>
        </w:tc>
        <w:tc>
          <w:tcPr>
            <w:tcW w:w="301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5EADDF45" w14:textId="77777777" w:rsidR="00B82152" w:rsidRDefault="00B82152">
            <w:pPr>
              <w:spacing w:after="0"/>
            </w:pPr>
          </w:p>
        </w:tc>
        <w:tc>
          <w:tcPr>
            <w:tcW w:w="1160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4F5B5480" w14:textId="77777777" w:rsidR="00B82152" w:rsidRDefault="00B82152">
            <w:pPr>
              <w:spacing w:after="0"/>
              <w:jc w:val="center"/>
            </w:pPr>
          </w:p>
        </w:tc>
        <w:tc>
          <w:tcPr>
            <w:tcW w:w="1625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7DC584B1" w14:textId="77777777" w:rsidR="00B82152" w:rsidRDefault="00B82152">
            <w:pPr>
              <w:spacing w:after="0"/>
              <w:jc w:val="center"/>
            </w:pPr>
          </w:p>
        </w:tc>
        <w:tc>
          <w:tcPr>
            <w:tcW w:w="1276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1D808479" w14:textId="77777777" w:rsidR="00B82152" w:rsidRDefault="00B82152">
            <w:pPr>
              <w:spacing w:after="0"/>
            </w:pPr>
          </w:p>
        </w:tc>
      </w:tr>
      <w:tr w:rsidR="00B82152" w14:paraId="44C382F6" w14:textId="77777777" w:rsidTr="0090652C">
        <w:trPr>
          <w:trHeight w:val="578"/>
          <w:jc w:val="center"/>
        </w:trPr>
        <w:tc>
          <w:tcPr>
            <w:tcW w:w="756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0FF9FC9F" w14:textId="77777777" w:rsidR="00B82152" w:rsidRDefault="00B82152">
            <w:pPr>
              <w:spacing w:after="0"/>
              <w:jc w:val="center"/>
            </w:pPr>
          </w:p>
        </w:tc>
        <w:tc>
          <w:tcPr>
            <w:tcW w:w="2496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045D1317" w14:textId="77777777" w:rsidR="00B82152" w:rsidRDefault="00B82152">
            <w:pPr>
              <w:spacing w:after="0"/>
            </w:pPr>
          </w:p>
        </w:tc>
        <w:tc>
          <w:tcPr>
            <w:tcW w:w="301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01B21D18" w14:textId="77777777" w:rsidR="00B82152" w:rsidRDefault="00B82152">
            <w:pPr>
              <w:spacing w:after="0"/>
            </w:pPr>
          </w:p>
        </w:tc>
        <w:tc>
          <w:tcPr>
            <w:tcW w:w="1160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2912DCFD" w14:textId="77777777" w:rsidR="00B82152" w:rsidRDefault="00B82152">
            <w:pPr>
              <w:spacing w:after="0"/>
              <w:jc w:val="center"/>
            </w:pPr>
          </w:p>
        </w:tc>
        <w:tc>
          <w:tcPr>
            <w:tcW w:w="1625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53B4A363" w14:textId="77777777" w:rsidR="00B82152" w:rsidRDefault="00B82152">
            <w:pPr>
              <w:spacing w:after="0"/>
              <w:jc w:val="center"/>
            </w:pPr>
          </w:p>
        </w:tc>
        <w:tc>
          <w:tcPr>
            <w:tcW w:w="1276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53ECF6C3" w14:textId="77777777" w:rsidR="00B82152" w:rsidRDefault="00B82152">
            <w:pPr>
              <w:spacing w:after="0"/>
            </w:pPr>
          </w:p>
        </w:tc>
      </w:tr>
      <w:tr w:rsidR="00B82152" w14:paraId="0DB4AEA9" w14:textId="77777777" w:rsidTr="0090652C">
        <w:trPr>
          <w:trHeight w:val="578"/>
          <w:jc w:val="center"/>
        </w:trPr>
        <w:tc>
          <w:tcPr>
            <w:tcW w:w="756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1B83F554" w14:textId="77777777" w:rsidR="00B82152" w:rsidRDefault="00B82152">
            <w:pPr>
              <w:spacing w:after="0"/>
              <w:jc w:val="center"/>
            </w:pPr>
          </w:p>
        </w:tc>
        <w:tc>
          <w:tcPr>
            <w:tcW w:w="2496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306768D0" w14:textId="77777777" w:rsidR="00B82152" w:rsidRDefault="00B82152">
            <w:pPr>
              <w:spacing w:after="0"/>
            </w:pPr>
          </w:p>
        </w:tc>
        <w:tc>
          <w:tcPr>
            <w:tcW w:w="301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0A2CD07A" w14:textId="77777777" w:rsidR="00B82152" w:rsidRDefault="00B82152">
            <w:pPr>
              <w:spacing w:after="0"/>
            </w:pPr>
          </w:p>
        </w:tc>
        <w:tc>
          <w:tcPr>
            <w:tcW w:w="1160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744694C9" w14:textId="77777777" w:rsidR="00B82152" w:rsidRDefault="00B82152">
            <w:pPr>
              <w:spacing w:after="0"/>
              <w:jc w:val="center"/>
            </w:pPr>
          </w:p>
        </w:tc>
        <w:tc>
          <w:tcPr>
            <w:tcW w:w="1625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52C6D343" w14:textId="77777777" w:rsidR="00B82152" w:rsidRDefault="00B82152">
            <w:pPr>
              <w:spacing w:after="0"/>
              <w:jc w:val="center"/>
            </w:pPr>
          </w:p>
        </w:tc>
        <w:tc>
          <w:tcPr>
            <w:tcW w:w="1276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30A38F14" w14:textId="77777777" w:rsidR="00B82152" w:rsidRDefault="00B82152">
            <w:pPr>
              <w:spacing w:after="0"/>
            </w:pPr>
          </w:p>
        </w:tc>
      </w:tr>
      <w:tr w:rsidR="00B82152" w14:paraId="6A33A9B6" w14:textId="77777777" w:rsidTr="0090652C">
        <w:trPr>
          <w:trHeight w:val="550"/>
          <w:jc w:val="center"/>
        </w:trPr>
        <w:tc>
          <w:tcPr>
            <w:tcW w:w="756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679D4C4E" w14:textId="77777777" w:rsidR="00B82152" w:rsidRDefault="00B82152">
            <w:pPr>
              <w:spacing w:after="0"/>
              <w:jc w:val="center"/>
            </w:pPr>
          </w:p>
        </w:tc>
        <w:tc>
          <w:tcPr>
            <w:tcW w:w="2496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18852E0C" w14:textId="77777777" w:rsidR="00B82152" w:rsidRDefault="00B82152">
            <w:pPr>
              <w:spacing w:after="0"/>
            </w:pPr>
          </w:p>
        </w:tc>
        <w:tc>
          <w:tcPr>
            <w:tcW w:w="301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48443071" w14:textId="77777777" w:rsidR="00B82152" w:rsidRDefault="00B82152">
            <w:pPr>
              <w:spacing w:after="0"/>
            </w:pPr>
          </w:p>
        </w:tc>
        <w:tc>
          <w:tcPr>
            <w:tcW w:w="1160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7B032DB9" w14:textId="77777777" w:rsidR="00B82152" w:rsidRDefault="00B82152">
            <w:pPr>
              <w:spacing w:after="0"/>
              <w:jc w:val="center"/>
            </w:pPr>
          </w:p>
        </w:tc>
        <w:tc>
          <w:tcPr>
            <w:tcW w:w="1625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43FE07C5" w14:textId="77777777" w:rsidR="00B82152" w:rsidRDefault="00B82152">
            <w:pPr>
              <w:spacing w:after="0"/>
              <w:jc w:val="center"/>
            </w:pPr>
          </w:p>
        </w:tc>
        <w:tc>
          <w:tcPr>
            <w:tcW w:w="1276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037CEA42" w14:textId="77777777" w:rsidR="00B82152" w:rsidRDefault="00B82152">
            <w:pPr>
              <w:spacing w:after="0"/>
            </w:pPr>
          </w:p>
        </w:tc>
      </w:tr>
    </w:tbl>
    <w:p w14:paraId="5B028CBF" w14:textId="77777777" w:rsidR="00B82152" w:rsidRDefault="00000000">
      <w:pPr>
        <w:spacing w:before="120" w:after="60"/>
      </w:pPr>
      <w:r>
        <w:rPr>
          <w:b/>
          <w:sz w:val="20"/>
        </w:rPr>
        <w:t>검수</w:t>
      </w:r>
      <w:r>
        <w:rPr>
          <w:b/>
          <w:sz w:val="20"/>
        </w:rPr>
        <w:t xml:space="preserve"> </w:t>
      </w:r>
      <w:r>
        <w:rPr>
          <w:b/>
          <w:sz w:val="20"/>
        </w:rPr>
        <w:t>결과</w:t>
      </w:r>
      <w:r>
        <w:rPr>
          <w:b/>
          <w:sz w:val="20"/>
        </w:rPr>
        <w:t xml:space="preserve"> </w:t>
      </w:r>
      <w:r>
        <w:rPr>
          <w:b/>
          <w:sz w:val="20"/>
        </w:rPr>
        <w:t>및</w:t>
      </w:r>
      <w:r>
        <w:rPr>
          <w:b/>
          <w:sz w:val="20"/>
        </w:rPr>
        <w:t xml:space="preserve"> </w:t>
      </w:r>
      <w:r>
        <w:rPr>
          <w:b/>
          <w:sz w:val="20"/>
        </w:rPr>
        <w:t>확인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432"/>
        <w:gridCol w:w="7876"/>
      </w:tblGrid>
      <w:tr w:rsidR="00B82152" w14:paraId="7E08D178" w14:textId="77777777" w:rsidTr="0090652C">
        <w:trPr>
          <w:trHeight w:val="700"/>
          <w:jc w:val="center"/>
        </w:trPr>
        <w:tc>
          <w:tcPr>
            <w:tcW w:w="2432" w:type="dxa"/>
            <w:tcBorders>
              <w:top w:val="single" w:sz="6" w:space="0" w:color="AEB7C2"/>
              <w:left w:val="single" w:sz="6" w:space="0" w:color="AEB7C2"/>
              <w:bottom w:val="single" w:sz="6" w:space="0" w:color="AEB7C2"/>
              <w:right w:val="single" w:sz="6" w:space="0" w:color="AEB7C2"/>
            </w:tcBorders>
            <w:shd w:val="clear" w:color="auto" w:fill="ECEFF2"/>
            <w:vAlign w:val="center"/>
          </w:tcPr>
          <w:p w14:paraId="0BDE6F3B" w14:textId="77777777" w:rsidR="00B82152" w:rsidRPr="00D26EFC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D26EFC">
              <w:rPr>
                <w:rFonts w:ascii="맑은 고딕" w:eastAsia="맑은 고딕" w:hAnsi="맑은 고딕"/>
                <w:b/>
                <w:sz w:val="18"/>
                <w:szCs w:val="18"/>
              </w:rPr>
              <w:t>종합 검수 결과</w:t>
            </w:r>
          </w:p>
        </w:tc>
        <w:tc>
          <w:tcPr>
            <w:tcW w:w="7876" w:type="dxa"/>
            <w:tcBorders>
              <w:top w:val="single" w:sz="6" w:space="0" w:color="AEB7C2"/>
              <w:left w:val="single" w:sz="6" w:space="0" w:color="AEB7C2"/>
              <w:bottom w:val="single" w:sz="6" w:space="0" w:color="AEB7C2"/>
              <w:right w:val="single" w:sz="6" w:space="0" w:color="AEB7C2"/>
            </w:tcBorders>
            <w:vAlign w:val="center"/>
          </w:tcPr>
          <w:p w14:paraId="6F5DD6DD" w14:textId="77777777" w:rsidR="00B82152" w:rsidRPr="00D26EFC" w:rsidRDefault="00000000">
            <w:pPr>
              <w:spacing w:after="0"/>
              <w:rPr>
                <w:sz w:val="18"/>
                <w:szCs w:val="18"/>
                <w:lang w:eastAsia="ko-KR"/>
              </w:rPr>
            </w:pPr>
            <w:r w:rsidRPr="00D26EFC">
              <w:rPr>
                <w:rFonts w:ascii="맑은 고딕" w:eastAsia="맑은 고딕" w:hAnsi="맑은 고딕"/>
                <w:sz w:val="18"/>
                <w:szCs w:val="18"/>
                <w:lang w:eastAsia="ko-KR"/>
              </w:rPr>
              <w:t>□ 적합     □ 조건부 적합     □ 부적합</w:t>
            </w:r>
          </w:p>
        </w:tc>
      </w:tr>
      <w:tr w:rsidR="00B82152" w14:paraId="6AD3041A" w14:textId="77777777" w:rsidTr="0090652C">
        <w:trPr>
          <w:trHeight w:val="670"/>
          <w:jc w:val="center"/>
        </w:trPr>
        <w:tc>
          <w:tcPr>
            <w:tcW w:w="2432" w:type="dxa"/>
            <w:tcBorders>
              <w:top w:val="single" w:sz="6" w:space="0" w:color="AEB7C2"/>
              <w:left w:val="single" w:sz="6" w:space="0" w:color="AEB7C2"/>
              <w:bottom w:val="single" w:sz="6" w:space="0" w:color="AEB7C2"/>
              <w:right w:val="single" w:sz="6" w:space="0" w:color="AEB7C2"/>
            </w:tcBorders>
            <w:shd w:val="clear" w:color="auto" w:fill="ECEFF2"/>
            <w:vAlign w:val="center"/>
          </w:tcPr>
          <w:p w14:paraId="3358EC18" w14:textId="77777777" w:rsidR="00B82152" w:rsidRPr="00D26EFC" w:rsidRDefault="00000000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 w:rsidRPr="00D26EFC">
              <w:rPr>
                <w:rFonts w:ascii="맑은 고딕" w:eastAsia="맑은 고딕" w:hAnsi="맑은 고딕"/>
                <w:b/>
                <w:sz w:val="18"/>
                <w:szCs w:val="18"/>
              </w:rPr>
              <w:t>보완</w:t>
            </w:r>
            <w:proofErr w:type="spellEnd"/>
            <w:r w:rsidRPr="00D26EFC">
              <w:rPr>
                <w:rFonts w:ascii="맑은 고딕" w:eastAsia="맑은 고딕" w:hAnsi="맑은 고딕"/>
                <w:b/>
                <w:sz w:val="18"/>
                <w:szCs w:val="18"/>
              </w:rPr>
              <w:t xml:space="preserve"> / </w:t>
            </w:r>
            <w:proofErr w:type="spellStart"/>
            <w:r w:rsidRPr="00D26EFC">
              <w:rPr>
                <w:rFonts w:ascii="맑은 고딕" w:eastAsia="맑은 고딕" w:hAnsi="맑은 고딕"/>
                <w:b/>
                <w:sz w:val="18"/>
                <w:szCs w:val="18"/>
              </w:rPr>
              <w:t>조치</w:t>
            </w:r>
            <w:proofErr w:type="spellEnd"/>
            <w:r w:rsidRPr="00D26EFC">
              <w:rPr>
                <w:rFonts w:ascii="맑은 고딕" w:eastAsia="맑은 고딕" w:hAnsi="맑은 고딕"/>
                <w:b/>
                <w:sz w:val="18"/>
                <w:szCs w:val="18"/>
              </w:rPr>
              <w:t xml:space="preserve"> </w:t>
            </w:r>
            <w:proofErr w:type="spellStart"/>
            <w:r w:rsidRPr="00D26EFC">
              <w:rPr>
                <w:rFonts w:ascii="맑은 고딕" w:eastAsia="맑은 고딕" w:hAnsi="맑은 고딕"/>
                <w:b/>
                <w:sz w:val="18"/>
                <w:szCs w:val="18"/>
              </w:rPr>
              <w:t>사항</w:t>
            </w:r>
            <w:proofErr w:type="spellEnd"/>
          </w:p>
        </w:tc>
        <w:tc>
          <w:tcPr>
            <w:tcW w:w="7876" w:type="dxa"/>
            <w:tcBorders>
              <w:top w:val="single" w:sz="6" w:space="0" w:color="AEB7C2"/>
              <w:left w:val="single" w:sz="6" w:space="0" w:color="AEB7C2"/>
              <w:bottom w:val="single" w:sz="6" w:space="0" w:color="AEB7C2"/>
              <w:right w:val="single" w:sz="6" w:space="0" w:color="AEB7C2"/>
            </w:tcBorders>
            <w:vAlign w:val="center"/>
          </w:tcPr>
          <w:p w14:paraId="7566262A" w14:textId="77777777" w:rsidR="00B82152" w:rsidRPr="00D26EFC" w:rsidRDefault="00B82152">
            <w:pPr>
              <w:spacing w:after="0"/>
              <w:rPr>
                <w:sz w:val="18"/>
                <w:szCs w:val="18"/>
              </w:rPr>
            </w:pPr>
          </w:p>
        </w:tc>
      </w:tr>
      <w:tr w:rsidR="00B82152" w14:paraId="0D0D54C6" w14:textId="77777777" w:rsidTr="0090652C">
        <w:trPr>
          <w:trHeight w:val="700"/>
          <w:jc w:val="center"/>
        </w:trPr>
        <w:tc>
          <w:tcPr>
            <w:tcW w:w="2432" w:type="dxa"/>
            <w:tcBorders>
              <w:top w:val="single" w:sz="6" w:space="0" w:color="AEB7C2"/>
              <w:left w:val="single" w:sz="6" w:space="0" w:color="AEB7C2"/>
              <w:bottom w:val="single" w:sz="6" w:space="0" w:color="AEB7C2"/>
              <w:right w:val="single" w:sz="6" w:space="0" w:color="AEB7C2"/>
            </w:tcBorders>
            <w:shd w:val="clear" w:color="auto" w:fill="ECEFF2"/>
            <w:vAlign w:val="center"/>
          </w:tcPr>
          <w:p w14:paraId="3C515A8C" w14:textId="77777777" w:rsidR="00B82152" w:rsidRPr="00D26EFC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D26EFC">
              <w:rPr>
                <w:rFonts w:ascii="맑은 고딕" w:eastAsia="맑은 고딕" w:hAnsi="맑은 고딕"/>
                <w:b/>
                <w:sz w:val="18"/>
                <w:szCs w:val="18"/>
              </w:rPr>
              <w:t>검수자</w:t>
            </w:r>
          </w:p>
        </w:tc>
        <w:tc>
          <w:tcPr>
            <w:tcW w:w="7876" w:type="dxa"/>
            <w:tcBorders>
              <w:top w:val="single" w:sz="6" w:space="0" w:color="AEB7C2"/>
              <w:left w:val="single" w:sz="6" w:space="0" w:color="AEB7C2"/>
              <w:bottom w:val="single" w:sz="6" w:space="0" w:color="AEB7C2"/>
              <w:right w:val="single" w:sz="6" w:space="0" w:color="AEB7C2"/>
            </w:tcBorders>
            <w:vAlign w:val="center"/>
          </w:tcPr>
          <w:p w14:paraId="180B8581" w14:textId="77777777" w:rsidR="00B82152" w:rsidRPr="00D26EFC" w:rsidRDefault="00000000">
            <w:pPr>
              <w:spacing w:after="0"/>
              <w:rPr>
                <w:sz w:val="18"/>
                <w:szCs w:val="18"/>
              </w:rPr>
            </w:pPr>
            <w:r w:rsidRPr="00D26EFC">
              <w:rPr>
                <w:rFonts w:ascii="맑은 고딕" w:eastAsia="맑은 고딕" w:hAnsi="맑은 고딕"/>
                <w:sz w:val="18"/>
                <w:szCs w:val="18"/>
              </w:rPr>
              <w:t xml:space="preserve">성명:                      </w:t>
            </w:r>
            <w:proofErr w:type="gramStart"/>
            <w:r w:rsidRPr="00D26EFC">
              <w:rPr>
                <w:rFonts w:ascii="맑은 고딕" w:eastAsia="맑은 고딕" w:hAnsi="맑은 고딕"/>
                <w:sz w:val="18"/>
                <w:szCs w:val="18"/>
              </w:rPr>
              <w:t xml:space="preserve">   (</w:t>
            </w:r>
            <w:proofErr w:type="gramEnd"/>
            <w:r w:rsidRPr="00D26EFC">
              <w:rPr>
                <w:rFonts w:ascii="맑은 고딕" w:eastAsia="맑은 고딕" w:hAnsi="맑은 고딕"/>
                <w:sz w:val="18"/>
                <w:szCs w:val="18"/>
              </w:rPr>
              <w:t>서명)</w:t>
            </w:r>
          </w:p>
        </w:tc>
      </w:tr>
      <w:tr w:rsidR="00B82152" w14:paraId="72C1D5EE" w14:textId="77777777" w:rsidTr="0090652C">
        <w:trPr>
          <w:trHeight w:val="670"/>
          <w:jc w:val="center"/>
        </w:trPr>
        <w:tc>
          <w:tcPr>
            <w:tcW w:w="2432" w:type="dxa"/>
            <w:tcBorders>
              <w:top w:val="single" w:sz="6" w:space="0" w:color="AEB7C2"/>
              <w:left w:val="single" w:sz="6" w:space="0" w:color="AEB7C2"/>
              <w:bottom w:val="single" w:sz="6" w:space="0" w:color="AEB7C2"/>
              <w:right w:val="single" w:sz="6" w:space="0" w:color="AEB7C2"/>
            </w:tcBorders>
            <w:shd w:val="clear" w:color="auto" w:fill="ECEFF2"/>
            <w:vAlign w:val="center"/>
          </w:tcPr>
          <w:p w14:paraId="5379D82A" w14:textId="77777777" w:rsidR="00B82152" w:rsidRPr="00D26EFC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D26EFC">
              <w:rPr>
                <w:rFonts w:ascii="맑은 고딕" w:eastAsia="맑은 고딕" w:hAnsi="맑은 고딕"/>
                <w:b/>
                <w:sz w:val="18"/>
                <w:szCs w:val="18"/>
              </w:rPr>
              <w:t>확인자</w:t>
            </w:r>
          </w:p>
        </w:tc>
        <w:tc>
          <w:tcPr>
            <w:tcW w:w="7876" w:type="dxa"/>
            <w:tcBorders>
              <w:top w:val="single" w:sz="6" w:space="0" w:color="AEB7C2"/>
              <w:left w:val="single" w:sz="6" w:space="0" w:color="AEB7C2"/>
              <w:bottom w:val="single" w:sz="6" w:space="0" w:color="AEB7C2"/>
              <w:right w:val="single" w:sz="6" w:space="0" w:color="AEB7C2"/>
            </w:tcBorders>
            <w:vAlign w:val="center"/>
          </w:tcPr>
          <w:p w14:paraId="0466B1DB" w14:textId="77777777" w:rsidR="00B82152" w:rsidRPr="00D26EFC" w:rsidRDefault="00000000">
            <w:pPr>
              <w:spacing w:after="0"/>
              <w:rPr>
                <w:sz w:val="18"/>
                <w:szCs w:val="18"/>
              </w:rPr>
            </w:pPr>
            <w:r w:rsidRPr="00D26EFC">
              <w:rPr>
                <w:rFonts w:ascii="맑은 고딕" w:eastAsia="맑은 고딕" w:hAnsi="맑은 고딕"/>
                <w:sz w:val="18"/>
                <w:szCs w:val="18"/>
              </w:rPr>
              <w:t xml:space="preserve">성명:                      </w:t>
            </w:r>
            <w:proofErr w:type="gramStart"/>
            <w:r w:rsidRPr="00D26EFC">
              <w:rPr>
                <w:rFonts w:ascii="맑은 고딕" w:eastAsia="맑은 고딕" w:hAnsi="맑은 고딕"/>
                <w:sz w:val="18"/>
                <w:szCs w:val="18"/>
              </w:rPr>
              <w:t xml:space="preserve">   (</w:t>
            </w:r>
            <w:proofErr w:type="gramEnd"/>
            <w:r w:rsidRPr="00D26EFC">
              <w:rPr>
                <w:rFonts w:ascii="맑은 고딕" w:eastAsia="맑은 고딕" w:hAnsi="맑은 고딕"/>
                <w:sz w:val="18"/>
                <w:szCs w:val="18"/>
              </w:rPr>
              <w:t>서명)</w:t>
            </w:r>
          </w:p>
        </w:tc>
      </w:tr>
    </w:tbl>
    <w:p w14:paraId="1138EE38" w14:textId="77777777" w:rsidR="00B82152" w:rsidRDefault="00000000">
      <w:pPr>
        <w:spacing w:before="180" w:after="40"/>
        <w:jc w:val="center"/>
        <w:rPr>
          <w:lang w:eastAsia="ko-KR"/>
        </w:rPr>
      </w:pPr>
      <w:r>
        <w:rPr>
          <w:b/>
          <w:sz w:val="18"/>
          <w:lang w:eastAsia="ko-KR"/>
        </w:rPr>
        <w:t>위와</w:t>
      </w:r>
      <w:r>
        <w:rPr>
          <w:b/>
          <w:sz w:val="18"/>
          <w:lang w:eastAsia="ko-KR"/>
        </w:rPr>
        <w:t xml:space="preserve"> </w:t>
      </w:r>
      <w:r>
        <w:rPr>
          <w:b/>
          <w:sz w:val="18"/>
          <w:lang w:eastAsia="ko-KR"/>
        </w:rPr>
        <w:t>같이</w:t>
      </w:r>
      <w:r>
        <w:rPr>
          <w:b/>
          <w:sz w:val="18"/>
          <w:lang w:eastAsia="ko-KR"/>
        </w:rPr>
        <w:t xml:space="preserve"> </w:t>
      </w:r>
      <w:r>
        <w:rPr>
          <w:b/>
          <w:sz w:val="18"/>
          <w:lang w:eastAsia="ko-KR"/>
        </w:rPr>
        <w:t>검수</w:t>
      </w:r>
      <w:r>
        <w:rPr>
          <w:b/>
          <w:sz w:val="18"/>
          <w:lang w:eastAsia="ko-KR"/>
        </w:rPr>
        <w:t xml:space="preserve"> </w:t>
      </w:r>
      <w:r>
        <w:rPr>
          <w:b/>
          <w:sz w:val="18"/>
          <w:lang w:eastAsia="ko-KR"/>
        </w:rPr>
        <w:t>결과를</w:t>
      </w:r>
      <w:r>
        <w:rPr>
          <w:b/>
          <w:sz w:val="18"/>
          <w:lang w:eastAsia="ko-KR"/>
        </w:rPr>
        <w:t xml:space="preserve"> </w:t>
      </w:r>
      <w:r>
        <w:rPr>
          <w:b/>
          <w:sz w:val="18"/>
          <w:lang w:eastAsia="ko-KR"/>
        </w:rPr>
        <w:t>확인합니다</w:t>
      </w:r>
      <w:r>
        <w:rPr>
          <w:b/>
          <w:sz w:val="18"/>
          <w:lang w:eastAsia="ko-KR"/>
        </w:rPr>
        <w:t>.</w:t>
      </w:r>
    </w:p>
    <w:p w14:paraId="50179D67" w14:textId="77777777" w:rsidR="00B82152" w:rsidRDefault="00000000">
      <w:pPr>
        <w:jc w:val="center"/>
      </w:pPr>
      <w:r>
        <w:rPr>
          <w:sz w:val="18"/>
        </w:rPr>
        <w:t xml:space="preserve">20      </w:t>
      </w:r>
      <w:r>
        <w:rPr>
          <w:sz w:val="18"/>
        </w:rPr>
        <w:t>년</w:t>
      </w:r>
      <w:r>
        <w:rPr>
          <w:sz w:val="18"/>
        </w:rPr>
        <w:t xml:space="preserve">      </w:t>
      </w:r>
      <w:r>
        <w:rPr>
          <w:sz w:val="18"/>
        </w:rPr>
        <w:t>월</w:t>
      </w:r>
      <w:r>
        <w:rPr>
          <w:sz w:val="18"/>
        </w:rPr>
        <w:t xml:space="preserve">      </w:t>
      </w:r>
      <w:r>
        <w:rPr>
          <w:sz w:val="18"/>
        </w:rPr>
        <w:t>일</w:t>
      </w:r>
    </w:p>
    <w:sectPr w:rsidR="00B82152" w:rsidSect="00034616">
      <w:pgSz w:w="11906" w:h="16838"/>
      <w:pgMar w:top="1077" w:right="907" w:bottom="794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61991712">
    <w:abstractNumId w:val="8"/>
  </w:num>
  <w:num w:numId="2" w16cid:durableId="2095081269">
    <w:abstractNumId w:val="6"/>
  </w:num>
  <w:num w:numId="3" w16cid:durableId="1071349417">
    <w:abstractNumId w:val="5"/>
  </w:num>
  <w:num w:numId="4" w16cid:durableId="249043661">
    <w:abstractNumId w:val="4"/>
  </w:num>
  <w:num w:numId="5" w16cid:durableId="2097284916">
    <w:abstractNumId w:val="7"/>
  </w:num>
  <w:num w:numId="6" w16cid:durableId="1500924052">
    <w:abstractNumId w:val="3"/>
  </w:num>
  <w:num w:numId="7" w16cid:durableId="490562421">
    <w:abstractNumId w:val="2"/>
  </w:num>
  <w:num w:numId="8" w16cid:durableId="1972322483">
    <w:abstractNumId w:val="1"/>
  </w:num>
  <w:num w:numId="9" w16cid:durableId="301888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C0322"/>
    <w:rsid w:val="0090652C"/>
    <w:rsid w:val="00A067C2"/>
    <w:rsid w:val="00AA1D8D"/>
    <w:rsid w:val="00B47730"/>
    <w:rsid w:val="00B82152"/>
    <w:rsid w:val="00CB0664"/>
    <w:rsid w:val="00D26EF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38D91E5"/>
  <w14:defaultImageDpi w14:val="300"/>
  <w15:docId w15:val="{5553C7A4-7D1F-48DD-8D45-6F5DEB4D9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jihye hong</cp:lastModifiedBy>
  <cp:revision>3</cp:revision>
  <dcterms:created xsi:type="dcterms:W3CDTF">2013-12-23T23:15:00Z</dcterms:created>
  <dcterms:modified xsi:type="dcterms:W3CDTF">2026-09-04T02:59:00Z</dcterms:modified>
  <cp:category/>
</cp:coreProperties>
</file>