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63" w:type="dxa"/>
        <w:jc w:val="center"/>
        <w:tblLayout w:type="fixed"/>
        <w:tblLook w:val="04A0" w:firstRow="1" w:lastRow="0" w:firstColumn="1" w:lastColumn="0" w:noHBand="0" w:noVBand="1"/>
      </w:tblPr>
      <w:tblGrid>
        <w:gridCol w:w="8503"/>
        <w:gridCol w:w="6860"/>
      </w:tblGrid>
      <w:tr w:rsidR="00590262" w14:paraId="355ED9A5" w14:textId="77777777">
        <w:trPr>
          <w:jc w:val="center"/>
        </w:trPr>
        <w:tc>
          <w:tcPr>
            <w:tcW w:w="8504" w:type="dxa"/>
            <w:vAlign w:val="center"/>
          </w:tcPr>
          <w:p w14:paraId="40B428A6" w14:textId="77777777" w:rsidR="00590262" w:rsidRDefault="00000000">
            <w:pPr>
              <w:spacing w:after="0"/>
            </w:pPr>
            <w:r>
              <w:rPr>
                <w:rFonts w:ascii="Arial" w:eastAsia="Arial" w:hAnsi="Arial"/>
                <w:b/>
                <w:color w:val="2D6FC7"/>
                <w:sz w:val="20"/>
              </w:rPr>
              <w:t>CLIENT / VENDOR LEDGER</w:t>
            </w:r>
          </w:p>
        </w:tc>
        <w:tc>
          <w:tcPr>
            <w:tcW w:w="6860" w:type="dxa"/>
            <w:vAlign w:val="center"/>
          </w:tcPr>
          <w:p w14:paraId="5A882E23" w14:textId="77777777" w:rsidR="00590262" w:rsidRDefault="00000000">
            <w:pPr>
              <w:spacing w:after="0"/>
              <w:jc w:val="right"/>
            </w:pPr>
            <w:r>
              <w:rPr>
                <w:b/>
                <w:color w:val="1D2733"/>
                <w:sz w:val="44"/>
              </w:rPr>
              <w:t>거래처 관리대장</w:t>
            </w:r>
          </w:p>
        </w:tc>
      </w:tr>
    </w:tbl>
    <w:p w14:paraId="12D05C1F" w14:textId="77777777" w:rsidR="00590262" w:rsidRDefault="00000000">
      <w:pPr>
        <w:spacing w:after="100"/>
        <w:rPr>
          <w:lang w:eastAsia="ko-KR"/>
        </w:rPr>
      </w:pPr>
      <w:r>
        <w:rPr>
          <w:color w:val="666666"/>
          <w:sz w:val="17"/>
          <w:lang w:eastAsia="ko-KR"/>
        </w:rPr>
        <w:t>주요 거래처의 기본정보와 담당자, 거래·결제 조건을 한눈에 관리하는 업무용 서식입니다.</w:t>
      </w:r>
    </w:p>
    <w:tbl>
      <w:tblPr>
        <w:tblW w:w="15345" w:type="dxa"/>
        <w:jc w:val="center"/>
        <w:tblLayout w:type="fixed"/>
        <w:tblLook w:val="04A0" w:firstRow="1" w:lastRow="0" w:firstColumn="1" w:lastColumn="0" w:noHBand="0" w:noVBand="1"/>
      </w:tblPr>
      <w:tblGrid>
        <w:gridCol w:w="1551"/>
        <w:gridCol w:w="3601"/>
        <w:gridCol w:w="1643"/>
        <w:gridCol w:w="3510"/>
        <w:gridCol w:w="1593"/>
        <w:gridCol w:w="3447"/>
      </w:tblGrid>
      <w:tr w:rsidR="00590262" w14:paraId="140555D0" w14:textId="77777777" w:rsidTr="0069359A">
        <w:trPr>
          <w:trHeight w:hRule="exact" w:val="430"/>
          <w:jc w:val="center"/>
        </w:trPr>
        <w:tc>
          <w:tcPr>
            <w:tcW w:w="155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5E6AC82F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69359A">
              <w:rPr>
                <w:b/>
                <w:color w:val="24405C"/>
                <w:szCs w:val="18"/>
              </w:rPr>
              <w:t>관리기준일</w:t>
            </w:r>
            <w:proofErr w:type="spellEnd"/>
          </w:p>
        </w:tc>
        <w:tc>
          <w:tcPr>
            <w:tcW w:w="36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18E9262" w14:textId="77777777" w:rsidR="00590262" w:rsidRPr="0069359A" w:rsidRDefault="00000000">
            <w:pPr>
              <w:spacing w:after="0"/>
              <w:rPr>
                <w:szCs w:val="18"/>
              </w:rPr>
            </w:pPr>
            <w:r w:rsidRPr="0069359A">
              <w:rPr>
                <w:color w:val="333333"/>
                <w:szCs w:val="18"/>
              </w:rPr>
              <w:t>20      년      월      일</w:t>
            </w:r>
          </w:p>
        </w:tc>
        <w:tc>
          <w:tcPr>
            <w:tcW w:w="164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1592953E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담당자</w:t>
            </w:r>
          </w:p>
        </w:tc>
        <w:tc>
          <w:tcPr>
            <w:tcW w:w="351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374249F" w14:textId="77777777" w:rsidR="00590262" w:rsidRDefault="00590262">
            <w:pPr>
              <w:spacing w:after="0"/>
            </w:pPr>
          </w:p>
        </w:tc>
        <w:tc>
          <w:tcPr>
            <w:tcW w:w="159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09ADAAFA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부서 / 사업장</w:t>
            </w:r>
          </w:p>
        </w:tc>
        <w:tc>
          <w:tcPr>
            <w:tcW w:w="34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684E9AC" w14:textId="77777777" w:rsidR="00590262" w:rsidRDefault="00590262">
            <w:pPr>
              <w:spacing w:after="0"/>
            </w:pPr>
          </w:p>
        </w:tc>
      </w:tr>
      <w:tr w:rsidR="00590262" w14:paraId="14BC154D" w14:textId="77777777" w:rsidTr="0069359A">
        <w:trPr>
          <w:trHeight w:hRule="exact" w:val="430"/>
          <w:jc w:val="center"/>
        </w:trPr>
        <w:tc>
          <w:tcPr>
            <w:tcW w:w="155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2BB9B660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거래처 구분</w:t>
            </w:r>
          </w:p>
        </w:tc>
        <w:tc>
          <w:tcPr>
            <w:tcW w:w="36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E9641FE" w14:textId="77777777" w:rsidR="00590262" w:rsidRPr="0069359A" w:rsidRDefault="00000000">
            <w:pPr>
              <w:spacing w:after="0"/>
              <w:rPr>
                <w:szCs w:val="18"/>
                <w:lang w:eastAsia="ko-KR"/>
              </w:rPr>
            </w:pPr>
            <w:r w:rsidRPr="0069359A">
              <w:rPr>
                <w:color w:val="333333"/>
                <w:szCs w:val="18"/>
                <w:lang w:eastAsia="ko-KR"/>
              </w:rPr>
              <w:t xml:space="preserve">□ </w:t>
            </w:r>
            <w:proofErr w:type="gramStart"/>
            <w:r w:rsidRPr="0069359A">
              <w:rPr>
                <w:color w:val="333333"/>
                <w:szCs w:val="18"/>
                <w:lang w:eastAsia="ko-KR"/>
              </w:rPr>
              <w:t>매출처  □</w:t>
            </w:r>
            <w:proofErr w:type="gramEnd"/>
            <w:r w:rsidRPr="0069359A">
              <w:rPr>
                <w:color w:val="333333"/>
                <w:szCs w:val="18"/>
                <w:lang w:eastAsia="ko-KR"/>
              </w:rPr>
              <w:t xml:space="preserve"> </w:t>
            </w:r>
            <w:proofErr w:type="gramStart"/>
            <w:r w:rsidRPr="0069359A">
              <w:rPr>
                <w:color w:val="333333"/>
                <w:szCs w:val="18"/>
                <w:lang w:eastAsia="ko-KR"/>
              </w:rPr>
              <w:t>매입처  □</w:t>
            </w:r>
            <w:proofErr w:type="gramEnd"/>
            <w:r w:rsidRPr="0069359A">
              <w:rPr>
                <w:color w:val="333333"/>
                <w:szCs w:val="18"/>
                <w:lang w:eastAsia="ko-KR"/>
              </w:rPr>
              <w:t xml:space="preserve"> 기타</w:t>
            </w:r>
          </w:p>
        </w:tc>
        <w:tc>
          <w:tcPr>
            <w:tcW w:w="164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356E5AD5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작성일</w:t>
            </w:r>
          </w:p>
        </w:tc>
        <w:tc>
          <w:tcPr>
            <w:tcW w:w="351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59F61A3" w14:textId="77777777" w:rsidR="00590262" w:rsidRPr="0069359A" w:rsidRDefault="00000000">
            <w:pPr>
              <w:spacing w:after="0"/>
              <w:rPr>
                <w:szCs w:val="18"/>
              </w:rPr>
            </w:pPr>
            <w:r w:rsidRPr="0069359A">
              <w:rPr>
                <w:color w:val="333333"/>
                <w:szCs w:val="18"/>
              </w:rPr>
              <w:t>20      년      월      일</w:t>
            </w:r>
          </w:p>
        </w:tc>
        <w:tc>
          <w:tcPr>
            <w:tcW w:w="159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2E719643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문서번호</w:t>
            </w:r>
          </w:p>
        </w:tc>
        <w:tc>
          <w:tcPr>
            <w:tcW w:w="34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69E5F55" w14:textId="77777777" w:rsidR="00590262" w:rsidRDefault="00590262">
            <w:pPr>
              <w:spacing w:after="0"/>
            </w:pPr>
          </w:p>
        </w:tc>
      </w:tr>
    </w:tbl>
    <w:p w14:paraId="0E89E126" w14:textId="77777777" w:rsidR="00590262" w:rsidRDefault="00000000">
      <w:pPr>
        <w:spacing w:before="80" w:after="60"/>
      </w:pPr>
      <w:proofErr w:type="spellStart"/>
      <w:r>
        <w:rPr>
          <w:b/>
          <w:color w:val="2D6FC7"/>
          <w:sz w:val="19"/>
        </w:rPr>
        <w:t>거래처</w:t>
      </w:r>
      <w:proofErr w:type="spellEnd"/>
      <w:r>
        <w:rPr>
          <w:b/>
          <w:color w:val="2D6FC7"/>
          <w:sz w:val="19"/>
        </w:rPr>
        <w:t xml:space="preserve"> </w:t>
      </w:r>
      <w:proofErr w:type="spellStart"/>
      <w:r>
        <w:rPr>
          <w:b/>
          <w:color w:val="2D6FC7"/>
          <w:sz w:val="19"/>
        </w:rPr>
        <w:t>목록</w:t>
      </w:r>
      <w:proofErr w:type="spellEnd"/>
    </w:p>
    <w:tbl>
      <w:tblPr>
        <w:tblW w:w="15363" w:type="dxa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1475"/>
        <w:gridCol w:w="1579"/>
        <w:gridCol w:w="1007"/>
        <w:gridCol w:w="1423"/>
        <w:gridCol w:w="1268"/>
        <w:gridCol w:w="1215"/>
        <w:gridCol w:w="1423"/>
        <w:gridCol w:w="1631"/>
        <w:gridCol w:w="1059"/>
        <w:gridCol w:w="1163"/>
        <w:gridCol w:w="1579"/>
      </w:tblGrid>
      <w:tr w:rsidR="00590262" w14:paraId="42D123B3" w14:textId="77777777">
        <w:trPr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315F8C"/>
            <w:vAlign w:val="center"/>
          </w:tcPr>
          <w:p w14:paraId="5A8F2ECB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FFFFFF"/>
                <w:szCs w:val="18"/>
              </w:rPr>
              <w:t>No.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315F8C"/>
            <w:vAlign w:val="center"/>
          </w:tcPr>
          <w:p w14:paraId="4203003B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FFFFFF"/>
                <w:szCs w:val="18"/>
              </w:rPr>
              <w:t>거래처명</w:t>
            </w: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315F8C"/>
            <w:vAlign w:val="center"/>
          </w:tcPr>
          <w:p w14:paraId="082CB326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FFFFFF"/>
                <w:szCs w:val="18"/>
              </w:rPr>
              <w:t>사업자등록번호</w:t>
            </w: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315F8C"/>
            <w:vAlign w:val="center"/>
          </w:tcPr>
          <w:p w14:paraId="35E178DF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FFFFFF"/>
                <w:szCs w:val="18"/>
              </w:rPr>
              <w:t>대표자</w:t>
            </w: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315F8C"/>
            <w:vAlign w:val="center"/>
          </w:tcPr>
          <w:p w14:paraId="25E6C21A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FFFFFF"/>
                <w:szCs w:val="18"/>
              </w:rPr>
              <w:t>업태 / 종목</w:t>
            </w: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315F8C"/>
            <w:vAlign w:val="center"/>
          </w:tcPr>
          <w:p w14:paraId="20B1370A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FFFFFF"/>
                <w:szCs w:val="18"/>
              </w:rPr>
              <w:t>담당자</w:t>
            </w: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315F8C"/>
            <w:vAlign w:val="center"/>
          </w:tcPr>
          <w:p w14:paraId="49993B12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FFFFFF"/>
                <w:szCs w:val="18"/>
              </w:rPr>
              <w:t>연락처</w:t>
            </w: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315F8C"/>
            <w:vAlign w:val="center"/>
          </w:tcPr>
          <w:p w14:paraId="167C0379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FFFFFF"/>
                <w:szCs w:val="18"/>
              </w:rPr>
              <w:t>이메일</w:t>
            </w: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315F8C"/>
            <w:vAlign w:val="center"/>
          </w:tcPr>
          <w:p w14:paraId="2E9DFBF2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FFFFFF"/>
                <w:szCs w:val="18"/>
              </w:rPr>
              <w:t>주소</w:t>
            </w: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315F8C"/>
            <w:vAlign w:val="center"/>
          </w:tcPr>
          <w:p w14:paraId="7DD73539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FFFFFF"/>
                <w:szCs w:val="18"/>
              </w:rPr>
              <w:t>거래조건</w:t>
            </w: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315F8C"/>
            <w:vAlign w:val="center"/>
          </w:tcPr>
          <w:p w14:paraId="4421C265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FFFFFF"/>
                <w:szCs w:val="18"/>
              </w:rPr>
              <w:t>결제조건</w:t>
            </w: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315F8C"/>
            <w:vAlign w:val="center"/>
          </w:tcPr>
          <w:p w14:paraId="5E2B6BBD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FFFFFF"/>
                <w:szCs w:val="18"/>
              </w:rPr>
              <w:t>비고</w:t>
            </w:r>
          </w:p>
        </w:tc>
      </w:tr>
      <w:tr w:rsidR="00590262" w14:paraId="7807A697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C537566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color w:val="555555"/>
                <w:szCs w:val="18"/>
              </w:rPr>
              <w:t>1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8CBAF0F" w14:textId="77777777" w:rsidR="00590262" w:rsidRDefault="00590262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907A699" w14:textId="77777777" w:rsidR="00590262" w:rsidRDefault="00590262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58EEE62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75C0548" w14:textId="77777777" w:rsidR="00590262" w:rsidRDefault="00590262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04399A2" w14:textId="77777777" w:rsidR="00590262" w:rsidRDefault="00590262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C69CD11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1ECF0A0" w14:textId="77777777" w:rsidR="00590262" w:rsidRDefault="00590262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9D7EFBC" w14:textId="77777777" w:rsidR="00590262" w:rsidRDefault="00590262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C14CF51" w14:textId="77777777" w:rsidR="00590262" w:rsidRDefault="00590262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5625654" w14:textId="77777777" w:rsidR="00590262" w:rsidRDefault="00590262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896B0C0" w14:textId="77777777" w:rsidR="00590262" w:rsidRDefault="00590262">
            <w:pPr>
              <w:spacing w:after="0"/>
            </w:pPr>
          </w:p>
        </w:tc>
      </w:tr>
      <w:tr w:rsidR="00590262" w14:paraId="57753F2F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88EDDD3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color w:val="555555"/>
                <w:szCs w:val="18"/>
              </w:rPr>
              <w:t>2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BE0C1F0" w14:textId="77777777" w:rsidR="00590262" w:rsidRDefault="00590262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87D0FAB" w14:textId="77777777" w:rsidR="00590262" w:rsidRDefault="00590262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0CEFA25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F5F545A" w14:textId="77777777" w:rsidR="00590262" w:rsidRDefault="00590262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733E4BA" w14:textId="77777777" w:rsidR="00590262" w:rsidRDefault="00590262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CDA79DB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4818893" w14:textId="77777777" w:rsidR="00590262" w:rsidRDefault="00590262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86123DB" w14:textId="77777777" w:rsidR="00590262" w:rsidRDefault="00590262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1A941BA" w14:textId="77777777" w:rsidR="00590262" w:rsidRDefault="00590262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54B6D1D" w14:textId="77777777" w:rsidR="00590262" w:rsidRDefault="00590262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9A5C4A2" w14:textId="77777777" w:rsidR="00590262" w:rsidRDefault="00590262">
            <w:pPr>
              <w:spacing w:after="0"/>
            </w:pPr>
          </w:p>
        </w:tc>
      </w:tr>
      <w:tr w:rsidR="00590262" w14:paraId="2C4D0304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805E117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color w:val="555555"/>
                <w:szCs w:val="18"/>
              </w:rPr>
              <w:t>3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499023A" w14:textId="77777777" w:rsidR="00590262" w:rsidRDefault="00590262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CF740DE" w14:textId="77777777" w:rsidR="00590262" w:rsidRDefault="00590262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480374D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5D656B8" w14:textId="77777777" w:rsidR="00590262" w:rsidRDefault="00590262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AC9B134" w14:textId="77777777" w:rsidR="00590262" w:rsidRDefault="00590262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69FE1FF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EADBFC3" w14:textId="77777777" w:rsidR="00590262" w:rsidRDefault="00590262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AA28AA8" w14:textId="77777777" w:rsidR="00590262" w:rsidRDefault="00590262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8AE41BE" w14:textId="77777777" w:rsidR="00590262" w:rsidRDefault="00590262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01D19BF" w14:textId="77777777" w:rsidR="00590262" w:rsidRDefault="00590262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7719AD1" w14:textId="77777777" w:rsidR="00590262" w:rsidRDefault="00590262">
            <w:pPr>
              <w:spacing w:after="0"/>
            </w:pPr>
          </w:p>
        </w:tc>
      </w:tr>
      <w:tr w:rsidR="00590262" w14:paraId="3E9B5B5F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179880C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color w:val="555555"/>
                <w:szCs w:val="18"/>
              </w:rPr>
              <w:t>4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E64F4CC" w14:textId="77777777" w:rsidR="00590262" w:rsidRDefault="00590262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210180B" w14:textId="77777777" w:rsidR="00590262" w:rsidRDefault="00590262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E7720FC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B3925DD" w14:textId="77777777" w:rsidR="00590262" w:rsidRDefault="00590262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A6E393F" w14:textId="77777777" w:rsidR="00590262" w:rsidRDefault="00590262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196F4EF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73F66DD" w14:textId="77777777" w:rsidR="00590262" w:rsidRDefault="00590262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65A17A8" w14:textId="77777777" w:rsidR="00590262" w:rsidRDefault="00590262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94A6D1C" w14:textId="77777777" w:rsidR="00590262" w:rsidRDefault="00590262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748A64A" w14:textId="77777777" w:rsidR="00590262" w:rsidRDefault="00590262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9201390" w14:textId="77777777" w:rsidR="00590262" w:rsidRDefault="00590262">
            <w:pPr>
              <w:spacing w:after="0"/>
            </w:pPr>
          </w:p>
        </w:tc>
      </w:tr>
      <w:tr w:rsidR="00590262" w14:paraId="76D3E2AD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90D201B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color w:val="555555"/>
                <w:szCs w:val="18"/>
              </w:rPr>
              <w:t>5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795886C" w14:textId="77777777" w:rsidR="00590262" w:rsidRDefault="00590262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E9F5E30" w14:textId="77777777" w:rsidR="00590262" w:rsidRDefault="00590262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2ED582A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65C1F7F" w14:textId="77777777" w:rsidR="00590262" w:rsidRDefault="00590262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731159E" w14:textId="77777777" w:rsidR="00590262" w:rsidRDefault="00590262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1171700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DDA5B94" w14:textId="77777777" w:rsidR="00590262" w:rsidRDefault="00590262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CF80AEA" w14:textId="77777777" w:rsidR="00590262" w:rsidRDefault="00590262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2C79E28" w14:textId="77777777" w:rsidR="00590262" w:rsidRDefault="00590262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F0B34A2" w14:textId="77777777" w:rsidR="00590262" w:rsidRDefault="00590262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BEEE4FF" w14:textId="77777777" w:rsidR="00590262" w:rsidRDefault="00590262">
            <w:pPr>
              <w:spacing w:after="0"/>
            </w:pPr>
          </w:p>
        </w:tc>
      </w:tr>
      <w:tr w:rsidR="00590262" w14:paraId="061F1676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9ABF119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color w:val="555555"/>
                <w:szCs w:val="18"/>
              </w:rPr>
              <w:t>6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44D1571" w14:textId="77777777" w:rsidR="00590262" w:rsidRDefault="00590262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C3C3CDB" w14:textId="77777777" w:rsidR="00590262" w:rsidRDefault="00590262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DF78F39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D3E6CAC" w14:textId="77777777" w:rsidR="00590262" w:rsidRDefault="00590262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EDC030F" w14:textId="77777777" w:rsidR="00590262" w:rsidRDefault="00590262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96E4AF7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73EAA83" w14:textId="77777777" w:rsidR="00590262" w:rsidRDefault="00590262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A205A0E" w14:textId="77777777" w:rsidR="00590262" w:rsidRDefault="00590262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62B853A" w14:textId="77777777" w:rsidR="00590262" w:rsidRDefault="00590262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EA3007A" w14:textId="77777777" w:rsidR="00590262" w:rsidRDefault="00590262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E560C35" w14:textId="77777777" w:rsidR="00590262" w:rsidRDefault="00590262">
            <w:pPr>
              <w:spacing w:after="0"/>
            </w:pPr>
          </w:p>
        </w:tc>
      </w:tr>
      <w:tr w:rsidR="00590262" w14:paraId="74195041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1AD7219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color w:val="555555"/>
                <w:szCs w:val="18"/>
              </w:rPr>
              <w:t>7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5FF22FE" w14:textId="77777777" w:rsidR="00590262" w:rsidRDefault="00590262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7EE3221" w14:textId="77777777" w:rsidR="00590262" w:rsidRDefault="00590262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805FD3F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8D12AE3" w14:textId="77777777" w:rsidR="00590262" w:rsidRDefault="00590262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B670781" w14:textId="77777777" w:rsidR="00590262" w:rsidRDefault="00590262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A97ACD0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7CD964F" w14:textId="77777777" w:rsidR="00590262" w:rsidRDefault="00590262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50C1A02" w14:textId="77777777" w:rsidR="00590262" w:rsidRDefault="00590262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C4E993E" w14:textId="77777777" w:rsidR="00590262" w:rsidRDefault="00590262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E59A330" w14:textId="77777777" w:rsidR="00590262" w:rsidRDefault="00590262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FD61CBD" w14:textId="77777777" w:rsidR="00590262" w:rsidRDefault="00590262">
            <w:pPr>
              <w:spacing w:after="0"/>
            </w:pPr>
          </w:p>
        </w:tc>
      </w:tr>
      <w:tr w:rsidR="00590262" w14:paraId="5977FEB6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A28C667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color w:val="555555"/>
                <w:szCs w:val="18"/>
              </w:rPr>
              <w:t>8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9500966" w14:textId="77777777" w:rsidR="00590262" w:rsidRDefault="00590262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E857FCB" w14:textId="77777777" w:rsidR="00590262" w:rsidRDefault="00590262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284849D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0E023E0" w14:textId="77777777" w:rsidR="00590262" w:rsidRDefault="00590262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1CCFBA1" w14:textId="77777777" w:rsidR="00590262" w:rsidRDefault="00590262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FDE0C42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4890ADF" w14:textId="77777777" w:rsidR="00590262" w:rsidRDefault="00590262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872C266" w14:textId="77777777" w:rsidR="00590262" w:rsidRDefault="00590262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59899C9" w14:textId="77777777" w:rsidR="00590262" w:rsidRDefault="00590262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A508431" w14:textId="77777777" w:rsidR="00590262" w:rsidRDefault="00590262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DEC3347" w14:textId="77777777" w:rsidR="00590262" w:rsidRDefault="00590262">
            <w:pPr>
              <w:spacing w:after="0"/>
            </w:pPr>
          </w:p>
        </w:tc>
      </w:tr>
      <w:tr w:rsidR="00590262" w14:paraId="435E26F5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B7376BD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color w:val="555555"/>
                <w:szCs w:val="18"/>
              </w:rPr>
              <w:t>9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79F1CB5" w14:textId="77777777" w:rsidR="00590262" w:rsidRDefault="00590262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E1D22E5" w14:textId="77777777" w:rsidR="00590262" w:rsidRDefault="00590262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ED08E8B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1F96528" w14:textId="77777777" w:rsidR="00590262" w:rsidRDefault="00590262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7AA7057" w14:textId="77777777" w:rsidR="00590262" w:rsidRDefault="00590262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0A4BE60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B2863FC" w14:textId="77777777" w:rsidR="00590262" w:rsidRDefault="00590262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7907EBB" w14:textId="77777777" w:rsidR="00590262" w:rsidRDefault="00590262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D5AB104" w14:textId="77777777" w:rsidR="00590262" w:rsidRDefault="00590262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B459B33" w14:textId="77777777" w:rsidR="00590262" w:rsidRDefault="00590262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85FEEEF" w14:textId="77777777" w:rsidR="00590262" w:rsidRDefault="00590262">
            <w:pPr>
              <w:spacing w:after="0"/>
            </w:pPr>
          </w:p>
        </w:tc>
      </w:tr>
      <w:tr w:rsidR="00590262" w14:paraId="0363BEE0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E096092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color w:val="555555"/>
                <w:szCs w:val="18"/>
              </w:rPr>
              <w:t>10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8CA732B" w14:textId="77777777" w:rsidR="00590262" w:rsidRDefault="00590262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9B0FFF4" w14:textId="77777777" w:rsidR="00590262" w:rsidRDefault="00590262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6580A7D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A96FE86" w14:textId="77777777" w:rsidR="00590262" w:rsidRDefault="00590262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DAF65D3" w14:textId="77777777" w:rsidR="00590262" w:rsidRDefault="00590262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CE20EF8" w14:textId="77777777" w:rsidR="00590262" w:rsidRDefault="00590262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765063A" w14:textId="77777777" w:rsidR="00590262" w:rsidRDefault="00590262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9ACB982" w14:textId="77777777" w:rsidR="00590262" w:rsidRDefault="00590262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2559349" w14:textId="77777777" w:rsidR="00590262" w:rsidRDefault="00590262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8000FF1" w14:textId="77777777" w:rsidR="00590262" w:rsidRDefault="00590262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57061C6" w14:textId="77777777" w:rsidR="00590262" w:rsidRDefault="00590262">
            <w:pPr>
              <w:spacing w:after="0"/>
            </w:pPr>
          </w:p>
        </w:tc>
      </w:tr>
    </w:tbl>
    <w:p w14:paraId="249E57F7" w14:textId="77777777" w:rsidR="00590262" w:rsidRDefault="00000000">
      <w:pPr>
        <w:spacing w:before="80" w:after="60"/>
      </w:pPr>
      <w:r>
        <w:rPr>
          <w:b/>
          <w:color w:val="2D6FC7"/>
          <w:sz w:val="19"/>
        </w:rPr>
        <w:t>주요 거래정보</w:t>
      </w:r>
    </w:p>
    <w:tbl>
      <w:tblPr>
        <w:tblW w:w="15363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2268"/>
        <w:gridCol w:w="1587"/>
        <w:gridCol w:w="2268"/>
        <w:gridCol w:w="1587"/>
        <w:gridCol w:w="2268"/>
        <w:gridCol w:w="1587"/>
        <w:gridCol w:w="2211"/>
      </w:tblGrid>
      <w:tr w:rsidR="00590262" w14:paraId="42F7FBA1" w14:textId="77777777">
        <w:trPr>
          <w:trHeight w:hRule="exact" w:val="453"/>
          <w:jc w:val="center"/>
        </w:trPr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69A1683C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주요 거래품목</w:t>
            </w:r>
          </w:p>
        </w:tc>
        <w:tc>
          <w:tcPr>
            <w:tcW w:w="22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028A6E7" w14:textId="77777777" w:rsidR="00590262" w:rsidRDefault="00590262">
            <w:pPr>
              <w:spacing w:after="0"/>
            </w:pP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6297D557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기본 결제방식</w:t>
            </w:r>
          </w:p>
        </w:tc>
        <w:tc>
          <w:tcPr>
            <w:tcW w:w="22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5E05A52" w14:textId="77777777" w:rsidR="00590262" w:rsidRDefault="00590262">
            <w:pPr>
              <w:spacing w:after="0"/>
            </w:pP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3AF5F553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정산주기</w:t>
            </w:r>
          </w:p>
        </w:tc>
        <w:tc>
          <w:tcPr>
            <w:tcW w:w="22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8D13C9C" w14:textId="77777777" w:rsidR="00590262" w:rsidRDefault="00590262">
            <w:pPr>
              <w:spacing w:after="0"/>
            </w:pP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5E0EDCC6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세금계산서</w:t>
            </w:r>
          </w:p>
        </w:tc>
        <w:tc>
          <w:tcPr>
            <w:tcW w:w="221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B38894B" w14:textId="77777777" w:rsidR="00590262" w:rsidRPr="0069359A" w:rsidRDefault="00000000">
            <w:pPr>
              <w:spacing w:after="0"/>
              <w:rPr>
                <w:szCs w:val="18"/>
              </w:rPr>
            </w:pPr>
            <w:r w:rsidRPr="0069359A">
              <w:rPr>
                <w:color w:val="333333"/>
                <w:szCs w:val="18"/>
              </w:rPr>
              <w:t xml:space="preserve">□ </w:t>
            </w:r>
            <w:proofErr w:type="gramStart"/>
            <w:r w:rsidRPr="0069359A">
              <w:rPr>
                <w:color w:val="333333"/>
                <w:szCs w:val="18"/>
              </w:rPr>
              <w:t>발행  □</w:t>
            </w:r>
            <w:proofErr w:type="gramEnd"/>
            <w:r w:rsidRPr="0069359A">
              <w:rPr>
                <w:color w:val="333333"/>
                <w:szCs w:val="18"/>
              </w:rPr>
              <w:t xml:space="preserve"> 미발행</w:t>
            </w:r>
          </w:p>
        </w:tc>
      </w:tr>
      <w:tr w:rsidR="00590262" w14:paraId="6FBB1F90" w14:textId="77777777">
        <w:trPr>
          <w:trHeight w:hRule="exact" w:val="453"/>
          <w:jc w:val="center"/>
        </w:trPr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3E7D3338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배송 / 납품조건</w:t>
            </w:r>
          </w:p>
        </w:tc>
        <w:tc>
          <w:tcPr>
            <w:tcW w:w="22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422BC1D" w14:textId="77777777" w:rsidR="00590262" w:rsidRDefault="00590262">
            <w:pPr>
              <w:spacing w:after="0"/>
            </w:pP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23979D66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거래한도</w:t>
            </w:r>
          </w:p>
        </w:tc>
        <w:tc>
          <w:tcPr>
            <w:tcW w:w="22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A7E0502" w14:textId="77777777" w:rsidR="00590262" w:rsidRDefault="00590262">
            <w:pPr>
              <w:spacing w:after="0"/>
            </w:pP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1F92E4FC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거래상태</w:t>
            </w:r>
          </w:p>
        </w:tc>
        <w:tc>
          <w:tcPr>
            <w:tcW w:w="22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167676B" w14:textId="77777777" w:rsidR="00590262" w:rsidRPr="0069359A" w:rsidRDefault="00000000">
            <w:pPr>
              <w:spacing w:after="0"/>
              <w:rPr>
                <w:szCs w:val="18"/>
              </w:rPr>
            </w:pPr>
            <w:r w:rsidRPr="0069359A">
              <w:rPr>
                <w:color w:val="333333"/>
                <w:szCs w:val="18"/>
              </w:rPr>
              <w:t xml:space="preserve">□ </w:t>
            </w:r>
            <w:proofErr w:type="gramStart"/>
            <w:r w:rsidRPr="0069359A">
              <w:rPr>
                <w:color w:val="333333"/>
                <w:szCs w:val="18"/>
              </w:rPr>
              <w:t>정상  □</w:t>
            </w:r>
            <w:proofErr w:type="gramEnd"/>
            <w:r w:rsidRPr="0069359A">
              <w:rPr>
                <w:color w:val="333333"/>
                <w:szCs w:val="18"/>
              </w:rPr>
              <w:t xml:space="preserve"> 중지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56F765D6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최근 거래일</w:t>
            </w:r>
          </w:p>
        </w:tc>
        <w:tc>
          <w:tcPr>
            <w:tcW w:w="221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C0AA725" w14:textId="77777777" w:rsidR="00590262" w:rsidRDefault="00590262">
            <w:pPr>
              <w:spacing w:after="0"/>
            </w:pPr>
          </w:p>
        </w:tc>
      </w:tr>
    </w:tbl>
    <w:p w14:paraId="78B6D184" w14:textId="77777777" w:rsidR="00590262" w:rsidRDefault="00000000">
      <w:pPr>
        <w:spacing w:before="80" w:after="60"/>
      </w:pPr>
      <w:r>
        <w:rPr>
          <w:b/>
          <w:color w:val="2D6FC7"/>
          <w:sz w:val="19"/>
        </w:rPr>
        <w:t>확인 및 관리사항</w:t>
      </w:r>
    </w:p>
    <w:tbl>
      <w:tblPr>
        <w:tblW w:w="15359" w:type="dxa"/>
        <w:jc w:val="center"/>
        <w:tblLayout w:type="fixed"/>
        <w:tblLook w:val="04A0" w:firstRow="1" w:lastRow="0" w:firstColumn="1" w:lastColumn="0" w:noHBand="0" w:noVBand="1"/>
      </w:tblPr>
      <w:tblGrid>
        <w:gridCol w:w="1586"/>
        <w:gridCol w:w="6065"/>
        <w:gridCol w:w="1586"/>
        <w:gridCol w:w="6122"/>
      </w:tblGrid>
      <w:tr w:rsidR="00590262" w14:paraId="4E96A944" w14:textId="77777777" w:rsidTr="005C36FA">
        <w:trPr>
          <w:trHeight w:hRule="exact" w:val="445"/>
          <w:jc w:val="center"/>
        </w:trPr>
        <w:tc>
          <w:tcPr>
            <w:tcW w:w="1586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1890BF0C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특이사항</w:t>
            </w:r>
          </w:p>
        </w:tc>
        <w:tc>
          <w:tcPr>
            <w:tcW w:w="606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3FE0036" w14:textId="77777777" w:rsidR="00590262" w:rsidRDefault="00590262">
            <w:pPr>
              <w:spacing w:after="0"/>
            </w:pPr>
          </w:p>
        </w:tc>
        <w:tc>
          <w:tcPr>
            <w:tcW w:w="1586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425ACAB8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확인자</w:t>
            </w:r>
          </w:p>
        </w:tc>
        <w:tc>
          <w:tcPr>
            <w:tcW w:w="612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01FCA0A" w14:textId="77777777" w:rsidR="00590262" w:rsidRDefault="00590262">
            <w:pPr>
              <w:spacing w:after="0"/>
            </w:pPr>
          </w:p>
        </w:tc>
      </w:tr>
      <w:tr w:rsidR="00590262" w14:paraId="3CC0DDC2" w14:textId="77777777" w:rsidTr="005C36FA">
        <w:trPr>
          <w:trHeight w:hRule="exact" w:val="445"/>
          <w:jc w:val="center"/>
        </w:trPr>
        <w:tc>
          <w:tcPr>
            <w:tcW w:w="1586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04E8620F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거래 관리사항</w:t>
            </w:r>
          </w:p>
        </w:tc>
        <w:tc>
          <w:tcPr>
            <w:tcW w:w="606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2069072" w14:textId="77777777" w:rsidR="00590262" w:rsidRDefault="00590262">
            <w:pPr>
              <w:spacing w:after="0"/>
            </w:pPr>
          </w:p>
        </w:tc>
        <w:tc>
          <w:tcPr>
            <w:tcW w:w="1586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AF1F8"/>
            <w:vAlign w:val="center"/>
          </w:tcPr>
          <w:p w14:paraId="30E04BB1" w14:textId="77777777" w:rsidR="00590262" w:rsidRPr="0069359A" w:rsidRDefault="00000000">
            <w:pPr>
              <w:spacing w:after="0"/>
              <w:jc w:val="center"/>
              <w:rPr>
                <w:szCs w:val="18"/>
              </w:rPr>
            </w:pPr>
            <w:r w:rsidRPr="0069359A">
              <w:rPr>
                <w:b/>
                <w:color w:val="24405C"/>
                <w:szCs w:val="18"/>
              </w:rPr>
              <w:t>서명 / 인</w:t>
            </w:r>
          </w:p>
        </w:tc>
        <w:tc>
          <w:tcPr>
            <w:tcW w:w="612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7C49CD2" w14:textId="77777777" w:rsidR="00590262" w:rsidRDefault="00590262">
            <w:pPr>
              <w:spacing w:after="0"/>
            </w:pPr>
          </w:p>
        </w:tc>
      </w:tr>
    </w:tbl>
    <w:p w14:paraId="4E084187" w14:textId="77777777" w:rsidR="00366DB1" w:rsidRDefault="00366DB1"/>
    <w:sectPr w:rsidR="00366DB1" w:rsidSect="00034616">
      <w:pgSz w:w="16838" w:h="11906" w:orient="landscape"/>
      <w:pgMar w:top="567" w:right="737" w:bottom="51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1393504">
    <w:abstractNumId w:val="8"/>
  </w:num>
  <w:num w:numId="2" w16cid:durableId="189806102">
    <w:abstractNumId w:val="6"/>
  </w:num>
  <w:num w:numId="3" w16cid:durableId="706880808">
    <w:abstractNumId w:val="5"/>
  </w:num>
  <w:num w:numId="4" w16cid:durableId="576742849">
    <w:abstractNumId w:val="4"/>
  </w:num>
  <w:num w:numId="5" w16cid:durableId="499738228">
    <w:abstractNumId w:val="7"/>
  </w:num>
  <w:num w:numId="6" w16cid:durableId="1932542567">
    <w:abstractNumId w:val="3"/>
  </w:num>
  <w:num w:numId="7" w16cid:durableId="481428764">
    <w:abstractNumId w:val="2"/>
  </w:num>
  <w:num w:numId="8" w16cid:durableId="1219050699">
    <w:abstractNumId w:val="1"/>
  </w:num>
  <w:num w:numId="9" w16cid:durableId="139076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5901"/>
    <w:rsid w:val="00366DB1"/>
    <w:rsid w:val="00590262"/>
    <w:rsid w:val="005C36FA"/>
    <w:rsid w:val="0069359A"/>
    <w:rsid w:val="00746C23"/>
    <w:rsid w:val="007C032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848DF9"/>
  <w14:defaultImageDpi w14:val="300"/>
  <w15:docId w15:val="{43ECAF00-AC1D-4202-8A13-0799B519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거래처 관리대장</dc:title>
  <dc:subject/>
  <dc:creator/>
  <cp:keywords/>
  <dc:description>generated by python-docx</dc:description>
  <cp:lastModifiedBy>jihye hong</cp:lastModifiedBy>
  <cp:revision>4</cp:revision>
  <dcterms:created xsi:type="dcterms:W3CDTF">2013-12-23T23:15:00Z</dcterms:created>
  <dcterms:modified xsi:type="dcterms:W3CDTF">2026-09-04T00:47:00Z</dcterms:modified>
  <cp:category/>
</cp:coreProperties>
</file>