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0995" w14:textId="77777777" w:rsidR="00F41365" w:rsidRDefault="00000000" w:rsidP="00AC7097">
      <w:pPr>
        <w:spacing w:after="40" w:line="240" w:lineRule="auto"/>
        <w:jc w:val="center"/>
        <w:rPr>
          <w:lang w:eastAsia="ko-KR"/>
        </w:rPr>
      </w:pPr>
      <w:r>
        <w:rPr>
          <w:b/>
          <w:color w:val="111111"/>
          <w:sz w:val="44"/>
          <w:lang w:eastAsia="ko-KR"/>
        </w:rPr>
        <w:t xml:space="preserve">거 래 </w:t>
      </w:r>
      <w:proofErr w:type="gramStart"/>
      <w:r>
        <w:rPr>
          <w:b/>
          <w:color w:val="111111"/>
          <w:sz w:val="44"/>
          <w:lang w:eastAsia="ko-KR"/>
        </w:rPr>
        <w:t>처  관</w:t>
      </w:r>
      <w:proofErr w:type="gramEnd"/>
      <w:r>
        <w:rPr>
          <w:b/>
          <w:color w:val="111111"/>
          <w:sz w:val="44"/>
          <w:lang w:eastAsia="ko-KR"/>
        </w:rPr>
        <w:t xml:space="preserve"> 리 대 장</w:t>
      </w:r>
    </w:p>
    <w:p w14:paraId="4FF16C13" w14:textId="77777777" w:rsidR="00F41365" w:rsidRDefault="00000000" w:rsidP="00AC7097">
      <w:pPr>
        <w:spacing w:after="100" w:line="240" w:lineRule="auto"/>
        <w:jc w:val="center"/>
        <w:rPr>
          <w:lang w:eastAsia="ko-KR"/>
        </w:rPr>
      </w:pPr>
      <w:r>
        <w:rPr>
          <w:color w:val="666666"/>
          <w:sz w:val="17"/>
          <w:lang w:eastAsia="ko-KR"/>
        </w:rPr>
        <w:t>주요 거래처의 기본정보와 담당자, 거래·결제 조건을 한눈에 관리하는 업무용 서식입니다.</w:t>
      </w:r>
    </w:p>
    <w:tbl>
      <w:tblPr>
        <w:tblW w:w="15363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3598"/>
        <w:gridCol w:w="1646"/>
        <w:gridCol w:w="3513"/>
        <w:gridCol w:w="1590"/>
        <w:gridCol w:w="3456"/>
      </w:tblGrid>
      <w:tr w:rsidR="00F41365" w14:paraId="2C37D632" w14:textId="77777777" w:rsidTr="00962AC3">
        <w:trPr>
          <w:trHeight w:hRule="exact" w:val="453"/>
          <w:jc w:val="center"/>
        </w:trPr>
        <w:tc>
          <w:tcPr>
            <w:tcW w:w="156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7BCBF1A9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962AC3">
              <w:rPr>
                <w:b/>
                <w:color w:val="333333"/>
                <w:szCs w:val="18"/>
              </w:rPr>
              <w:t>관리기준일</w:t>
            </w:r>
            <w:proofErr w:type="spellEnd"/>
          </w:p>
        </w:tc>
        <w:tc>
          <w:tcPr>
            <w:tcW w:w="359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A02DBA6" w14:textId="31E49566" w:rsidR="00F41365" w:rsidRPr="00962AC3" w:rsidRDefault="00000000">
            <w:pPr>
              <w:spacing w:after="0"/>
              <w:rPr>
                <w:szCs w:val="18"/>
              </w:rPr>
            </w:pPr>
            <w:r w:rsidRPr="00962AC3">
              <w:rPr>
                <w:color w:val="333333"/>
                <w:szCs w:val="18"/>
              </w:rPr>
              <w:t xml:space="preserve">20    </w:t>
            </w:r>
            <w:r w:rsidR="00962AC3" w:rsidRPr="00962AC3">
              <w:rPr>
                <w:rFonts w:hint="eastAsia"/>
                <w:color w:val="333333"/>
                <w:szCs w:val="18"/>
                <w:lang w:eastAsia="ko-KR"/>
              </w:rPr>
              <w:t xml:space="preserve"> </w:t>
            </w:r>
            <w:r w:rsidRPr="00962AC3">
              <w:rPr>
                <w:color w:val="333333"/>
                <w:szCs w:val="18"/>
              </w:rPr>
              <w:t xml:space="preserve">  년     </w:t>
            </w:r>
            <w:r w:rsidR="00962AC3" w:rsidRPr="00962AC3">
              <w:rPr>
                <w:rFonts w:hint="eastAsia"/>
                <w:color w:val="333333"/>
                <w:szCs w:val="18"/>
                <w:lang w:eastAsia="ko-KR"/>
              </w:rPr>
              <w:t xml:space="preserve">  </w:t>
            </w:r>
            <w:r w:rsidRPr="00962AC3">
              <w:rPr>
                <w:color w:val="333333"/>
                <w:szCs w:val="18"/>
              </w:rPr>
              <w:t xml:space="preserve"> 월  </w:t>
            </w:r>
            <w:r w:rsidR="00962AC3" w:rsidRPr="00962AC3">
              <w:rPr>
                <w:rFonts w:hint="eastAsia"/>
                <w:color w:val="333333"/>
                <w:szCs w:val="18"/>
                <w:lang w:eastAsia="ko-KR"/>
              </w:rPr>
              <w:t xml:space="preserve">  </w:t>
            </w:r>
            <w:r w:rsidRPr="00962AC3">
              <w:rPr>
                <w:color w:val="333333"/>
                <w:szCs w:val="18"/>
              </w:rPr>
              <w:t xml:space="preserve">    일</w:t>
            </w:r>
          </w:p>
        </w:tc>
        <w:tc>
          <w:tcPr>
            <w:tcW w:w="164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3AB167DD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담당자</w:t>
            </w:r>
          </w:p>
        </w:tc>
        <w:tc>
          <w:tcPr>
            <w:tcW w:w="35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2EA6D17" w14:textId="77777777" w:rsidR="00F41365" w:rsidRDefault="00F41365">
            <w:pPr>
              <w:spacing w:after="0"/>
            </w:pPr>
          </w:p>
        </w:tc>
        <w:tc>
          <w:tcPr>
            <w:tcW w:w="159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3667E319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부서 / 사업장</w:t>
            </w:r>
          </w:p>
        </w:tc>
        <w:tc>
          <w:tcPr>
            <w:tcW w:w="345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A800475" w14:textId="77777777" w:rsidR="00F41365" w:rsidRDefault="00F41365">
            <w:pPr>
              <w:spacing w:after="0"/>
            </w:pPr>
          </w:p>
        </w:tc>
      </w:tr>
      <w:tr w:rsidR="00F41365" w14:paraId="6A2B6825" w14:textId="77777777" w:rsidTr="00962AC3">
        <w:trPr>
          <w:trHeight w:hRule="exact" w:val="453"/>
          <w:jc w:val="center"/>
        </w:trPr>
        <w:tc>
          <w:tcPr>
            <w:tcW w:w="156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7520FFE5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proofErr w:type="spellStart"/>
            <w:r w:rsidRPr="00962AC3">
              <w:rPr>
                <w:b/>
                <w:color w:val="333333"/>
                <w:szCs w:val="18"/>
              </w:rPr>
              <w:t>거래처</w:t>
            </w:r>
            <w:proofErr w:type="spellEnd"/>
            <w:r w:rsidRPr="00962AC3">
              <w:rPr>
                <w:b/>
                <w:color w:val="333333"/>
                <w:szCs w:val="18"/>
              </w:rPr>
              <w:t xml:space="preserve"> </w:t>
            </w:r>
            <w:proofErr w:type="spellStart"/>
            <w:r w:rsidRPr="00962AC3">
              <w:rPr>
                <w:b/>
                <w:color w:val="333333"/>
                <w:szCs w:val="18"/>
              </w:rPr>
              <w:t>구분</w:t>
            </w:r>
            <w:proofErr w:type="spellEnd"/>
          </w:p>
        </w:tc>
        <w:tc>
          <w:tcPr>
            <w:tcW w:w="359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E05FC31" w14:textId="77777777" w:rsidR="00F41365" w:rsidRPr="00962AC3" w:rsidRDefault="00000000">
            <w:pPr>
              <w:spacing w:after="0"/>
              <w:rPr>
                <w:szCs w:val="18"/>
                <w:lang w:eastAsia="ko-KR"/>
              </w:rPr>
            </w:pPr>
            <w:r w:rsidRPr="00962AC3">
              <w:rPr>
                <w:color w:val="333333"/>
                <w:szCs w:val="18"/>
                <w:lang w:eastAsia="ko-KR"/>
              </w:rPr>
              <w:t xml:space="preserve">□ </w:t>
            </w:r>
            <w:proofErr w:type="gramStart"/>
            <w:r w:rsidRPr="00962AC3">
              <w:rPr>
                <w:color w:val="333333"/>
                <w:szCs w:val="18"/>
                <w:lang w:eastAsia="ko-KR"/>
              </w:rPr>
              <w:t>매출처  □</w:t>
            </w:r>
            <w:proofErr w:type="gramEnd"/>
            <w:r w:rsidRPr="00962AC3">
              <w:rPr>
                <w:color w:val="333333"/>
                <w:szCs w:val="18"/>
                <w:lang w:eastAsia="ko-KR"/>
              </w:rPr>
              <w:t xml:space="preserve"> </w:t>
            </w:r>
            <w:proofErr w:type="gramStart"/>
            <w:r w:rsidRPr="00962AC3">
              <w:rPr>
                <w:color w:val="333333"/>
                <w:szCs w:val="18"/>
                <w:lang w:eastAsia="ko-KR"/>
              </w:rPr>
              <w:t>매입처  □</w:t>
            </w:r>
            <w:proofErr w:type="gramEnd"/>
            <w:r w:rsidRPr="00962AC3">
              <w:rPr>
                <w:color w:val="333333"/>
                <w:szCs w:val="18"/>
                <w:lang w:eastAsia="ko-KR"/>
              </w:rPr>
              <w:t xml:space="preserve"> 기타</w:t>
            </w:r>
          </w:p>
        </w:tc>
        <w:tc>
          <w:tcPr>
            <w:tcW w:w="164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16A88AFE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작성일</w:t>
            </w:r>
          </w:p>
        </w:tc>
        <w:tc>
          <w:tcPr>
            <w:tcW w:w="351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AE8E5AC" w14:textId="45FDF500" w:rsidR="00F41365" w:rsidRPr="00962AC3" w:rsidRDefault="00000000">
            <w:pPr>
              <w:spacing w:after="0"/>
              <w:rPr>
                <w:szCs w:val="18"/>
              </w:rPr>
            </w:pPr>
            <w:r w:rsidRPr="00962AC3">
              <w:rPr>
                <w:color w:val="333333"/>
                <w:szCs w:val="18"/>
              </w:rPr>
              <w:t xml:space="preserve">20  </w:t>
            </w:r>
            <w:r w:rsidR="00962AC3" w:rsidRPr="00962AC3">
              <w:rPr>
                <w:rFonts w:hint="eastAsia"/>
                <w:color w:val="333333"/>
                <w:szCs w:val="18"/>
                <w:lang w:eastAsia="ko-KR"/>
              </w:rPr>
              <w:t xml:space="preserve"> </w:t>
            </w:r>
            <w:r w:rsidRPr="00962AC3">
              <w:rPr>
                <w:color w:val="333333"/>
                <w:szCs w:val="18"/>
              </w:rPr>
              <w:t xml:space="preserve">  </w:t>
            </w:r>
            <w:r w:rsidR="00962AC3" w:rsidRPr="00962AC3">
              <w:rPr>
                <w:rFonts w:hint="eastAsia"/>
                <w:color w:val="333333"/>
                <w:szCs w:val="18"/>
                <w:lang w:eastAsia="ko-KR"/>
              </w:rPr>
              <w:t xml:space="preserve"> </w:t>
            </w:r>
            <w:r w:rsidRPr="00962AC3">
              <w:rPr>
                <w:color w:val="333333"/>
                <w:szCs w:val="18"/>
              </w:rPr>
              <w:t xml:space="preserve">  년   </w:t>
            </w:r>
            <w:r w:rsidR="00962AC3" w:rsidRPr="00962AC3">
              <w:rPr>
                <w:rFonts w:hint="eastAsia"/>
                <w:color w:val="333333"/>
                <w:szCs w:val="18"/>
                <w:lang w:eastAsia="ko-KR"/>
              </w:rPr>
              <w:t xml:space="preserve">  </w:t>
            </w:r>
            <w:r w:rsidRPr="00962AC3">
              <w:rPr>
                <w:color w:val="333333"/>
                <w:szCs w:val="18"/>
              </w:rPr>
              <w:t xml:space="preserve">   월 </w:t>
            </w:r>
            <w:r w:rsidR="00962AC3" w:rsidRPr="00962AC3">
              <w:rPr>
                <w:rFonts w:hint="eastAsia"/>
                <w:color w:val="333333"/>
                <w:szCs w:val="18"/>
                <w:lang w:eastAsia="ko-KR"/>
              </w:rPr>
              <w:t xml:space="preserve">  </w:t>
            </w:r>
            <w:r w:rsidRPr="00962AC3">
              <w:rPr>
                <w:color w:val="333333"/>
                <w:szCs w:val="18"/>
              </w:rPr>
              <w:t xml:space="preserve">     일</w:t>
            </w:r>
          </w:p>
        </w:tc>
        <w:tc>
          <w:tcPr>
            <w:tcW w:w="1590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33BFE88D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문서번호</w:t>
            </w:r>
          </w:p>
        </w:tc>
        <w:tc>
          <w:tcPr>
            <w:tcW w:w="345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44946BB" w14:textId="77777777" w:rsidR="00F41365" w:rsidRDefault="00F41365">
            <w:pPr>
              <w:spacing w:after="0"/>
            </w:pPr>
          </w:p>
        </w:tc>
      </w:tr>
    </w:tbl>
    <w:p w14:paraId="1E474915" w14:textId="77777777" w:rsidR="00F41365" w:rsidRDefault="00000000">
      <w:pPr>
        <w:spacing w:before="80" w:after="60"/>
      </w:pPr>
      <w:proofErr w:type="spellStart"/>
      <w:r>
        <w:rPr>
          <w:b/>
          <w:color w:val="222222"/>
          <w:sz w:val="19"/>
        </w:rPr>
        <w:t>거래처</w:t>
      </w:r>
      <w:proofErr w:type="spellEnd"/>
      <w:r>
        <w:rPr>
          <w:b/>
          <w:color w:val="222222"/>
          <w:sz w:val="19"/>
        </w:rPr>
        <w:t xml:space="preserve"> </w:t>
      </w:r>
      <w:proofErr w:type="spellStart"/>
      <w:r>
        <w:rPr>
          <w:b/>
          <w:color w:val="222222"/>
          <w:sz w:val="19"/>
        </w:rPr>
        <w:t>목록</w:t>
      </w:r>
      <w:proofErr w:type="spellEnd"/>
    </w:p>
    <w:tbl>
      <w:tblPr>
        <w:tblW w:w="15363" w:type="dxa"/>
        <w:jc w:val="center"/>
        <w:tblLayout w:type="fixed"/>
        <w:tblLook w:val="04A0" w:firstRow="1" w:lastRow="0" w:firstColumn="1" w:lastColumn="0" w:noHBand="0" w:noVBand="1"/>
      </w:tblPr>
      <w:tblGrid>
        <w:gridCol w:w="541"/>
        <w:gridCol w:w="1475"/>
        <w:gridCol w:w="1579"/>
        <w:gridCol w:w="1007"/>
        <w:gridCol w:w="1423"/>
        <w:gridCol w:w="1268"/>
        <w:gridCol w:w="1215"/>
        <w:gridCol w:w="1423"/>
        <w:gridCol w:w="1631"/>
        <w:gridCol w:w="1059"/>
        <w:gridCol w:w="1163"/>
        <w:gridCol w:w="1579"/>
      </w:tblGrid>
      <w:tr w:rsidR="00F41365" w14:paraId="7256F43C" w14:textId="77777777">
        <w:trPr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2FCB64D9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No.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28E8B7D8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거래처명</w:t>
            </w: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02E1993D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사업자등록번호</w:t>
            </w: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23C05C61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대표자</w:t>
            </w: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25A4B6F4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업태 / 종목</w:t>
            </w: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3B0B8496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담당자</w:t>
            </w: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43EA2F15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연락처</w:t>
            </w: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0A1D0223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이메일</w:t>
            </w: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15E7B376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주소</w:t>
            </w: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74DC78ED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거래조건</w:t>
            </w: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49180BBE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결제조건</w:t>
            </w: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E7E7E7"/>
            <w:vAlign w:val="center"/>
          </w:tcPr>
          <w:p w14:paraId="3A874460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222222"/>
                <w:szCs w:val="18"/>
              </w:rPr>
              <w:t>비고</w:t>
            </w:r>
          </w:p>
        </w:tc>
      </w:tr>
      <w:tr w:rsidR="00F41365" w14:paraId="5467E65B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CE48814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color w:val="555555"/>
                <w:szCs w:val="18"/>
              </w:rPr>
              <w:t>1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645187F" w14:textId="77777777" w:rsidR="00F41365" w:rsidRDefault="00F41365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3C98094" w14:textId="77777777" w:rsidR="00F41365" w:rsidRDefault="00F41365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4566956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213CB3A" w14:textId="77777777" w:rsidR="00F41365" w:rsidRDefault="00F41365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C6858BE" w14:textId="77777777" w:rsidR="00F41365" w:rsidRDefault="00F4136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A2167C9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E97601C" w14:textId="77777777" w:rsidR="00F41365" w:rsidRDefault="00F41365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04F0710" w14:textId="77777777" w:rsidR="00F41365" w:rsidRDefault="00F41365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2CEB213" w14:textId="77777777" w:rsidR="00F41365" w:rsidRDefault="00F4136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E9264C3" w14:textId="77777777" w:rsidR="00F41365" w:rsidRDefault="00F41365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13048DC" w14:textId="77777777" w:rsidR="00F41365" w:rsidRDefault="00F41365">
            <w:pPr>
              <w:spacing w:after="0"/>
            </w:pPr>
          </w:p>
        </w:tc>
      </w:tr>
      <w:tr w:rsidR="00F41365" w14:paraId="07AACCD3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0FD0102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color w:val="555555"/>
                <w:szCs w:val="18"/>
              </w:rPr>
              <w:t>2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51C7C4B" w14:textId="77777777" w:rsidR="00F41365" w:rsidRDefault="00F41365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0D94FE4" w14:textId="77777777" w:rsidR="00F41365" w:rsidRDefault="00F41365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BDAC768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32091A2" w14:textId="77777777" w:rsidR="00F41365" w:rsidRDefault="00F41365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37FDE2C" w14:textId="77777777" w:rsidR="00F41365" w:rsidRDefault="00F4136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B7B3486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09AB9F2" w14:textId="77777777" w:rsidR="00F41365" w:rsidRDefault="00F41365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ADC3469" w14:textId="77777777" w:rsidR="00F41365" w:rsidRDefault="00F41365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CD35C2A" w14:textId="77777777" w:rsidR="00F41365" w:rsidRDefault="00F4136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3837DB1" w14:textId="77777777" w:rsidR="00F41365" w:rsidRDefault="00F41365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679BF41" w14:textId="77777777" w:rsidR="00F41365" w:rsidRDefault="00F41365">
            <w:pPr>
              <w:spacing w:after="0"/>
            </w:pPr>
          </w:p>
        </w:tc>
      </w:tr>
      <w:tr w:rsidR="00F41365" w14:paraId="1062FEEC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E807493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color w:val="555555"/>
                <w:szCs w:val="18"/>
              </w:rPr>
              <w:t>3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104EE89" w14:textId="77777777" w:rsidR="00F41365" w:rsidRDefault="00F41365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53FF462" w14:textId="77777777" w:rsidR="00F41365" w:rsidRDefault="00F41365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18F1BAF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A25D85F" w14:textId="77777777" w:rsidR="00F41365" w:rsidRDefault="00F41365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8EA9F83" w14:textId="77777777" w:rsidR="00F41365" w:rsidRDefault="00F4136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BF626C0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D397C80" w14:textId="77777777" w:rsidR="00F41365" w:rsidRDefault="00F41365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16A11F2" w14:textId="77777777" w:rsidR="00F41365" w:rsidRDefault="00F41365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D3F236B" w14:textId="77777777" w:rsidR="00F41365" w:rsidRDefault="00F4136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A3E83AE" w14:textId="77777777" w:rsidR="00F41365" w:rsidRDefault="00F41365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B4E92CF" w14:textId="77777777" w:rsidR="00F41365" w:rsidRDefault="00F41365">
            <w:pPr>
              <w:spacing w:after="0"/>
            </w:pPr>
          </w:p>
        </w:tc>
      </w:tr>
      <w:tr w:rsidR="00F41365" w14:paraId="36984F82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0DA509E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color w:val="555555"/>
                <w:szCs w:val="18"/>
              </w:rPr>
              <w:t>4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2538FAC" w14:textId="77777777" w:rsidR="00F41365" w:rsidRDefault="00F41365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ABB7DE5" w14:textId="77777777" w:rsidR="00F41365" w:rsidRDefault="00F41365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5D98DCF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6223350" w14:textId="77777777" w:rsidR="00F41365" w:rsidRDefault="00F41365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9175A4E" w14:textId="77777777" w:rsidR="00F41365" w:rsidRDefault="00F4136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FF03ECB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EA5F77E" w14:textId="77777777" w:rsidR="00F41365" w:rsidRDefault="00F41365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0147F74" w14:textId="77777777" w:rsidR="00F41365" w:rsidRDefault="00F41365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D6A6785" w14:textId="77777777" w:rsidR="00F41365" w:rsidRDefault="00F4136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6124630" w14:textId="77777777" w:rsidR="00F41365" w:rsidRDefault="00F41365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61B765B" w14:textId="77777777" w:rsidR="00F41365" w:rsidRDefault="00F41365">
            <w:pPr>
              <w:spacing w:after="0"/>
            </w:pPr>
          </w:p>
        </w:tc>
      </w:tr>
      <w:tr w:rsidR="00F41365" w14:paraId="3E0079BB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C2F0EE3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color w:val="555555"/>
                <w:szCs w:val="18"/>
              </w:rPr>
              <w:t>5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45ADA15" w14:textId="77777777" w:rsidR="00F41365" w:rsidRDefault="00F41365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C6D1346" w14:textId="77777777" w:rsidR="00F41365" w:rsidRDefault="00F41365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F892E62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CC54A27" w14:textId="77777777" w:rsidR="00F41365" w:rsidRDefault="00F41365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7BAB161" w14:textId="77777777" w:rsidR="00F41365" w:rsidRDefault="00F4136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033AFC8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9EB4175" w14:textId="77777777" w:rsidR="00F41365" w:rsidRDefault="00F41365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13AE904" w14:textId="77777777" w:rsidR="00F41365" w:rsidRDefault="00F41365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C0A0B2F" w14:textId="77777777" w:rsidR="00F41365" w:rsidRDefault="00F4136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85BBD8C" w14:textId="77777777" w:rsidR="00F41365" w:rsidRDefault="00F41365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2839BE4" w14:textId="77777777" w:rsidR="00F41365" w:rsidRDefault="00F41365">
            <w:pPr>
              <w:spacing w:after="0"/>
            </w:pPr>
          </w:p>
        </w:tc>
      </w:tr>
      <w:tr w:rsidR="00F41365" w14:paraId="012BA8FE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34AD72C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color w:val="555555"/>
                <w:szCs w:val="18"/>
              </w:rPr>
              <w:t>6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92D7D76" w14:textId="77777777" w:rsidR="00F41365" w:rsidRDefault="00F41365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13306D6" w14:textId="77777777" w:rsidR="00F41365" w:rsidRDefault="00F41365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D9A19F4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BE29A27" w14:textId="77777777" w:rsidR="00F41365" w:rsidRDefault="00F41365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F40B551" w14:textId="77777777" w:rsidR="00F41365" w:rsidRDefault="00F4136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078B4AD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1B818EE" w14:textId="77777777" w:rsidR="00F41365" w:rsidRDefault="00F41365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EA13243" w14:textId="77777777" w:rsidR="00F41365" w:rsidRDefault="00F41365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911F8F9" w14:textId="77777777" w:rsidR="00F41365" w:rsidRDefault="00F4136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18950FB" w14:textId="77777777" w:rsidR="00F41365" w:rsidRDefault="00F41365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BF49602" w14:textId="77777777" w:rsidR="00F41365" w:rsidRDefault="00F41365">
            <w:pPr>
              <w:spacing w:after="0"/>
            </w:pPr>
          </w:p>
        </w:tc>
      </w:tr>
      <w:tr w:rsidR="00F41365" w14:paraId="24480D72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2FEB8B9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color w:val="555555"/>
                <w:szCs w:val="18"/>
              </w:rPr>
              <w:t>7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1013747" w14:textId="77777777" w:rsidR="00F41365" w:rsidRDefault="00F41365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6B241E5" w14:textId="77777777" w:rsidR="00F41365" w:rsidRDefault="00F41365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F96C801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6838D1D" w14:textId="77777777" w:rsidR="00F41365" w:rsidRDefault="00F41365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FC98351" w14:textId="77777777" w:rsidR="00F41365" w:rsidRDefault="00F4136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0BF7A57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CC53320" w14:textId="77777777" w:rsidR="00F41365" w:rsidRDefault="00F41365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4470C19" w14:textId="77777777" w:rsidR="00F41365" w:rsidRDefault="00F41365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4A7DAC5" w14:textId="77777777" w:rsidR="00F41365" w:rsidRDefault="00F4136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680A08A" w14:textId="77777777" w:rsidR="00F41365" w:rsidRDefault="00F41365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F9BBA54" w14:textId="77777777" w:rsidR="00F41365" w:rsidRDefault="00F41365">
            <w:pPr>
              <w:spacing w:after="0"/>
            </w:pPr>
          </w:p>
        </w:tc>
      </w:tr>
      <w:tr w:rsidR="00F41365" w14:paraId="117267D9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B389B96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color w:val="555555"/>
                <w:szCs w:val="18"/>
              </w:rPr>
              <w:t>8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5B5CD24" w14:textId="77777777" w:rsidR="00F41365" w:rsidRDefault="00F41365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A8BBD76" w14:textId="77777777" w:rsidR="00F41365" w:rsidRDefault="00F41365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DF03A7A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4000F4B" w14:textId="77777777" w:rsidR="00F41365" w:rsidRDefault="00F41365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1579A32" w14:textId="77777777" w:rsidR="00F41365" w:rsidRDefault="00F4136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8C343DC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60F24A4" w14:textId="77777777" w:rsidR="00F41365" w:rsidRDefault="00F41365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DFD799F" w14:textId="77777777" w:rsidR="00F41365" w:rsidRDefault="00F41365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02FC4FF" w14:textId="77777777" w:rsidR="00F41365" w:rsidRDefault="00F4136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3A52468" w14:textId="77777777" w:rsidR="00F41365" w:rsidRDefault="00F41365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1728559" w14:textId="77777777" w:rsidR="00F41365" w:rsidRDefault="00F41365">
            <w:pPr>
              <w:spacing w:after="0"/>
            </w:pPr>
          </w:p>
        </w:tc>
      </w:tr>
      <w:tr w:rsidR="00F41365" w14:paraId="3273AD26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D06B25E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color w:val="555555"/>
                <w:szCs w:val="18"/>
              </w:rPr>
              <w:t>9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4F5A561" w14:textId="77777777" w:rsidR="00F41365" w:rsidRDefault="00F41365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ED63D00" w14:textId="77777777" w:rsidR="00F41365" w:rsidRDefault="00F41365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BEEFCC6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A63EE40" w14:textId="77777777" w:rsidR="00F41365" w:rsidRDefault="00F41365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6B8018B" w14:textId="77777777" w:rsidR="00F41365" w:rsidRDefault="00F4136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C1FE160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E15FC56" w14:textId="77777777" w:rsidR="00F41365" w:rsidRDefault="00F41365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C7E4EA1" w14:textId="77777777" w:rsidR="00F41365" w:rsidRDefault="00F41365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49B32BB" w14:textId="77777777" w:rsidR="00F41365" w:rsidRDefault="00F4136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0F60B46" w14:textId="77777777" w:rsidR="00F41365" w:rsidRDefault="00F41365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A1B4003" w14:textId="77777777" w:rsidR="00F41365" w:rsidRDefault="00F41365">
            <w:pPr>
              <w:spacing w:after="0"/>
            </w:pPr>
          </w:p>
        </w:tc>
      </w:tr>
      <w:tr w:rsidR="00F41365" w14:paraId="1D2D1887" w14:textId="77777777">
        <w:trPr>
          <w:trHeight w:hRule="exact" w:val="453"/>
          <w:jc w:val="center"/>
        </w:trPr>
        <w:tc>
          <w:tcPr>
            <w:tcW w:w="56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AC66086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color w:val="555555"/>
                <w:szCs w:val="18"/>
              </w:rPr>
              <w:t>10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771C6BA" w14:textId="77777777" w:rsidR="00F41365" w:rsidRDefault="00F41365">
            <w:pPr>
              <w:spacing w:after="0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72E1A36F" w14:textId="77777777" w:rsidR="00F41365" w:rsidRDefault="00F41365">
            <w:pPr>
              <w:spacing w:after="0"/>
              <w:jc w:val="center"/>
            </w:pPr>
          </w:p>
        </w:tc>
        <w:tc>
          <w:tcPr>
            <w:tcW w:w="107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547DFAB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15C972F" w14:textId="77777777" w:rsidR="00F41365" w:rsidRDefault="00F41365">
            <w:pPr>
              <w:spacing w:after="0"/>
            </w:pPr>
          </w:p>
        </w:tc>
        <w:tc>
          <w:tcPr>
            <w:tcW w:w="136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1820CDC7" w14:textId="77777777" w:rsidR="00F41365" w:rsidRDefault="00F41365">
            <w:pPr>
              <w:spacing w:after="0"/>
              <w:jc w:val="center"/>
            </w:pPr>
          </w:p>
        </w:tc>
        <w:tc>
          <w:tcPr>
            <w:tcW w:w="130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D830DC1" w14:textId="77777777" w:rsidR="00F41365" w:rsidRDefault="00F41365">
            <w:pPr>
              <w:spacing w:after="0"/>
              <w:jc w:val="center"/>
            </w:pPr>
          </w:p>
        </w:tc>
        <w:tc>
          <w:tcPr>
            <w:tcW w:w="153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7B3835F" w14:textId="77777777" w:rsidR="00F41365" w:rsidRDefault="00F41365">
            <w:pPr>
              <w:spacing w:after="0"/>
            </w:pPr>
          </w:p>
        </w:tc>
        <w:tc>
          <w:tcPr>
            <w:tcW w:w="175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CC3C0AE" w14:textId="77777777" w:rsidR="00F41365" w:rsidRDefault="00F41365">
            <w:pPr>
              <w:spacing w:after="0"/>
            </w:pPr>
          </w:p>
        </w:tc>
        <w:tc>
          <w:tcPr>
            <w:tcW w:w="1134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CC3C601" w14:textId="77777777" w:rsidR="00F41365" w:rsidRDefault="00F41365">
            <w:pPr>
              <w:spacing w:after="0"/>
              <w:jc w:val="center"/>
            </w:pPr>
          </w:p>
        </w:tc>
        <w:tc>
          <w:tcPr>
            <w:tcW w:w="124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D8FD254" w14:textId="77777777" w:rsidR="00F41365" w:rsidRDefault="00F41365">
            <w:pPr>
              <w:spacing w:after="0"/>
              <w:jc w:val="center"/>
            </w:pPr>
          </w:p>
        </w:tc>
        <w:tc>
          <w:tcPr>
            <w:tcW w:w="170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184C2AC" w14:textId="77777777" w:rsidR="00F41365" w:rsidRDefault="00F41365">
            <w:pPr>
              <w:spacing w:after="0"/>
            </w:pPr>
          </w:p>
        </w:tc>
      </w:tr>
    </w:tbl>
    <w:p w14:paraId="6612B6ED" w14:textId="77777777" w:rsidR="00F41365" w:rsidRDefault="00000000">
      <w:pPr>
        <w:spacing w:before="80" w:after="60"/>
      </w:pPr>
      <w:r>
        <w:rPr>
          <w:b/>
          <w:color w:val="222222"/>
          <w:sz w:val="19"/>
        </w:rPr>
        <w:t>주요 거래정보</w:t>
      </w:r>
    </w:p>
    <w:tbl>
      <w:tblPr>
        <w:tblW w:w="15363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2268"/>
        <w:gridCol w:w="1587"/>
        <w:gridCol w:w="2268"/>
        <w:gridCol w:w="1587"/>
        <w:gridCol w:w="2268"/>
        <w:gridCol w:w="1587"/>
        <w:gridCol w:w="2211"/>
      </w:tblGrid>
      <w:tr w:rsidR="00F41365" w14:paraId="24444B89" w14:textId="77777777">
        <w:trPr>
          <w:trHeight w:hRule="exact" w:val="453"/>
          <w:jc w:val="center"/>
        </w:trPr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770091AA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주요 거래품목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BE1125A" w14:textId="77777777" w:rsidR="00F41365" w:rsidRDefault="00F41365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348A009B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기본 결제방식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D46022B" w14:textId="77777777" w:rsidR="00F41365" w:rsidRDefault="00F41365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71CDE683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정산주기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031126F4" w14:textId="77777777" w:rsidR="00F41365" w:rsidRDefault="00F41365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44101FC1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세금계산서</w:t>
            </w:r>
          </w:p>
        </w:tc>
        <w:tc>
          <w:tcPr>
            <w:tcW w:w="221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399F0309" w14:textId="77777777" w:rsidR="00F41365" w:rsidRPr="00962AC3" w:rsidRDefault="00000000">
            <w:pPr>
              <w:spacing w:after="0"/>
              <w:rPr>
                <w:szCs w:val="18"/>
              </w:rPr>
            </w:pPr>
            <w:r w:rsidRPr="00962AC3">
              <w:rPr>
                <w:color w:val="333333"/>
                <w:szCs w:val="18"/>
              </w:rPr>
              <w:t xml:space="preserve">□ </w:t>
            </w:r>
            <w:proofErr w:type="gramStart"/>
            <w:r w:rsidRPr="00962AC3">
              <w:rPr>
                <w:color w:val="333333"/>
                <w:szCs w:val="18"/>
              </w:rPr>
              <w:t>발행  □</w:t>
            </w:r>
            <w:proofErr w:type="gramEnd"/>
            <w:r w:rsidRPr="00962AC3">
              <w:rPr>
                <w:color w:val="333333"/>
                <w:szCs w:val="18"/>
              </w:rPr>
              <w:t xml:space="preserve"> 미발행</w:t>
            </w:r>
          </w:p>
        </w:tc>
      </w:tr>
      <w:tr w:rsidR="00F41365" w14:paraId="18FB5163" w14:textId="77777777">
        <w:trPr>
          <w:trHeight w:hRule="exact" w:val="453"/>
          <w:jc w:val="center"/>
        </w:trPr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6B128362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배송 / 납품조건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04744C8" w14:textId="77777777" w:rsidR="00F41365" w:rsidRDefault="00F41365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09268201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거래한도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5560F92" w14:textId="77777777" w:rsidR="00F41365" w:rsidRDefault="00F41365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71A01825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거래상태</w:t>
            </w:r>
          </w:p>
        </w:tc>
        <w:tc>
          <w:tcPr>
            <w:tcW w:w="2268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25CB47EB" w14:textId="77777777" w:rsidR="00F41365" w:rsidRPr="00962AC3" w:rsidRDefault="00000000">
            <w:pPr>
              <w:spacing w:after="0"/>
              <w:rPr>
                <w:szCs w:val="18"/>
              </w:rPr>
            </w:pPr>
            <w:r w:rsidRPr="00962AC3">
              <w:rPr>
                <w:color w:val="333333"/>
                <w:szCs w:val="18"/>
              </w:rPr>
              <w:t xml:space="preserve">□ </w:t>
            </w:r>
            <w:proofErr w:type="gramStart"/>
            <w:r w:rsidRPr="00962AC3">
              <w:rPr>
                <w:color w:val="333333"/>
                <w:szCs w:val="18"/>
              </w:rPr>
              <w:t>정상  □</w:t>
            </w:r>
            <w:proofErr w:type="gramEnd"/>
            <w:r w:rsidRPr="00962AC3">
              <w:rPr>
                <w:color w:val="333333"/>
                <w:szCs w:val="18"/>
              </w:rPr>
              <w:t xml:space="preserve"> 중지</w:t>
            </w: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0292BB3F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최근 거래일</w:t>
            </w:r>
          </w:p>
        </w:tc>
        <w:tc>
          <w:tcPr>
            <w:tcW w:w="2211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52260E31" w14:textId="77777777" w:rsidR="00F41365" w:rsidRDefault="00F41365">
            <w:pPr>
              <w:spacing w:after="0"/>
            </w:pPr>
          </w:p>
        </w:tc>
      </w:tr>
    </w:tbl>
    <w:p w14:paraId="7C6DF670" w14:textId="77777777" w:rsidR="00F41365" w:rsidRDefault="00000000">
      <w:pPr>
        <w:spacing w:before="80" w:after="60"/>
      </w:pPr>
      <w:r>
        <w:rPr>
          <w:b/>
          <w:color w:val="222222"/>
          <w:sz w:val="19"/>
        </w:rPr>
        <w:t>확인 및 관리사항</w:t>
      </w:r>
    </w:p>
    <w:tbl>
      <w:tblPr>
        <w:tblW w:w="15363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6066"/>
        <w:gridCol w:w="1587"/>
        <w:gridCol w:w="6123"/>
      </w:tblGrid>
      <w:tr w:rsidR="00F41365" w14:paraId="088AB807" w14:textId="77777777">
        <w:trPr>
          <w:trHeight w:hRule="exact" w:val="476"/>
          <w:jc w:val="center"/>
        </w:trPr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21941EBA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특이사항</w:t>
            </w:r>
          </w:p>
        </w:tc>
        <w:tc>
          <w:tcPr>
            <w:tcW w:w="606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4A6B78BF" w14:textId="77777777" w:rsidR="00F41365" w:rsidRDefault="00F41365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1804138D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확인자</w:t>
            </w:r>
          </w:p>
        </w:tc>
        <w:tc>
          <w:tcPr>
            <w:tcW w:w="612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F6ECBBB" w14:textId="77777777" w:rsidR="00F41365" w:rsidRDefault="00F41365">
            <w:pPr>
              <w:spacing w:after="0"/>
            </w:pPr>
          </w:p>
        </w:tc>
      </w:tr>
      <w:tr w:rsidR="00F41365" w14:paraId="117C6DC8" w14:textId="77777777">
        <w:trPr>
          <w:trHeight w:hRule="exact" w:val="476"/>
          <w:jc w:val="center"/>
        </w:trPr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4CC29805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거래 관리사항</w:t>
            </w:r>
          </w:p>
        </w:tc>
        <w:tc>
          <w:tcPr>
            <w:tcW w:w="6066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04EC97D" w14:textId="77777777" w:rsidR="00F41365" w:rsidRDefault="00F41365">
            <w:pPr>
              <w:spacing w:after="0"/>
            </w:pPr>
          </w:p>
        </w:tc>
        <w:tc>
          <w:tcPr>
            <w:tcW w:w="1587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shd w:val="clear" w:color="auto" w:fill="F2F2F2"/>
            <w:vAlign w:val="center"/>
          </w:tcPr>
          <w:p w14:paraId="499499CD" w14:textId="77777777" w:rsidR="00F41365" w:rsidRPr="00962AC3" w:rsidRDefault="00000000">
            <w:pPr>
              <w:spacing w:after="0"/>
              <w:jc w:val="center"/>
              <w:rPr>
                <w:szCs w:val="18"/>
              </w:rPr>
            </w:pPr>
            <w:r w:rsidRPr="00962AC3">
              <w:rPr>
                <w:b/>
                <w:color w:val="333333"/>
                <w:szCs w:val="18"/>
              </w:rPr>
              <w:t>서명 / 인</w:t>
            </w:r>
          </w:p>
        </w:tc>
        <w:tc>
          <w:tcPr>
            <w:tcW w:w="6123" w:type="dxa"/>
            <w:tcBorders>
              <w:top w:val="single" w:sz="5" w:space="0" w:color="B8C0C8"/>
              <w:left w:val="single" w:sz="5" w:space="0" w:color="B8C0C8"/>
              <w:bottom w:val="single" w:sz="5" w:space="0" w:color="B8C0C8"/>
              <w:right w:val="single" w:sz="5" w:space="0" w:color="B8C0C8"/>
            </w:tcBorders>
            <w:vAlign w:val="center"/>
          </w:tcPr>
          <w:p w14:paraId="64DD1BB2" w14:textId="77777777" w:rsidR="00F41365" w:rsidRDefault="00F41365">
            <w:pPr>
              <w:spacing w:after="0"/>
            </w:pPr>
          </w:p>
        </w:tc>
      </w:tr>
    </w:tbl>
    <w:p w14:paraId="6D8C5DA2" w14:textId="77777777" w:rsidR="00A4395B" w:rsidRDefault="00A4395B"/>
    <w:sectPr w:rsidR="00A4395B" w:rsidSect="00034616">
      <w:pgSz w:w="16838" w:h="11906" w:orient="landscape"/>
      <w:pgMar w:top="567" w:right="737" w:bottom="510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942284">
    <w:abstractNumId w:val="8"/>
  </w:num>
  <w:num w:numId="2" w16cid:durableId="635066058">
    <w:abstractNumId w:val="6"/>
  </w:num>
  <w:num w:numId="3" w16cid:durableId="1589583572">
    <w:abstractNumId w:val="5"/>
  </w:num>
  <w:num w:numId="4" w16cid:durableId="1376080147">
    <w:abstractNumId w:val="4"/>
  </w:num>
  <w:num w:numId="5" w16cid:durableId="1917008646">
    <w:abstractNumId w:val="7"/>
  </w:num>
  <w:num w:numId="6" w16cid:durableId="2027948742">
    <w:abstractNumId w:val="3"/>
  </w:num>
  <w:num w:numId="7" w16cid:durableId="1689869330">
    <w:abstractNumId w:val="2"/>
  </w:num>
  <w:num w:numId="8" w16cid:durableId="1040322622">
    <w:abstractNumId w:val="1"/>
  </w:num>
  <w:num w:numId="9" w16cid:durableId="859005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5901"/>
    <w:rsid w:val="007C0322"/>
    <w:rsid w:val="00962AC3"/>
    <w:rsid w:val="00A4395B"/>
    <w:rsid w:val="00AA1D8D"/>
    <w:rsid w:val="00AC7097"/>
    <w:rsid w:val="00B47730"/>
    <w:rsid w:val="00CB0664"/>
    <w:rsid w:val="00F4136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A2F103"/>
  <w14:defaultImageDpi w14:val="300"/>
  <w15:docId w15:val="{43ECAF00-AC1D-4202-8A13-0799B519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거래처 관리대장</dc:title>
  <dc:subject/>
  <dc:creator/>
  <cp:keywords/>
  <dc:description>generated by python-docx</dc:description>
  <cp:lastModifiedBy>jihye hong</cp:lastModifiedBy>
  <cp:revision>3</cp:revision>
  <dcterms:created xsi:type="dcterms:W3CDTF">2013-12-23T23:15:00Z</dcterms:created>
  <dcterms:modified xsi:type="dcterms:W3CDTF">2026-09-04T00:46:00Z</dcterms:modified>
  <cp:category/>
</cp:coreProperties>
</file>