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64" w:type="dxa"/>
        <w:jc w:val="center"/>
        <w:tblLayout w:type="fixed"/>
        <w:tblLook w:val="04A0" w:firstRow="1" w:lastRow="0" w:firstColumn="1" w:lastColumn="0" w:noHBand="0" w:noVBand="1"/>
      </w:tblPr>
      <w:tblGrid>
        <w:gridCol w:w="5232"/>
        <w:gridCol w:w="5232"/>
      </w:tblGrid>
      <w:tr w:rsidR="00CA7147" w14:paraId="2D27C0AC" w14:textId="77777777" w:rsidTr="00752BDC">
        <w:trPr>
          <w:trHeight w:hRule="exact" w:val="773"/>
          <w:jc w:val="center"/>
        </w:trPr>
        <w:tc>
          <w:tcPr>
            <w:tcW w:w="5232" w:type="dxa"/>
            <w:vAlign w:val="center"/>
          </w:tcPr>
          <w:p w14:paraId="25684265" w14:textId="77777777" w:rsidR="00CA7147" w:rsidRDefault="00000000">
            <w:pPr>
              <w:spacing w:after="0"/>
            </w:pPr>
            <w:r>
              <w:rPr>
                <w:rFonts w:ascii="Arial" w:eastAsia="Arial" w:hAnsi="Arial"/>
                <w:b/>
                <w:color w:val="2D6FC7"/>
                <w:sz w:val="19"/>
              </w:rPr>
              <w:t>SIMPLE RECEIPT</w:t>
            </w:r>
          </w:p>
        </w:tc>
        <w:tc>
          <w:tcPr>
            <w:tcW w:w="5232" w:type="dxa"/>
            <w:vAlign w:val="center"/>
          </w:tcPr>
          <w:p w14:paraId="2BC7DAF5" w14:textId="77777777" w:rsidR="00CA7147" w:rsidRDefault="00000000">
            <w:pPr>
              <w:spacing w:after="0"/>
              <w:jc w:val="right"/>
            </w:pPr>
            <w:r>
              <w:rPr>
                <w:b/>
                <w:color w:val="1D2733"/>
                <w:sz w:val="37"/>
              </w:rPr>
              <w:t>간 이 영 수 증</w:t>
            </w:r>
          </w:p>
        </w:tc>
      </w:tr>
    </w:tbl>
    <w:p w14:paraId="69174DE4" w14:textId="77777777" w:rsidR="00CA7147" w:rsidRDefault="00000000">
      <w:pPr>
        <w:spacing w:after="20"/>
        <w:jc w:val="right"/>
      </w:pPr>
      <w:r>
        <w:rPr>
          <w:color w:val="666666"/>
          <w:sz w:val="15"/>
        </w:rPr>
        <w:t>No. ______________    작성일  20      년      월      일</w:t>
      </w:r>
    </w:p>
    <w:tbl>
      <w:tblPr>
        <w:tblW w:w="10401" w:type="dxa"/>
        <w:jc w:val="center"/>
        <w:tblLayout w:type="fixed"/>
        <w:tblLook w:val="04A0" w:firstRow="1" w:lastRow="0" w:firstColumn="1" w:lastColumn="0" w:noHBand="0" w:noVBand="1"/>
      </w:tblPr>
      <w:tblGrid>
        <w:gridCol w:w="3266"/>
        <w:gridCol w:w="1015"/>
        <w:gridCol w:w="1783"/>
        <w:gridCol w:w="1417"/>
        <w:gridCol w:w="142"/>
        <w:gridCol w:w="205"/>
        <w:gridCol w:w="2573"/>
      </w:tblGrid>
      <w:tr w:rsidR="00CA7147" w14:paraId="4BE2CADC" w14:textId="77777777" w:rsidTr="00717730">
        <w:trPr>
          <w:trHeight w:hRule="exact" w:val="446"/>
          <w:jc w:val="center"/>
        </w:trPr>
        <w:tc>
          <w:tcPr>
            <w:tcW w:w="3266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AF1F8"/>
            <w:vAlign w:val="center"/>
          </w:tcPr>
          <w:p w14:paraId="3E1401A4" w14:textId="77777777" w:rsidR="00CA7147" w:rsidRPr="00717730" w:rsidRDefault="00000000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717730">
              <w:rPr>
                <w:b/>
                <w:color w:val="24405C"/>
                <w:sz w:val="18"/>
                <w:szCs w:val="18"/>
              </w:rPr>
              <w:t>공급자</w:t>
            </w:r>
            <w:proofErr w:type="spellEnd"/>
          </w:p>
        </w:tc>
        <w:tc>
          <w:tcPr>
            <w:tcW w:w="2798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208FB3F1" w14:textId="77777777" w:rsidR="00CA7147" w:rsidRDefault="00000000">
            <w:pPr>
              <w:spacing w:after="0"/>
            </w:pPr>
            <w:r>
              <w:rPr>
                <w:color w:val="222222"/>
              </w:rPr>
              <w:t>상호 / 성명</w:t>
            </w:r>
          </w:p>
        </w:tc>
        <w:tc>
          <w:tcPr>
            <w:tcW w:w="1559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AF1F8"/>
            <w:vAlign w:val="center"/>
          </w:tcPr>
          <w:p w14:paraId="43F6E357" w14:textId="77777777" w:rsidR="00CA7147" w:rsidRPr="0071773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717730">
              <w:rPr>
                <w:b/>
                <w:color w:val="24405C"/>
                <w:sz w:val="18"/>
                <w:szCs w:val="18"/>
              </w:rPr>
              <w:t>사업자등록번호</w:t>
            </w:r>
          </w:p>
        </w:tc>
        <w:tc>
          <w:tcPr>
            <w:tcW w:w="2778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717C62AF" w14:textId="77777777" w:rsidR="00CA7147" w:rsidRDefault="00CA7147">
            <w:pPr>
              <w:spacing w:after="0"/>
            </w:pPr>
          </w:p>
        </w:tc>
      </w:tr>
      <w:tr w:rsidR="00CA7147" w14:paraId="02992560" w14:textId="77777777" w:rsidTr="00717730">
        <w:trPr>
          <w:trHeight w:hRule="exact" w:val="446"/>
          <w:jc w:val="center"/>
        </w:trPr>
        <w:tc>
          <w:tcPr>
            <w:tcW w:w="3266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AF1F8"/>
            <w:vAlign w:val="center"/>
          </w:tcPr>
          <w:p w14:paraId="568D3A5B" w14:textId="77777777" w:rsidR="00CA7147" w:rsidRPr="0071773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717730">
              <w:rPr>
                <w:b/>
                <w:color w:val="24405C"/>
                <w:sz w:val="18"/>
                <w:szCs w:val="18"/>
              </w:rPr>
              <w:t>사업장 소재지</w:t>
            </w:r>
          </w:p>
        </w:tc>
        <w:tc>
          <w:tcPr>
            <w:tcW w:w="2798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03048623" w14:textId="77777777" w:rsidR="00CA7147" w:rsidRDefault="00CA7147">
            <w:pPr>
              <w:spacing w:after="0"/>
            </w:pPr>
          </w:p>
        </w:tc>
        <w:tc>
          <w:tcPr>
            <w:tcW w:w="1559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AF1F8"/>
            <w:vAlign w:val="center"/>
          </w:tcPr>
          <w:p w14:paraId="5F9A8E5B" w14:textId="77777777" w:rsidR="00CA7147" w:rsidRPr="0071773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717730">
              <w:rPr>
                <w:b/>
                <w:color w:val="24405C"/>
                <w:sz w:val="18"/>
                <w:szCs w:val="18"/>
              </w:rPr>
              <w:t>업태</w:t>
            </w:r>
          </w:p>
        </w:tc>
        <w:tc>
          <w:tcPr>
            <w:tcW w:w="2778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47542841" w14:textId="77777777" w:rsidR="00CA7147" w:rsidRDefault="00CA7147">
            <w:pPr>
              <w:spacing w:after="0"/>
            </w:pPr>
          </w:p>
        </w:tc>
      </w:tr>
      <w:tr w:rsidR="00CA7147" w14:paraId="230EE571" w14:textId="77777777" w:rsidTr="00717730">
        <w:trPr>
          <w:trHeight w:hRule="exact" w:val="446"/>
          <w:jc w:val="center"/>
        </w:trPr>
        <w:tc>
          <w:tcPr>
            <w:tcW w:w="3266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AF1F8"/>
            <w:vAlign w:val="center"/>
          </w:tcPr>
          <w:p w14:paraId="483B8C98" w14:textId="77777777" w:rsidR="00CA7147" w:rsidRPr="0071773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717730">
              <w:rPr>
                <w:b/>
                <w:color w:val="24405C"/>
                <w:sz w:val="18"/>
                <w:szCs w:val="18"/>
              </w:rPr>
              <w:t>대표자</w:t>
            </w:r>
          </w:p>
        </w:tc>
        <w:tc>
          <w:tcPr>
            <w:tcW w:w="2798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2F8D9051" w14:textId="77777777" w:rsidR="00CA7147" w:rsidRDefault="00CA7147">
            <w:pPr>
              <w:spacing w:after="0"/>
            </w:pPr>
          </w:p>
        </w:tc>
        <w:tc>
          <w:tcPr>
            <w:tcW w:w="1559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AF1F8"/>
            <w:vAlign w:val="center"/>
          </w:tcPr>
          <w:p w14:paraId="64E64FE3" w14:textId="77777777" w:rsidR="00CA7147" w:rsidRPr="0071773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717730">
              <w:rPr>
                <w:b/>
                <w:color w:val="24405C"/>
                <w:sz w:val="18"/>
                <w:szCs w:val="18"/>
              </w:rPr>
              <w:t>종목</w:t>
            </w:r>
          </w:p>
        </w:tc>
        <w:tc>
          <w:tcPr>
            <w:tcW w:w="2778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729396D9" w14:textId="77777777" w:rsidR="00CA7147" w:rsidRDefault="00CA7147">
            <w:pPr>
              <w:spacing w:after="0"/>
            </w:pPr>
          </w:p>
        </w:tc>
      </w:tr>
      <w:tr w:rsidR="00CA7147" w14:paraId="7BD1244A" w14:textId="77777777" w:rsidTr="00717730">
        <w:trPr>
          <w:trHeight w:hRule="exact" w:val="466"/>
          <w:jc w:val="center"/>
        </w:trPr>
        <w:tc>
          <w:tcPr>
            <w:tcW w:w="3266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AF1F8"/>
            <w:vAlign w:val="center"/>
          </w:tcPr>
          <w:p w14:paraId="0D84D507" w14:textId="77777777" w:rsidR="00CA7147" w:rsidRPr="0071773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717730">
              <w:rPr>
                <w:b/>
                <w:color w:val="24405C"/>
                <w:sz w:val="18"/>
                <w:szCs w:val="18"/>
              </w:rPr>
              <w:t>공급받는 자</w:t>
            </w:r>
          </w:p>
        </w:tc>
        <w:tc>
          <w:tcPr>
            <w:tcW w:w="2798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3BED3121" w14:textId="77777777" w:rsidR="00CA7147" w:rsidRDefault="00CA7147">
            <w:pPr>
              <w:spacing w:after="0"/>
            </w:pPr>
          </w:p>
        </w:tc>
        <w:tc>
          <w:tcPr>
            <w:tcW w:w="1559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AF1F8"/>
            <w:vAlign w:val="center"/>
          </w:tcPr>
          <w:p w14:paraId="158292B0" w14:textId="77777777" w:rsidR="00CA7147" w:rsidRPr="0071773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717730">
              <w:rPr>
                <w:b/>
                <w:color w:val="24405C"/>
                <w:sz w:val="18"/>
                <w:szCs w:val="18"/>
              </w:rPr>
              <w:t>연락처</w:t>
            </w:r>
          </w:p>
        </w:tc>
        <w:tc>
          <w:tcPr>
            <w:tcW w:w="2778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4D42194B" w14:textId="77777777" w:rsidR="00CA7147" w:rsidRDefault="00CA7147">
            <w:pPr>
              <w:spacing w:after="0"/>
            </w:pPr>
          </w:p>
        </w:tc>
      </w:tr>
      <w:tr w:rsidR="00CA7147" w14:paraId="44636B02" w14:textId="77777777" w:rsidTr="00717730">
        <w:trPr>
          <w:trHeight w:hRule="exact" w:val="466"/>
          <w:jc w:val="center"/>
        </w:trPr>
        <w:tc>
          <w:tcPr>
            <w:tcW w:w="3266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AF1F8"/>
            <w:vAlign w:val="center"/>
          </w:tcPr>
          <w:p w14:paraId="216A271E" w14:textId="77777777" w:rsidR="00CA7147" w:rsidRPr="0071773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717730">
              <w:rPr>
                <w:b/>
                <w:color w:val="24405C"/>
                <w:sz w:val="18"/>
                <w:szCs w:val="18"/>
              </w:rPr>
              <w:t>영수금액</w:t>
            </w:r>
          </w:p>
        </w:tc>
        <w:tc>
          <w:tcPr>
            <w:tcW w:w="2798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006B63AC" w14:textId="77777777" w:rsidR="00CA7147" w:rsidRDefault="00000000">
            <w:pPr>
              <w:spacing w:after="0"/>
            </w:pPr>
            <w:r>
              <w:rPr>
                <w:b/>
                <w:color w:val="222222"/>
                <w:sz w:val="17"/>
              </w:rPr>
              <w:t>₩</w:t>
            </w:r>
          </w:p>
        </w:tc>
        <w:tc>
          <w:tcPr>
            <w:tcW w:w="1559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AF1F8"/>
            <w:vAlign w:val="center"/>
          </w:tcPr>
          <w:p w14:paraId="32DB72AF" w14:textId="77777777" w:rsidR="00CA7147" w:rsidRPr="0071773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717730">
              <w:rPr>
                <w:b/>
                <w:color w:val="24405C"/>
                <w:sz w:val="18"/>
                <w:szCs w:val="18"/>
              </w:rPr>
              <w:t>지급방법</w:t>
            </w:r>
          </w:p>
        </w:tc>
        <w:tc>
          <w:tcPr>
            <w:tcW w:w="2778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27CB7C11" w14:textId="77777777" w:rsidR="00CA7147" w:rsidRPr="00717730" w:rsidRDefault="00000000">
            <w:pPr>
              <w:spacing w:after="0"/>
              <w:rPr>
                <w:szCs w:val="16"/>
                <w:lang w:eastAsia="ko-KR"/>
              </w:rPr>
            </w:pPr>
            <w:r w:rsidRPr="00717730">
              <w:rPr>
                <w:color w:val="222222"/>
                <w:szCs w:val="16"/>
                <w:lang w:eastAsia="ko-KR"/>
              </w:rPr>
              <w:t xml:space="preserve">□ </w:t>
            </w:r>
            <w:proofErr w:type="gramStart"/>
            <w:r w:rsidRPr="00717730">
              <w:rPr>
                <w:color w:val="222222"/>
                <w:szCs w:val="16"/>
                <w:lang w:eastAsia="ko-KR"/>
              </w:rPr>
              <w:t>현금  □</w:t>
            </w:r>
            <w:proofErr w:type="gramEnd"/>
            <w:r w:rsidRPr="00717730">
              <w:rPr>
                <w:color w:val="222222"/>
                <w:szCs w:val="16"/>
                <w:lang w:eastAsia="ko-KR"/>
              </w:rPr>
              <w:t xml:space="preserve"> </w:t>
            </w:r>
            <w:proofErr w:type="gramStart"/>
            <w:r w:rsidRPr="00717730">
              <w:rPr>
                <w:color w:val="222222"/>
                <w:szCs w:val="16"/>
                <w:lang w:eastAsia="ko-KR"/>
              </w:rPr>
              <w:t>이체  □</w:t>
            </w:r>
            <w:proofErr w:type="gramEnd"/>
            <w:r w:rsidRPr="00717730">
              <w:rPr>
                <w:color w:val="222222"/>
                <w:szCs w:val="16"/>
                <w:lang w:eastAsia="ko-KR"/>
              </w:rPr>
              <w:t xml:space="preserve"> </w:t>
            </w:r>
            <w:proofErr w:type="gramStart"/>
            <w:r w:rsidRPr="00717730">
              <w:rPr>
                <w:color w:val="222222"/>
                <w:szCs w:val="16"/>
                <w:lang w:eastAsia="ko-KR"/>
              </w:rPr>
              <w:t>카드  □</w:t>
            </w:r>
            <w:proofErr w:type="gramEnd"/>
            <w:r w:rsidRPr="00717730">
              <w:rPr>
                <w:color w:val="222222"/>
                <w:szCs w:val="16"/>
                <w:lang w:eastAsia="ko-KR"/>
              </w:rPr>
              <w:t xml:space="preserve"> 기타</w:t>
            </w:r>
          </w:p>
        </w:tc>
      </w:tr>
      <w:tr w:rsidR="00CA7147" w14:paraId="217CA7E2" w14:textId="77777777" w:rsidTr="00717730">
        <w:trPr>
          <w:trHeight w:hRule="exact" w:val="426"/>
          <w:jc w:val="center"/>
        </w:trPr>
        <w:tc>
          <w:tcPr>
            <w:tcW w:w="3266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315F8C"/>
            <w:vAlign w:val="center"/>
          </w:tcPr>
          <w:p w14:paraId="350D1138" w14:textId="77777777" w:rsidR="00CA7147" w:rsidRPr="00717730" w:rsidRDefault="00000000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717730">
              <w:rPr>
                <w:b/>
                <w:color w:val="FFFFFF"/>
                <w:sz w:val="18"/>
                <w:szCs w:val="18"/>
              </w:rPr>
              <w:t>품목</w:t>
            </w:r>
            <w:proofErr w:type="spellEnd"/>
            <w:r w:rsidRPr="00717730">
              <w:rPr>
                <w:b/>
                <w:color w:val="FFFFFF"/>
                <w:sz w:val="18"/>
                <w:szCs w:val="18"/>
              </w:rPr>
              <w:t xml:space="preserve"> / </w:t>
            </w:r>
            <w:proofErr w:type="spellStart"/>
            <w:r w:rsidRPr="00717730">
              <w:rPr>
                <w:b/>
                <w:color w:val="FFFFFF"/>
                <w:sz w:val="18"/>
                <w:szCs w:val="18"/>
              </w:rPr>
              <w:t>내용</w:t>
            </w:r>
            <w:proofErr w:type="spellEnd"/>
          </w:p>
        </w:tc>
        <w:tc>
          <w:tcPr>
            <w:tcW w:w="1015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315F8C"/>
            <w:vAlign w:val="center"/>
          </w:tcPr>
          <w:p w14:paraId="515A5946" w14:textId="77777777" w:rsidR="00CA7147" w:rsidRPr="0071773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717730">
              <w:rPr>
                <w:b/>
                <w:color w:val="FFFFFF"/>
                <w:sz w:val="18"/>
                <w:szCs w:val="18"/>
              </w:rPr>
              <w:t>수량</w:t>
            </w:r>
          </w:p>
        </w:tc>
        <w:tc>
          <w:tcPr>
            <w:tcW w:w="1783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315F8C"/>
            <w:vAlign w:val="center"/>
          </w:tcPr>
          <w:p w14:paraId="121FBAA8" w14:textId="77777777" w:rsidR="00CA7147" w:rsidRPr="0071773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717730">
              <w:rPr>
                <w:b/>
                <w:color w:val="FFFFFF"/>
                <w:sz w:val="18"/>
                <w:szCs w:val="18"/>
              </w:rPr>
              <w:t>단가</w:t>
            </w:r>
          </w:p>
        </w:tc>
        <w:tc>
          <w:tcPr>
            <w:tcW w:w="1764" w:type="dxa"/>
            <w:gridSpan w:val="3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315F8C"/>
            <w:vAlign w:val="center"/>
          </w:tcPr>
          <w:p w14:paraId="66488BE8" w14:textId="77777777" w:rsidR="00CA7147" w:rsidRPr="0071773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717730">
              <w:rPr>
                <w:b/>
                <w:color w:val="FFFFFF"/>
                <w:sz w:val="18"/>
                <w:szCs w:val="18"/>
              </w:rPr>
              <w:t>금액</w:t>
            </w:r>
          </w:p>
        </w:tc>
        <w:tc>
          <w:tcPr>
            <w:tcW w:w="2573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315F8C"/>
            <w:vAlign w:val="center"/>
          </w:tcPr>
          <w:p w14:paraId="082C2B10" w14:textId="77777777" w:rsidR="00CA7147" w:rsidRPr="0071773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717730">
              <w:rPr>
                <w:b/>
                <w:color w:val="FFFFFF"/>
                <w:sz w:val="18"/>
                <w:szCs w:val="18"/>
              </w:rPr>
              <w:t>비고</w:t>
            </w:r>
          </w:p>
        </w:tc>
      </w:tr>
      <w:tr w:rsidR="00CA7147" w14:paraId="326EC5A6" w14:textId="77777777" w:rsidTr="00717730">
        <w:trPr>
          <w:trHeight w:hRule="exact" w:val="426"/>
          <w:jc w:val="center"/>
        </w:trPr>
        <w:tc>
          <w:tcPr>
            <w:tcW w:w="3266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46413CE1" w14:textId="77777777" w:rsidR="00CA7147" w:rsidRDefault="00CA7147">
            <w:pPr>
              <w:spacing w:after="0"/>
            </w:pPr>
          </w:p>
        </w:tc>
        <w:tc>
          <w:tcPr>
            <w:tcW w:w="1015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4FC94AEB" w14:textId="77777777" w:rsidR="00CA7147" w:rsidRDefault="00CA7147">
            <w:pPr>
              <w:spacing w:after="0"/>
            </w:pPr>
          </w:p>
        </w:tc>
        <w:tc>
          <w:tcPr>
            <w:tcW w:w="1783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784C08A3" w14:textId="77777777" w:rsidR="00CA7147" w:rsidRDefault="00CA7147">
            <w:pPr>
              <w:spacing w:after="0"/>
            </w:pPr>
          </w:p>
        </w:tc>
        <w:tc>
          <w:tcPr>
            <w:tcW w:w="1764" w:type="dxa"/>
            <w:gridSpan w:val="3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17F44B4E" w14:textId="77777777" w:rsidR="00CA7147" w:rsidRDefault="00CA7147">
            <w:pPr>
              <w:spacing w:after="0"/>
            </w:pPr>
          </w:p>
        </w:tc>
        <w:tc>
          <w:tcPr>
            <w:tcW w:w="2573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11F9AD01" w14:textId="77777777" w:rsidR="00CA7147" w:rsidRDefault="00CA7147">
            <w:pPr>
              <w:spacing w:after="0"/>
            </w:pPr>
          </w:p>
        </w:tc>
      </w:tr>
      <w:tr w:rsidR="00CA7147" w14:paraId="74FC9602" w14:textId="77777777" w:rsidTr="00717730">
        <w:trPr>
          <w:trHeight w:hRule="exact" w:val="426"/>
          <w:jc w:val="center"/>
        </w:trPr>
        <w:tc>
          <w:tcPr>
            <w:tcW w:w="3266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5EA13351" w14:textId="77777777" w:rsidR="00CA7147" w:rsidRDefault="00CA7147">
            <w:pPr>
              <w:spacing w:after="0"/>
            </w:pPr>
          </w:p>
        </w:tc>
        <w:tc>
          <w:tcPr>
            <w:tcW w:w="1015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693A853D" w14:textId="77777777" w:rsidR="00CA7147" w:rsidRDefault="00CA7147">
            <w:pPr>
              <w:spacing w:after="0"/>
            </w:pPr>
          </w:p>
        </w:tc>
        <w:tc>
          <w:tcPr>
            <w:tcW w:w="1783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051654B3" w14:textId="77777777" w:rsidR="00CA7147" w:rsidRDefault="00CA7147">
            <w:pPr>
              <w:spacing w:after="0"/>
            </w:pPr>
          </w:p>
        </w:tc>
        <w:tc>
          <w:tcPr>
            <w:tcW w:w="1764" w:type="dxa"/>
            <w:gridSpan w:val="3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44BBFAD8" w14:textId="77777777" w:rsidR="00CA7147" w:rsidRDefault="00CA7147">
            <w:pPr>
              <w:spacing w:after="0"/>
            </w:pPr>
          </w:p>
        </w:tc>
        <w:tc>
          <w:tcPr>
            <w:tcW w:w="2573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7A930390" w14:textId="77777777" w:rsidR="00CA7147" w:rsidRDefault="00CA7147">
            <w:pPr>
              <w:spacing w:after="0"/>
            </w:pPr>
          </w:p>
        </w:tc>
      </w:tr>
      <w:tr w:rsidR="00CA7147" w14:paraId="39CC732D" w14:textId="77777777" w:rsidTr="00717730">
        <w:trPr>
          <w:trHeight w:hRule="exact" w:val="426"/>
          <w:jc w:val="center"/>
        </w:trPr>
        <w:tc>
          <w:tcPr>
            <w:tcW w:w="3266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1913BDBF" w14:textId="77777777" w:rsidR="00CA7147" w:rsidRDefault="00CA7147">
            <w:pPr>
              <w:spacing w:after="0"/>
            </w:pPr>
          </w:p>
        </w:tc>
        <w:tc>
          <w:tcPr>
            <w:tcW w:w="1015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2562F4F9" w14:textId="77777777" w:rsidR="00CA7147" w:rsidRDefault="00CA7147">
            <w:pPr>
              <w:spacing w:after="0"/>
            </w:pPr>
          </w:p>
        </w:tc>
        <w:tc>
          <w:tcPr>
            <w:tcW w:w="1783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605CAADA" w14:textId="77777777" w:rsidR="00CA7147" w:rsidRDefault="00CA7147">
            <w:pPr>
              <w:spacing w:after="0"/>
            </w:pPr>
          </w:p>
        </w:tc>
        <w:tc>
          <w:tcPr>
            <w:tcW w:w="1764" w:type="dxa"/>
            <w:gridSpan w:val="3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5E136873" w14:textId="77777777" w:rsidR="00CA7147" w:rsidRDefault="00CA7147">
            <w:pPr>
              <w:spacing w:after="0"/>
            </w:pPr>
          </w:p>
        </w:tc>
        <w:tc>
          <w:tcPr>
            <w:tcW w:w="2573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299AFC44" w14:textId="77777777" w:rsidR="00CA7147" w:rsidRDefault="00CA7147">
            <w:pPr>
              <w:spacing w:after="0"/>
            </w:pPr>
          </w:p>
        </w:tc>
      </w:tr>
      <w:tr w:rsidR="00CA7147" w14:paraId="08A61D03" w14:textId="77777777" w:rsidTr="00717730">
        <w:trPr>
          <w:trHeight w:hRule="exact" w:val="426"/>
          <w:jc w:val="center"/>
        </w:trPr>
        <w:tc>
          <w:tcPr>
            <w:tcW w:w="3266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736B6135" w14:textId="77777777" w:rsidR="00CA7147" w:rsidRDefault="00CA7147">
            <w:pPr>
              <w:spacing w:after="0"/>
            </w:pPr>
          </w:p>
        </w:tc>
        <w:tc>
          <w:tcPr>
            <w:tcW w:w="1015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797D229D" w14:textId="77777777" w:rsidR="00CA7147" w:rsidRDefault="00CA7147">
            <w:pPr>
              <w:spacing w:after="0"/>
            </w:pPr>
          </w:p>
        </w:tc>
        <w:tc>
          <w:tcPr>
            <w:tcW w:w="1783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50A5E4AF" w14:textId="77777777" w:rsidR="00CA7147" w:rsidRDefault="00CA7147">
            <w:pPr>
              <w:spacing w:after="0"/>
            </w:pPr>
          </w:p>
        </w:tc>
        <w:tc>
          <w:tcPr>
            <w:tcW w:w="1764" w:type="dxa"/>
            <w:gridSpan w:val="3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0742ECF6" w14:textId="77777777" w:rsidR="00CA7147" w:rsidRDefault="00CA7147">
            <w:pPr>
              <w:spacing w:after="0"/>
            </w:pPr>
          </w:p>
        </w:tc>
        <w:tc>
          <w:tcPr>
            <w:tcW w:w="2573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2D89559C" w14:textId="77777777" w:rsidR="00CA7147" w:rsidRDefault="00CA7147">
            <w:pPr>
              <w:spacing w:after="0"/>
            </w:pPr>
          </w:p>
        </w:tc>
      </w:tr>
      <w:tr w:rsidR="00CA7147" w14:paraId="47142B21" w14:textId="77777777" w:rsidTr="00717730">
        <w:trPr>
          <w:trHeight w:hRule="exact" w:val="426"/>
          <w:jc w:val="center"/>
        </w:trPr>
        <w:tc>
          <w:tcPr>
            <w:tcW w:w="3266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67B3BFAC" w14:textId="77777777" w:rsidR="00CA7147" w:rsidRDefault="00CA7147">
            <w:pPr>
              <w:spacing w:after="0"/>
            </w:pPr>
          </w:p>
        </w:tc>
        <w:tc>
          <w:tcPr>
            <w:tcW w:w="1015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75CD238A" w14:textId="77777777" w:rsidR="00CA7147" w:rsidRDefault="00CA7147">
            <w:pPr>
              <w:spacing w:after="0"/>
            </w:pPr>
          </w:p>
        </w:tc>
        <w:tc>
          <w:tcPr>
            <w:tcW w:w="1783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59D96136" w14:textId="77777777" w:rsidR="00CA7147" w:rsidRDefault="00CA7147">
            <w:pPr>
              <w:spacing w:after="0"/>
            </w:pPr>
          </w:p>
        </w:tc>
        <w:tc>
          <w:tcPr>
            <w:tcW w:w="1764" w:type="dxa"/>
            <w:gridSpan w:val="3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03734D08" w14:textId="77777777" w:rsidR="00CA7147" w:rsidRDefault="00CA7147">
            <w:pPr>
              <w:spacing w:after="0"/>
            </w:pPr>
          </w:p>
        </w:tc>
        <w:tc>
          <w:tcPr>
            <w:tcW w:w="2573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795EDB68" w14:textId="77777777" w:rsidR="00CA7147" w:rsidRDefault="00CA7147">
            <w:pPr>
              <w:spacing w:after="0"/>
            </w:pPr>
          </w:p>
        </w:tc>
      </w:tr>
      <w:tr w:rsidR="00CA7147" w14:paraId="4CD58800" w14:textId="77777777" w:rsidTr="00717730">
        <w:trPr>
          <w:trHeight w:hRule="exact" w:val="466"/>
          <w:jc w:val="center"/>
        </w:trPr>
        <w:tc>
          <w:tcPr>
            <w:tcW w:w="3266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AF1F8"/>
            <w:vAlign w:val="center"/>
          </w:tcPr>
          <w:p w14:paraId="6BC75EB0" w14:textId="77777777" w:rsidR="00CA7147" w:rsidRPr="0071773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717730">
              <w:rPr>
                <w:b/>
                <w:color w:val="24405C"/>
                <w:sz w:val="18"/>
                <w:szCs w:val="18"/>
              </w:rPr>
              <w:t>합계금액</w:t>
            </w:r>
          </w:p>
        </w:tc>
        <w:tc>
          <w:tcPr>
            <w:tcW w:w="2798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5A886DA3" w14:textId="77777777" w:rsidR="00CA7147" w:rsidRDefault="00CA7147">
            <w:pPr>
              <w:spacing w:after="0"/>
            </w:pPr>
          </w:p>
        </w:tc>
        <w:tc>
          <w:tcPr>
            <w:tcW w:w="1417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AF1F8"/>
            <w:vAlign w:val="center"/>
          </w:tcPr>
          <w:p w14:paraId="3EE2EF0A" w14:textId="77777777" w:rsidR="00CA7147" w:rsidRPr="0071773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717730">
              <w:rPr>
                <w:b/>
                <w:color w:val="24405C"/>
                <w:sz w:val="18"/>
                <w:szCs w:val="18"/>
              </w:rPr>
              <w:t>금액(한글)</w:t>
            </w:r>
          </w:p>
        </w:tc>
        <w:tc>
          <w:tcPr>
            <w:tcW w:w="2920" w:type="dxa"/>
            <w:gridSpan w:val="3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22F930E5" w14:textId="77777777" w:rsidR="00CA7147" w:rsidRDefault="00000000">
            <w:pPr>
              <w:spacing w:after="0"/>
            </w:pPr>
            <w:r>
              <w:rPr>
                <w:color w:val="222222"/>
              </w:rPr>
              <w:t>금                         원정</w:t>
            </w:r>
          </w:p>
        </w:tc>
      </w:tr>
      <w:tr w:rsidR="00CA7147" w14:paraId="6EEFF92C" w14:textId="77777777" w:rsidTr="00717730">
        <w:trPr>
          <w:trHeight w:hRule="exact" w:val="466"/>
          <w:jc w:val="center"/>
        </w:trPr>
        <w:tc>
          <w:tcPr>
            <w:tcW w:w="3266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AF1F8"/>
            <w:vAlign w:val="center"/>
          </w:tcPr>
          <w:p w14:paraId="36CF346E" w14:textId="77777777" w:rsidR="00CA7147" w:rsidRPr="0071773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717730">
              <w:rPr>
                <w:b/>
                <w:color w:val="24405C"/>
                <w:sz w:val="18"/>
                <w:szCs w:val="18"/>
              </w:rPr>
              <w:t>영수 사유</w:t>
            </w:r>
          </w:p>
        </w:tc>
        <w:tc>
          <w:tcPr>
            <w:tcW w:w="2798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461B1DED" w14:textId="77777777" w:rsidR="00CA7147" w:rsidRDefault="00CA7147">
            <w:pPr>
              <w:spacing w:after="0"/>
            </w:pPr>
          </w:p>
        </w:tc>
        <w:tc>
          <w:tcPr>
            <w:tcW w:w="1417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AF1F8"/>
            <w:vAlign w:val="center"/>
          </w:tcPr>
          <w:p w14:paraId="1957EF42" w14:textId="77777777" w:rsidR="00CA7147" w:rsidRPr="0071773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717730">
              <w:rPr>
                <w:b/>
                <w:color w:val="24405C"/>
                <w:sz w:val="18"/>
                <w:szCs w:val="18"/>
              </w:rPr>
              <w:t>서명 / 인</w:t>
            </w:r>
          </w:p>
        </w:tc>
        <w:tc>
          <w:tcPr>
            <w:tcW w:w="2920" w:type="dxa"/>
            <w:gridSpan w:val="3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5D826881" w14:textId="77777777" w:rsidR="00CA7147" w:rsidRDefault="00CA7147">
            <w:pPr>
              <w:spacing w:after="0"/>
            </w:pPr>
          </w:p>
        </w:tc>
      </w:tr>
    </w:tbl>
    <w:p w14:paraId="3CEB1B1A" w14:textId="1ECCC9C9" w:rsidR="00752BDC" w:rsidRPr="00752BDC" w:rsidRDefault="00000000" w:rsidP="00752BDC">
      <w:pPr>
        <w:spacing w:before="40" w:after="0"/>
        <w:jc w:val="center"/>
        <w:rPr>
          <w:b/>
          <w:color w:val="333333"/>
          <w:lang w:eastAsia="ko-KR"/>
        </w:rPr>
      </w:pPr>
      <w:r>
        <w:rPr>
          <w:b/>
          <w:color w:val="333333"/>
          <w:lang w:eastAsia="ko-KR"/>
        </w:rPr>
        <w:t>위 금액을 정히 영수하였습니다.</w:t>
      </w:r>
    </w:p>
    <w:p w14:paraId="64BFCAAB" w14:textId="77777777" w:rsidR="00CA7147" w:rsidRDefault="00000000">
      <w:pPr>
        <w:spacing w:before="60" w:after="60"/>
        <w:jc w:val="center"/>
        <w:rPr>
          <w:color w:val="999999"/>
          <w:sz w:val="14"/>
        </w:rPr>
      </w:pPr>
      <w:r>
        <w:rPr>
          <w:color w:val="999999"/>
          <w:sz w:val="14"/>
        </w:rPr>
        <w:t>✂  - - - - - - - - - - - - - - - - - - - - - - - - - - - - - - - - - - - -</w:t>
      </w:r>
    </w:p>
    <w:tbl>
      <w:tblPr>
        <w:tblW w:w="10464" w:type="dxa"/>
        <w:jc w:val="center"/>
        <w:tblLayout w:type="fixed"/>
        <w:tblLook w:val="04A0" w:firstRow="1" w:lastRow="0" w:firstColumn="1" w:lastColumn="0" w:noHBand="0" w:noVBand="1"/>
      </w:tblPr>
      <w:tblGrid>
        <w:gridCol w:w="5232"/>
        <w:gridCol w:w="5232"/>
      </w:tblGrid>
      <w:tr w:rsidR="00752BDC" w14:paraId="55F0BB2C" w14:textId="77777777" w:rsidTr="00EE3CE0">
        <w:trPr>
          <w:trHeight w:hRule="exact" w:val="773"/>
          <w:jc w:val="center"/>
        </w:trPr>
        <w:tc>
          <w:tcPr>
            <w:tcW w:w="5232" w:type="dxa"/>
            <w:vAlign w:val="center"/>
          </w:tcPr>
          <w:p w14:paraId="518C979C" w14:textId="77777777" w:rsidR="00752BDC" w:rsidRDefault="00752BDC" w:rsidP="00EE3CE0">
            <w:pPr>
              <w:spacing w:after="0"/>
            </w:pPr>
            <w:r>
              <w:rPr>
                <w:rFonts w:ascii="Arial" w:eastAsia="Arial" w:hAnsi="Arial"/>
                <w:b/>
                <w:color w:val="2D6FC7"/>
                <w:sz w:val="19"/>
              </w:rPr>
              <w:t>SIMPLE RECEIPT</w:t>
            </w:r>
          </w:p>
        </w:tc>
        <w:tc>
          <w:tcPr>
            <w:tcW w:w="5232" w:type="dxa"/>
            <w:vAlign w:val="center"/>
          </w:tcPr>
          <w:p w14:paraId="19A1240D" w14:textId="77777777" w:rsidR="00752BDC" w:rsidRDefault="00752BDC" w:rsidP="00EE3CE0">
            <w:pPr>
              <w:spacing w:after="0"/>
              <w:jc w:val="right"/>
            </w:pPr>
            <w:r>
              <w:rPr>
                <w:b/>
                <w:color w:val="1D2733"/>
                <w:sz w:val="37"/>
              </w:rPr>
              <w:t>간 이 영 수 증</w:t>
            </w:r>
          </w:p>
        </w:tc>
      </w:tr>
    </w:tbl>
    <w:p w14:paraId="0F496685" w14:textId="77777777" w:rsidR="00752BDC" w:rsidRDefault="00752BDC" w:rsidP="00752BDC">
      <w:pPr>
        <w:spacing w:after="20"/>
        <w:jc w:val="right"/>
      </w:pPr>
      <w:r>
        <w:rPr>
          <w:color w:val="666666"/>
          <w:sz w:val="15"/>
        </w:rPr>
        <w:t xml:space="preserve">No. ______________    </w:t>
      </w:r>
      <w:proofErr w:type="spellStart"/>
      <w:proofErr w:type="gramStart"/>
      <w:r>
        <w:rPr>
          <w:color w:val="666666"/>
          <w:sz w:val="15"/>
        </w:rPr>
        <w:t>작성일</w:t>
      </w:r>
      <w:proofErr w:type="spellEnd"/>
      <w:r>
        <w:rPr>
          <w:color w:val="666666"/>
          <w:sz w:val="15"/>
        </w:rPr>
        <w:t xml:space="preserve">  20</w:t>
      </w:r>
      <w:proofErr w:type="gramEnd"/>
      <w:r>
        <w:rPr>
          <w:color w:val="666666"/>
          <w:sz w:val="15"/>
        </w:rPr>
        <w:t xml:space="preserve">      년      월      일</w:t>
      </w:r>
    </w:p>
    <w:tbl>
      <w:tblPr>
        <w:tblW w:w="10401" w:type="dxa"/>
        <w:jc w:val="center"/>
        <w:tblLayout w:type="fixed"/>
        <w:tblLook w:val="04A0" w:firstRow="1" w:lastRow="0" w:firstColumn="1" w:lastColumn="0" w:noHBand="0" w:noVBand="1"/>
      </w:tblPr>
      <w:tblGrid>
        <w:gridCol w:w="3266"/>
        <w:gridCol w:w="1015"/>
        <w:gridCol w:w="1783"/>
        <w:gridCol w:w="141"/>
        <w:gridCol w:w="1418"/>
        <w:gridCol w:w="205"/>
        <w:gridCol w:w="2573"/>
      </w:tblGrid>
      <w:tr w:rsidR="00752BDC" w14:paraId="482B693C" w14:textId="77777777" w:rsidTr="00717730">
        <w:trPr>
          <w:trHeight w:hRule="exact" w:val="446"/>
          <w:jc w:val="center"/>
        </w:trPr>
        <w:tc>
          <w:tcPr>
            <w:tcW w:w="3266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AF1F8"/>
            <w:vAlign w:val="center"/>
          </w:tcPr>
          <w:p w14:paraId="0DEEC680" w14:textId="77777777" w:rsidR="00752BDC" w:rsidRPr="00717730" w:rsidRDefault="00752BDC" w:rsidP="00EE3CE0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717730">
              <w:rPr>
                <w:b/>
                <w:color w:val="24405C"/>
                <w:sz w:val="18"/>
                <w:szCs w:val="18"/>
              </w:rPr>
              <w:t>공급자</w:t>
            </w:r>
            <w:proofErr w:type="spellEnd"/>
          </w:p>
        </w:tc>
        <w:tc>
          <w:tcPr>
            <w:tcW w:w="2798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1C41C93C" w14:textId="77777777" w:rsidR="00752BDC" w:rsidRDefault="00752BDC" w:rsidP="00EE3CE0">
            <w:pPr>
              <w:spacing w:after="0"/>
            </w:pPr>
            <w:proofErr w:type="spellStart"/>
            <w:r>
              <w:rPr>
                <w:color w:val="222222"/>
              </w:rPr>
              <w:t>상호</w:t>
            </w:r>
            <w:proofErr w:type="spellEnd"/>
            <w:r>
              <w:rPr>
                <w:color w:val="222222"/>
              </w:rPr>
              <w:t xml:space="preserve"> / </w:t>
            </w:r>
            <w:proofErr w:type="spellStart"/>
            <w:r>
              <w:rPr>
                <w:color w:val="222222"/>
              </w:rPr>
              <w:t>성명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AF1F8"/>
            <w:vAlign w:val="center"/>
          </w:tcPr>
          <w:p w14:paraId="22D1C722" w14:textId="77777777" w:rsidR="00752BDC" w:rsidRPr="00717730" w:rsidRDefault="00752BDC" w:rsidP="00EE3CE0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717730">
              <w:rPr>
                <w:b/>
                <w:color w:val="24405C"/>
                <w:sz w:val="18"/>
                <w:szCs w:val="18"/>
              </w:rPr>
              <w:t>사업자등록번호</w:t>
            </w:r>
            <w:proofErr w:type="spellEnd"/>
          </w:p>
        </w:tc>
        <w:tc>
          <w:tcPr>
            <w:tcW w:w="2778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64D13000" w14:textId="77777777" w:rsidR="00752BDC" w:rsidRDefault="00752BDC" w:rsidP="00EE3CE0">
            <w:pPr>
              <w:spacing w:after="0"/>
            </w:pPr>
          </w:p>
        </w:tc>
      </w:tr>
      <w:tr w:rsidR="00752BDC" w14:paraId="3E2AB6D9" w14:textId="77777777" w:rsidTr="00717730">
        <w:trPr>
          <w:trHeight w:hRule="exact" w:val="446"/>
          <w:jc w:val="center"/>
        </w:trPr>
        <w:tc>
          <w:tcPr>
            <w:tcW w:w="3266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AF1F8"/>
            <w:vAlign w:val="center"/>
          </w:tcPr>
          <w:p w14:paraId="4470F897" w14:textId="77777777" w:rsidR="00752BDC" w:rsidRPr="00717730" w:rsidRDefault="00752BDC" w:rsidP="00EE3CE0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717730">
              <w:rPr>
                <w:b/>
                <w:color w:val="24405C"/>
                <w:sz w:val="18"/>
                <w:szCs w:val="18"/>
              </w:rPr>
              <w:t>사업장</w:t>
            </w:r>
            <w:proofErr w:type="spellEnd"/>
            <w:r w:rsidRPr="00717730">
              <w:rPr>
                <w:b/>
                <w:color w:val="24405C"/>
                <w:sz w:val="18"/>
                <w:szCs w:val="18"/>
              </w:rPr>
              <w:t xml:space="preserve"> </w:t>
            </w:r>
            <w:proofErr w:type="spellStart"/>
            <w:r w:rsidRPr="00717730">
              <w:rPr>
                <w:b/>
                <w:color w:val="24405C"/>
                <w:sz w:val="18"/>
                <w:szCs w:val="18"/>
              </w:rPr>
              <w:t>소재지</w:t>
            </w:r>
            <w:proofErr w:type="spellEnd"/>
          </w:p>
        </w:tc>
        <w:tc>
          <w:tcPr>
            <w:tcW w:w="2798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3CFD91DF" w14:textId="77777777" w:rsidR="00752BDC" w:rsidRDefault="00752BDC" w:rsidP="00EE3CE0">
            <w:pPr>
              <w:spacing w:after="0"/>
            </w:pPr>
          </w:p>
        </w:tc>
        <w:tc>
          <w:tcPr>
            <w:tcW w:w="1559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AF1F8"/>
            <w:vAlign w:val="center"/>
          </w:tcPr>
          <w:p w14:paraId="66D1E9C2" w14:textId="77777777" w:rsidR="00752BDC" w:rsidRPr="00717730" w:rsidRDefault="00752BDC" w:rsidP="00EE3CE0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717730">
              <w:rPr>
                <w:b/>
                <w:color w:val="24405C"/>
                <w:sz w:val="18"/>
                <w:szCs w:val="18"/>
              </w:rPr>
              <w:t>업태</w:t>
            </w:r>
            <w:proofErr w:type="spellEnd"/>
          </w:p>
        </w:tc>
        <w:tc>
          <w:tcPr>
            <w:tcW w:w="2778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1E0197D6" w14:textId="77777777" w:rsidR="00752BDC" w:rsidRDefault="00752BDC" w:rsidP="00EE3CE0">
            <w:pPr>
              <w:spacing w:after="0"/>
            </w:pPr>
          </w:p>
        </w:tc>
      </w:tr>
      <w:tr w:rsidR="00752BDC" w14:paraId="3F2E56AB" w14:textId="77777777" w:rsidTr="00717730">
        <w:trPr>
          <w:trHeight w:hRule="exact" w:val="446"/>
          <w:jc w:val="center"/>
        </w:trPr>
        <w:tc>
          <w:tcPr>
            <w:tcW w:w="3266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AF1F8"/>
            <w:vAlign w:val="center"/>
          </w:tcPr>
          <w:p w14:paraId="07B56EF7" w14:textId="77777777" w:rsidR="00752BDC" w:rsidRPr="00717730" w:rsidRDefault="00752BDC" w:rsidP="00EE3CE0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717730">
              <w:rPr>
                <w:b/>
                <w:color w:val="24405C"/>
                <w:sz w:val="18"/>
                <w:szCs w:val="18"/>
              </w:rPr>
              <w:t>대표자</w:t>
            </w:r>
            <w:proofErr w:type="spellEnd"/>
          </w:p>
        </w:tc>
        <w:tc>
          <w:tcPr>
            <w:tcW w:w="2798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566E9BD2" w14:textId="77777777" w:rsidR="00752BDC" w:rsidRDefault="00752BDC" w:rsidP="00EE3CE0">
            <w:pPr>
              <w:spacing w:after="0"/>
            </w:pPr>
          </w:p>
        </w:tc>
        <w:tc>
          <w:tcPr>
            <w:tcW w:w="1559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AF1F8"/>
            <w:vAlign w:val="center"/>
          </w:tcPr>
          <w:p w14:paraId="6C5CB9ED" w14:textId="77777777" w:rsidR="00752BDC" w:rsidRPr="00717730" w:rsidRDefault="00752BDC" w:rsidP="00EE3CE0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717730">
              <w:rPr>
                <w:b/>
                <w:color w:val="24405C"/>
                <w:sz w:val="18"/>
                <w:szCs w:val="18"/>
              </w:rPr>
              <w:t>종목</w:t>
            </w:r>
            <w:proofErr w:type="spellEnd"/>
          </w:p>
        </w:tc>
        <w:tc>
          <w:tcPr>
            <w:tcW w:w="2778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3C55B5DB" w14:textId="77777777" w:rsidR="00752BDC" w:rsidRDefault="00752BDC" w:rsidP="00EE3CE0">
            <w:pPr>
              <w:spacing w:after="0"/>
            </w:pPr>
          </w:p>
        </w:tc>
      </w:tr>
      <w:tr w:rsidR="00752BDC" w14:paraId="70B3D674" w14:textId="77777777" w:rsidTr="00717730">
        <w:trPr>
          <w:trHeight w:hRule="exact" w:val="466"/>
          <w:jc w:val="center"/>
        </w:trPr>
        <w:tc>
          <w:tcPr>
            <w:tcW w:w="3266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AF1F8"/>
            <w:vAlign w:val="center"/>
          </w:tcPr>
          <w:p w14:paraId="6FBFBC3A" w14:textId="77777777" w:rsidR="00752BDC" w:rsidRPr="00717730" w:rsidRDefault="00752BDC" w:rsidP="00EE3CE0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717730">
              <w:rPr>
                <w:b/>
                <w:color w:val="24405C"/>
                <w:sz w:val="18"/>
                <w:szCs w:val="18"/>
              </w:rPr>
              <w:t>공급받는</w:t>
            </w:r>
            <w:proofErr w:type="spellEnd"/>
            <w:r w:rsidRPr="00717730">
              <w:rPr>
                <w:b/>
                <w:color w:val="24405C"/>
                <w:sz w:val="18"/>
                <w:szCs w:val="18"/>
              </w:rPr>
              <w:t xml:space="preserve"> 자</w:t>
            </w:r>
          </w:p>
        </w:tc>
        <w:tc>
          <w:tcPr>
            <w:tcW w:w="2798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29A502AB" w14:textId="77777777" w:rsidR="00752BDC" w:rsidRDefault="00752BDC" w:rsidP="00EE3CE0">
            <w:pPr>
              <w:spacing w:after="0"/>
            </w:pPr>
          </w:p>
        </w:tc>
        <w:tc>
          <w:tcPr>
            <w:tcW w:w="1559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AF1F8"/>
            <w:vAlign w:val="center"/>
          </w:tcPr>
          <w:p w14:paraId="3A642EDE" w14:textId="77777777" w:rsidR="00752BDC" w:rsidRPr="00717730" w:rsidRDefault="00752BDC" w:rsidP="00EE3CE0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717730">
              <w:rPr>
                <w:b/>
                <w:color w:val="24405C"/>
                <w:sz w:val="18"/>
                <w:szCs w:val="18"/>
              </w:rPr>
              <w:t>연락처</w:t>
            </w:r>
            <w:proofErr w:type="spellEnd"/>
          </w:p>
        </w:tc>
        <w:tc>
          <w:tcPr>
            <w:tcW w:w="2778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3066BED6" w14:textId="77777777" w:rsidR="00752BDC" w:rsidRDefault="00752BDC" w:rsidP="00EE3CE0">
            <w:pPr>
              <w:spacing w:after="0"/>
            </w:pPr>
          </w:p>
        </w:tc>
      </w:tr>
      <w:tr w:rsidR="00752BDC" w14:paraId="01076BD2" w14:textId="77777777" w:rsidTr="00717730">
        <w:trPr>
          <w:trHeight w:hRule="exact" w:val="466"/>
          <w:jc w:val="center"/>
        </w:trPr>
        <w:tc>
          <w:tcPr>
            <w:tcW w:w="3266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AF1F8"/>
            <w:vAlign w:val="center"/>
          </w:tcPr>
          <w:p w14:paraId="3E37219E" w14:textId="77777777" w:rsidR="00752BDC" w:rsidRPr="00717730" w:rsidRDefault="00752BDC" w:rsidP="00EE3CE0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717730">
              <w:rPr>
                <w:b/>
                <w:color w:val="24405C"/>
                <w:sz w:val="18"/>
                <w:szCs w:val="18"/>
              </w:rPr>
              <w:t>영수금액</w:t>
            </w:r>
            <w:proofErr w:type="spellEnd"/>
          </w:p>
        </w:tc>
        <w:tc>
          <w:tcPr>
            <w:tcW w:w="2798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64117F71" w14:textId="77777777" w:rsidR="00752BDC" w:rsidRDefault="00752BDC" w:rsidP="00EE3CE0">
            <w:pPr>
              <w:spacing w:after="0"/>
            </w:pPr>
            <w:r>
              <w:rPr>
                <w:b/>
                <w:color w:val="222222"/>
                <w:sz w:val="17"/>
              </w:rPr>
              <w:t>₩</w:t>
            </w:r>
          </w:p>
        </w:tc>
        <w:tc>
          <w:tcPr>
            <w:tcW w:w="1559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AF1F8"/>
            <w:vAlign w:val="center"/>
          </w:tcPr>
          <w:p w14:paraId="0E52F21D" w14:textId="77777777" w:rsidR="00752BDC" w:rsidRPr="00717730" w:rsidRDefault="00752BDC" w:rsidP="00EE3CE0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717730">
              <w:rPr>
                <w:b/>
                <w:color w:val="24405C"/>
                <w:sz w:val="18"/>
                <w:szCs w:val="18"/>
              </w:rPr>
              <w:t>지급방법</w:t>
            </w:r>
            <w:proofErr w:type="spellEnd"/>
          </w:p>
        </w:tc>
        <w:tc>
          <w:tcPr>
            <w:tcW w:w="2778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1F1EF0C5" w14:textId="77777777" w:rsidR="00752BDC" w:rsidRPr="00717730" w:rsidRDefault="00752BDC" w:rsidP="00EE3CE0">
            <w:pPr>
              <w:spacing w:after="0"/>
              <w:rPr>
                <w:szCs w:val="16"/>
                <w:lang w:eastAsia="ko-KR"/>
              </w:rPr>
            </w:pPr>
            <w:r w:rsidRPr="00717730">
              <w:rPr>
                <w:color w:val="222222"/>
                <w:szCs w:val="16"/>
                <w:lang w:eastAsia="ko-KR"/>
              </w:rPr>
              <w:t xml:space="preserve">□ </w:t>
            </w:r>
            <w:proofErr w:type="gramStart"/>
            <w:r w:rsidRPr="00717730">
              <w:rPr>
                <w:color w:val="222222"/>
                <w:szCs w:val="16"/>
                <w:lang w:eastAsia="ko-KR"/>
              </w:rPr>
              <w:t>현금  □</w:t>
            </w:r>
            <w:proofErr w:type="gramEnd"/>
            <w:r w:rsidRPr="00717730">
              <w:rPr>
                <w:color w:val="222222"/>
                <w:szCs w:val="16"/>
                <w:lang w:eastAsia="ko-KR"/>
              </w:rPr>
              <w:t xml:space="preserve"> </w:t>
            </w:r>
            <w:proofErr w:type="gramStart"/>
            <w:r w:rsidRPr="00717730">
              <w:rPr>
                <w:color w:val="222222"/>
                <w:szCs w:val="16"/>
                <w:lang w:eastAsia="ko-KR"/>
              </w:rPr>
              <w:t>이체  □</w:t>
            </w:r>
            <w:proofErr w:type="gramEnd"/>
            <w:r w:rsidRPr="00717730">
              <w:rPr>
                <w:color w:val="222222"/>
                <w:szCs w:val="16"/>
                <w:lang w:eastAsia="ko-KR"/>
              </w:rPr>
              <w:t xml:space="preserve"> </w:t>
            </w:r>
            <w:proofErr w:type="gramStart"/>
            <w:r w:rsidRPr="00717730">
              <w:rPr>
                <w:color w:val="222222"/>
                <w:szCs w:val="16"/>
                <w:lang w:eastAsia="ko-KR"/>
              </w:rPr>
              <w:t>카드  □</w:t>
            </w:r>
            <w:proofErr w:type="gramEnd"/>
            <w:r w:rsidRPr="00717730">
              <w:rPr>
                <w:color w:val="222222"/>
                <w:szCs w:val="16"/>
                <w:lang w:eastAsia="ko-KR"/>
              </w:rPr>
              <w:t xml:space="preserve"> 기타</w:t>
            </w:r>
          </w:p>
        </w:tc>
      </w:tr>
      <w:tr w:rsidR="00752BDC" w14:paraId="25DCA73A" w14:textId="77777777" w:rsidTr="00717730">
        <w:trPr>
          <w:trHeight w:hRule="exact" w:val="426"/>
          <w:jc w:val="center"/>
        </w:trPr>
        <w:tc>
          <w:tcPr>
            <w:tcW w:w="3266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315F8C"/>
            <w:vAlign w:val="center"/>
          </w:tcPr>
          <w:p w14:paraId="14BFF7E3" w14:textId="77777777" w:rsidR="00752BDC" w:rsidRPr="00717730" w:rsidRDefault="00752BDC" w:rsidP="00EE3CE0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717730">
              <w:rPr>
                <w:b/>
                <w:color w:val="FFFFFF"/>
                <w:sz w:val="18"/>
                <w:szCs w:val="18"/>
              </w:rPr>
              <w:t>품목</w:t>
            </w:r>
            <w:proofErr w:type="spellEnd"/>
            <w:r w:rsidRPr="00717730">
              <w:rPr>
                <w:b/>
                <w:color w:val="FFFFFF"/>
                <w:sz w:val="18"/>
                <w:szCs w:val="18"/>
              </w:rPr>
              <w:t xml:space="preserve"> / </w:t>
            </w:r>
            <w:proofErr w:type="spellStart"/>
            <w:r w:rsidRPr="00717730">
              <w:rPr>
                <w:b/>
                <w:color w:val="FFFFFF"/>
                <w:sz w:val="18"/>
                <w:szCs w:val="18"/>
              </w:rPr>
              <w:t>내용</w:t>
            </w:r>
            <w:proofErr w:type="spellEnd"/>
          </w:p>
        </w:tc>
        <w:tc>
          <w:tcPr>
            <w:tcW w:w="1015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315F8C"/>
            <w:vAlign w:val="center"/>
          </w:tcPr>
          <w:p w14:paraId="23957378" w14:textId="77777777" w:rsidR="00752BDC" w:rsidRPr="00717730" w:rsidRDefault="00752BDC" w:rsidP="00EE3CE0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717730">
              <w:rPr>
                <w:b/>
                <w:color w:val="FFFFFF"/>
                <w:sz w:val="18"/>
                <w:szCs w:val="18"/>
              </w:rPr>
              <w:t>수량</w:t>
            </w:r>
            <w:proofErr w:type="spellEnd"/>
          </w:p>
        </w:tc>
        <w:tc>
          <w:tcPr>
            <w:tcW w:w="1924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315F8C"/>
            <w:vAlign w:val="center"/>
          </w:tcPr>
          <w:p w14:paraId="377B83D2" w14:textId="77777777" w:rsidR="00752BDC" w:rsidRPr="00717730" w:rsidRDefault="00752BDC" w:rsidP="00EE3CE0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717730">
              <w:rPr>
                <w:b/>
                <w:color w:val="FFFFFF"/>
                <w:sz w:val="18"/>
                <w:szCs w:val="18"/>
              </w:rPr>
              <w:t>단가</w:t>
            </w:r>
            <w:proofErr w:type="spellEnd"/>
          </w:p>
        </w:tc>
        <w:tc>
          <w:tcPr>
            <w:tcW w:w="1623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315F8C"/>
            <w:vAlign w:val="center"/>
          </w:tcPr>
          <w:p w14:paraId="187CDA7B" w14:textId="77777777" w:rsidR="00752BDC" w:rsidRPr="00717730" w:rsidRDefault="00752BDC" w:rsidP="00EE3CE0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717730">
              <w:rPr>
                <w:b/>
                <w:color w:val="FFFFFF"/>
                <w:sz w:val="18"/>
                <w:szCs w:val="18"/>
              </w:rPr>
              <w:t>금액</w:t>
            </w:r>
            <w:proofErr w:type="spellEnd"/>
          </w:p>
        </w:tc>
        <w:tc>
          <w:tcPr>
            <w:tcW w:w="2573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315F8C"/>
            <w:vAlign w:val="center"/>
          </w:tcPr>
          <w:p w14:paraId="08D671E9" w14:textId="77777777" w:rsidR="00752BDC" w:rsidRPr="00717730" w:rsidRDefault="00752BDC" w:rsidP="00EE3CE0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717730">
              <w:rPr>
                <w:b/>
                <w:color w:val="FFFFFF"/>
                <w:sz w:val="18"/>
                <w:szCs w:val="18"/>
              </w:rPr>
              <w:t>비고</w:t>
            </w:r>
            <w:proofErr w:type="spellEnd"/>
          </w:p>
        </w:tc>
      </w:tr>
      <w:tr w:rsidR="00752BDC" w14:paraId="444CE63E" w14:textId="77777777" w:rsidTr="00717730">
        <w:trPr>
          <w:trHeight w:hRule="exact" w:val="426"/>
          <w:jc w:val="center"/>
        </w:trPr>
        <w:tc>
          <w:tcPr>
            <w:tcW w:w="3266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1D081CA9" w14:textId="77777777" w:rsidR="00752BDC" w:rsidRDefault="00752BDC" w:rsidP="00EE3CE0">
            <w:pPr>
              <w:spacing w:after="0"/>
            </w:pPr>
          </w:p>
        </w:tc>
        <w:tc>
          <w:tcPr>
            <w:tcW w:w="1015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5B4048E6" w14:textId="77777777" w:rsidR="00752BDC" w:rsidRDefault="00752BDC" w:rsidP="00EE3CE0">
            <w:pPr>
              <w:spacing w:after="0"/>
            </w:pPr>
          </w:p>
        </w:tc>
        <w:tc>
          <w:tcPr>
            <w:tcW w:w="1924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4C3980A9" w14:textId="77777777" w:rsidR="00752BDC" w:rsidRDefault="00752BDC" w:rsidP="00EE3CE0">
            <w:pPr>
              <w:spacing w:after="0"/>
            </w:pPr>
          </w:p>
        </w:tc>
        <w:tc>
          <w:tcPr>
            <w:tcW w:w="1623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5509BCD1" w14:textId="77777777" w:rsidR="00752BDC" w:rsidRDefault="00752BDC" w:rsidP="00EE3CE0">
            <w:pPr>
              <w:spacing w:after="0"/>
            </w:pPr>
          </w:p>
        </w:tc>
        <w:tc>
          <w:tcPr>
            <w:tcW w:w="2573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719D8D91" w14:textId="77777777" w:rsidR="00752BDC" w:rsidRDefault="00752BDC" w:rsidP="00EE3CE0">
            <w:pPr>
              <w:spacing w:after="0"/>
            </w:pPr>
          </w:p>
        </w:tc>
      </w:tr>
      <w:tr w:rsidR="00752BDC" w14:paraId="250E0FC2" w14:textId="77777777" w:rsidTr="00717730">
        <w:trPr>
          <w:trHeight w:hRule="exact" w:val="426"/>
          <w:jc w:val="center"/>
        </w:trPr>
        <w:tc>
          <w:tcPr>
            <w:tcW w:w="3266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5529A805" w14:textId="77777777" w:rsidR="00752BDC" w:rsidRDefault="00752BDC" w:rsidP="00EE3CE0">
            <w:pPr>
              <w:spacing w:after="0"/>
            </w:pPr>
          </w:p>
        </w:tc>
        <w:tc>
          <w:tcPr>
            <w:tcW w:w="1015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3A1FBD4E" w14:textId="77777777" w:rsidR="00752BDC" w:rsidRDefault="00752BDC" w:rsidP="00EE3CE0">
            <w:pPr>
              <w:spacing w:after="0"/>
            </w:pPr>
          </w:p>
        </w:tc>
        <w:tc>
          <w:tcPr>
            <w:tcW w:w="1924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6EAE2BFB" w14:textId="77777777" w:rsidR="00752BDC" w:rsidRDefault="00752BDC" w:rsidP="00EE3CE0">
            <w:pPr>
              <w:spacing w:after="0"/>
            </w:pPr>
          </w:p>
        </w:tc>
        <w:tc>
          <w:tcPr>
            <w:tcW w:w="1623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2ADA2370" w14:textId="77777777" w:rsidR="00752BDC" w:rsidRDefault="00752BDC" w:rsidP="00EE3CE0">
            <w:pPr>
              <w:spacing w:after="0"/>
            </w:pPr>
          </w:p>
        </w:tc>
        <w:tc>
          <w:tcPr>
            <w:tcW w:w="2573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0D8E3EDB" w14:textId="77777777" w:rsidR="00752BDC" w:rsidRDefault="00752BDC" w:rsidP="00EE3CE0">
            <w:pPr>
              <w:spacing w:after="0"/>
            </w:pPr>
          </w:p>
        </w:tc>
      </w:tr>
      <w:tr w:rsidR="00752BDC" w14:paraId="64F1B5DA" w14:textId="77777777" w:rsidTr="00717730">
        <w:trPr>
          <w:trHeight w:hRule="exact" w:val="426"/>
          <w:jc w:val="center"/>
        </w:trPr>
        <w:tc>
          <w:tcPr>
            <w:tcW w:w="3266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277F41CC" w14:textId="77777777" w:rsidR="00752BDC" w:rsidRDefault="00752BDC" w:rsidP="00EE3CE0">
            <w:pPr>
              <w:spacing w:after="0"/>
            </w:pPr>
          </w:p>
        </w:tc>
        <w:tc>
          <w:tcPr>
            <w:tcW w:w="1015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580BEB0D" w14:textId="77777777" w:rsidR="00752BDC" w:rsidRDefault="00752BDC" w:rsidP="00EE3CE0">
            <w:pPr>
              <w:spacing w:after="0"/>
            </w:pPr>
          </w:p>
        </w:tc>
        <w:tc>
          <w:tcPr>
            <w:tcW w:w="1924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5C45378C" w14:textId="77777777" w:rsidR="00752BDC" w:rsidRDefault="00752BDC" w:rsidP="00EE3CE0">
            <w:pPr>
              <w:spacing w:after="0"/>
            </w:pPr>
          </w:p>
        </w:tc>
        <w:tc>
          <w:tcPr>
            <w:tcW w:w="1623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6670F04A" w14:textId="77777777" w:rsidR="00752BDC" w:rsidRDefault="00752BDC" w:rsidP="00EE3CE0">
            <w:pPr>
              <w:spacing w:after="0"/>
            </w:pPr>
          </w:p>
        </w:tc>
        <w:tc>
          <w:tcPr>
            <w:tcW w:w="2573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15BF3F72" w14:textId="77777777" w:rsidR="00752BDC" w:rsidRDefault="00752BDC" w:rsidP="00EE3CE0">
            <w:pPr>
              <w:spacing w:after="0"/>
            </w:pPr>
          </w:p>
        </w:tc>
      </w:tr>
      <w:tr w:rsidR="00752BDC" w14:paraId="540B2234" w14:textId="77777777" w:rsidTr="00717730">
        <w:trPr>
          <w:trHeight w:hRule="exact" w:val="426"/>
          <w:jc w:val="center"/>
        </w:trPr>
        <w:tc>
          <w:tcPr>
            <w:tcW w:w="3266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27DA6A4D" w14:textId="77777777" w:rsidR="00752BDC" w:rsidRDefault="00752BDC" w:rsidP="00EE3CE0">
            <w:pPr>
              <w:spacing w:after="0"/>
            </w:pPr>
          </w:p>
        </w:tc>
        <w:tc>
          <w:tcPr>
            <w:tcW w:w="1015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012CDA5A" w14:textId="77777777" w:rsidR="00752BDC" w:rsidRDefault="00752BDC" w:rsidP="00EE3CE0">
            <w:pPr>
              <w:spacing w:after="0"/>
            </w:pPr>
          </w:p>
        </w:tc>
        <w:tc>
          <w:tcPr>
            <w:tcW w:w="1924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30C16206" w14:textId="77777777" w:rsidR="00752BDC" w:rsidRDefault="00752BDC" w:rsidP="00EE3CE0">
            <w:pPr>
              <w:spacing w:after="0"/>
            </w:pPr>
          </w:p>
        </w:tc>
        <w:tc>
          <w:tcPr>
            <w:tcW w:w="1623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05DA43EB" w14:textId="77777777" w:rsidR="00752BDC" w:rsidRDefault="00752BDC" w:rsidP="00EE3CE0">
            <w:pPr>
              <w:spacing w:after="0"/>
            </w:pPr>
          </w:p>
        </w:tc>
        <w:tc>
          <w:tcPr>
            <w:tcW w:w="2573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216C5525" w14:textId="77777777" w:rsidR="00752BDC" w:rsidRDefault="00752BDC" w:rsidP="00EE3CE0">
            <w:pPr>
              <w:spacing w:after="0"/>
            </w:pPr>
          </w:p>
        </w:tc>
      </w:tr>
      <w:tr w:rsidR="00752BDC" w14:paraId="71386696" w14:textId="77777777" w:rsidTr="00717730">
        <w:trPr>
          <w:trHeight w:hRule="exact" w:val="426"/>
          <w:jc w:val="center"/>
        </w:trPr>
        <w:tc>
          <w:tcPr>
            <w:tcW w:w="3266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4A2BF819" w14:textId="77777777" w:rsidR="00752BDC" w:rsidRDefault="00752BDC" w:rsidP="00EE3CE0">
            <w:pPr>
              <w:spacing w:after="0"/>
            </w:pPr>
          </w:p>
        </w:tc>
        <w:tc>
          <w:tcPr>
            <w:tcW w:w="1015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13D9B917" w14:textId="77777777" w:rsidR="00752BDC" w:rsidRDefault="00752BDC" w:rsidP="00EE3CE0">
            <w:pPr>
              <w:spacing w:after="0"/>
            </w:pPr>
          </w:p>
        </w:tc>
        <w:tc>
          <w:tcPr>
            <w:tcW w:w="1924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229E7150" w14:textId="77777777" w:rsidR="00752BDC" w:rsidRDefault="00752BDC" w:rsidP="00EE3CE0">
            <w:pPr>
              <w:spacing w:after="0"/>
            </w:pPr>
          </w:p>
        </w:tc>
        <w:tc>
          <w:tcPr>
            <w:tcW w:w="1623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336DC841" w14:textId="77777777" w:rsidR="00752BDC" w:rsidRDefault="00752BDC" w:rsidP="00EE3CE0">
            <w:pPr>
              <w:spacing w:after="0"/>
            </w:pPr>
          </w:p>
        </w:tc>
        <w:tc>
          <w:tcPr>
            <w:tcW w:w="2573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15A83650" w14:textId="77777777" w:rsidR="00752BDC" w:rsidRDefault="00752BDC" w:rsidP="00EE3CE0">
            <w:pPr>
              <w:spacing w:after="0"/>
            </w:pPr>
          </w:p>
        </w:tc>
      </w:tr>
      <w:tr w:rsidR="00752BDC" w14:paraId="3F7C37EF" w14:textId="77777777" w:rsidTr="00717730">
        <w:trPr>
          <w:trHeight w:hRule="exact" w:val="466"/>
          <w:jc w:val="center"/>
        </w:trPr>
        <w:tc>
          <w:tcPr>
            <w:tcW w:w="3266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AF1F8"/>
            <w:vAlign w:val="center"/>
          </w:tcPr>
          <w:p w14:paraId="1BC48C4B" w14:textId="77777777" w:rsidR="00752BDC" w:rsidRPr="00717730" w:rsidRDefault="00752BDC" w:rsidP="00EE3CE0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717730">
              <w:rPr>
                <w:b/>
                <w:color w:val="24405C"/>
                <w:sz w:val="18"/>
                <w:szCs w:val="18"/>
              </w:rPr>
              <w:t>합계금액</w:t>
            </w:r>
            <w:proofErr w:type="spellEnd"/>
          </w:p>
        </w:tc>
        <w:tc>
          <w:tcPr>
            <w:tcW w:w="2939" w:type="dxa"/>
            <w:gridSpan w:val="3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5E46E034" w14:textId="77777777" w:rsidR="00752BDC" w:rsidRDefault="00752BDC" w:rsidP="00EE3CE0">
            <w:pPr>
              <w:spacing w:after="0"/>
            </w:pPr>
          </w:p>
        </w:tc>
        <w:tc>
          <w:tcPr>
            <w:tcW w:w="1418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AF1F8"/>
            <w:vAlign w:val="center"/>
          </w:tcPr>
          <w:p w14:paraId="60140541" w14:textId="77777777" w:rsidR="00752BDC" w:rsidRPr="00717730" w:rsidRDefault="00752BDC" w:rsidP="00EE3CE0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717730">
              <w:rPr>
                <w:b/>
                <w:color w:val="24405C"/>
                <w:sz w:val="18"/>
                <w:szCs w:val="18"/>
              </w:rPr>
              <w:t>금액</w:t>
            </w:r>
            <w:proofErr w:type="spellEnd"/>
            <w:r w:rsidRPr="00717730">
              <w:rPr>
                <w:b/>
                <w:color w:val="24405C"/>
                <w:sz w:val="18"/>
                <w:szCs w:val="18"/>
              </w:rPr>
              <w:t>(</w:t>
            </w:r>
            <w:proofErr w:type="spellStart"/>
            <w:r w:rsidRPr="00717730">
              <w:rPr>
                <w:b/>
                <w:color w:val="24405C"/>
                <w:sz w:val="18"/>
                <w:szCs w:val="18"/>
              </w:rPr>
              <w:t>한글</w:t>
            </w:r>
            <w:proofErr w:type="spellEnd"/>
            <w:r w:rsidRPr="00717730">
              <w:rPr>
                <w:b/>
                <w:color w:val="24405C"/>
                <w:sz w:val="18"/>
                <w:szCs w:val="18"/>
              </w:rPr>
              <w:t>)</w:t>
            </w:r>
          </w:p>
        </w:tc>
        <w:tc>
          <w:tcPr>
            <w:tcW w:w="2778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7B1A6AB2" w14:textId="77777777" w:rsidR="00752BDC" w:rsidRDefault="00752BDC" w:rsidP="00EE3CE0">
            <w:pPr>
              <w:spacing w:after="0"/>
            </w:pPr>
            <w:r>
              <w:rPr>
                <w:color w:val="222222"/>
              </w:rPr>
              <w:t xml:space="preserve">금                         </w:t>
            </w:r>
            <w:proofErr w:type="spellStart"/>
            <w:r>
              <w:rPr>
                <w:color w:val="222222"/>
              </w:rPr>
              <w:t>원정</w:t>
            </w:r>
            <w:proofErr w:type="spellEnd"/>
          </w:p>
        </w:tc>
      </w:tr>
      <w:tr w:rsidR="00752BDC" w14:paraId="46F80035" w14:textId="77777777" w:rsidTr="00717730">
        <w:trPr>
          <w:trHeight w:hRule="exact" w:val="466"/>
          <w:jc w:val="center"/>
        </w:trPr>
        <w:tc>
          <w:tcPr>
            <w:tcW w:w="3266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AF1F8"/>
            <w:vAlign w:val="center"/>
          </w:tcPr>
          <w:p w14:paraId="1B7A9CAD" w14:textId="77777777" w:rsidR="00752BDC" w:rsidRPr="00717730" w:rsidRDefault="00752BDC" w:rsidP="00EE3CE0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717730">
              <w:rPr>
                <w:b/>
                <w:color w:val="24405C"/>
                <w:sz w:val="18"/>
                <w:szCs w:val="18"/>
              </w:rPr>
              <w:t>영수</w:t>
            </w:r>
            <w:proofErr w:type="spellEnd"/>
            <w:r w:rsidRPr="00717730">
              <w:rPr>
                <w:b/>
                <w:color w:val="24405C"/>
                <w:sz w:val="18"/>
                <w:szCs w:val="18"/>
              </w:rPr>
              <w:t xml:space="preserve"> </w:t>
            </w:r>
            <w:proofErr w:type="spellStart"/>
            <w:r w:rsidRPr="00717730">
              <w:rPr>
                <w:b/>
                <w:color w:val="24405C"/>
                <w:sz w:val="18"/>
                <w:szCs w:val="18"/>
              </w:rPr>
              <w:t>사유</w:t>
            </w:r>
            <w:proofErr w:type="spellEnd"/>
          </w:p>
        </w:tc>
        <w:tc>
          <w:tcPr>
            <w:tcW w:w="2939" w:type="dxa"/>
            <w:gridSpan w:val="3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49D94BF3" w14:textId="77777777" w:rsidR="00752BDC" w:rsidRDefault="00752BDC" w:rsidP="00EE3CE0">
            <w:pPr>
              <w:spacing w:after="0"/>
            </w:pPr>
          </w:p>
        </w:tc>
        <w:tc>
          <w:tcPr>
            <w:tcW w:w="1418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AF1F8"/>
            <w:vAlign w:val="center"/>
          </w:tcPr>
          <w:p w14:paraId="30437E79" w14:textId="77777777" w:rsidR="00752BDC" w:rsidRPr="00717730" w:rsidRDefault="00752BDC" w:rsidP="00EE3CE0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717730">
              <w:rPr>
                <w:b/>
                <w:color w:val="24405C"/>
                <w:sz w:val="18"/>
                <w:szCs w:val="18"/>
              </w:rPr>
              <w:t>서명</w:t>
            </w:r>
            <w:proofErr w:type="spellEnd"/>
            <w:r w:rsidRPr="00717730">
              <w:rPr>
                <w:b/>
                <w:color w:val="24405C"/>
                <w:sz w:val="18"/>
                <w:szCs w:val="18"/>
              </w:rPr>
              <w:t xml:space="preserve"> / 인</w:t>
            </w:r>
          </w:p>
        </w:tc>
        <w:tc>
          <w:tcPr>
            <w:tcW w:w="2778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2857AF97" w14:textId="77777777" w:rsidR="00752BDC" w:rsidRDefault="00752BDC" w:rsidP="00EE3CE0">
            <w:pPr>
              <w:spacing w:after="0"/>
            </w:pPr>
          </w:p>
        </w:tc>
      </w:tr>
    </w:tbl>
    <w:p w14:paraId="2CB261AB" w14:textId="58FF4350" w:rsidR="00752BDC" w:rsidRPr="00752BDC" w:rsidRDefault="00752BDC" w:rsidP="00752BDC">
      <w:pPr>
        <w:spacing w:before="40" w:after="0"/>
        <w:jc w:val="center"/>
        <w:rPr>
          <w:b/>
          <w:color w:val="333333"/>
          <w:lang w:eastAsia="ko-KR"/>
        </w:rPr>
      </w:pPr>
      <w:r>
        <w:rPr>
          <w:b/>
          <w:color w:val="333333"/>
          <w:lang w:eastAsia="ko-KR"/>
        </w:rPr>
        <w:t>위 금액을 정히 영수하였습니다.</w:t>
      </w:r>
    </w:p>
    <w:p w14:paraId="78959D9F" w14:textId="77777777" w:rsidR="00752BDC" w:rsidRDefault="00752BDC">
      <w:pPr>
        <w:spacing w:before="60" w:after="60"/>
        <w:jc w:val="center"/>
        <w:rPr>
          <w:lang w:eastAsia="ko-KR"/>
        </w:rPr>
      </w:pPr>
    </w:p>
    <w:sectPr w:rsidR="00752BDC" w:rsidSect="00752BDC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BFBF9" w14:textId="77777777" w:rsidR="00296E16" w:rsidRDefault="00296E16" w:rsidP="00752BDC">
      <w:pPr>
        <w:spacing w:after="0" w:line="240" w:lineRule="auto"/>
      </w:pPr>
      <w:r>
        <w:separator/>
      </w:r>
    </w:p>
  </w:endnote>
  <w:endnote w:type="continuationSeparator" w:id="0">
    <w:p w14:paraId="3A23E88B" w14:textId="77777777" w:rsidR="00296E16" w:rsidRDefault="00296E16" w:rsidP="00752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D6435" w14:textId="77777777" w:rsidR="00296E16" w:rsidRDefault="00296E16" w:rsidP="00752BDC">
      <w:pPr>
        <w:spacing w:after="0" w:line="240" w:lineRule="auto"/>
      </w:pPr>
      <w:r>
        <w:separator/>
      </w:r>
    </w:p>
  </w:footnote>
  <w:footnote w:type="continuationSeparator" w:id="0">
    <w:p w14:paraId="4EEFE754" w14:textId="77777777" w:rsidR="00296E16" w:rsidRDefault="00296E16" w:rsidP="00752B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2177426">
    <w:abstractNumId w:val="8"/>
  </w:num>
  <w:num w:numId="2" w16cid:durableId="821233636">
    <w:abstractNumId w:val="6"/>
  </w:num>
  <w:num w:numId="3" w16cid:durableId="540636307">
    <w:abstractNumId w:val="5"/>
  </w:num>
  <w:num w:numId="4" w16cid:durableId="1970431370">
    <w:abstractNumId w:val="4"/>
  </w:num>
  <w:num w:numId="5" w16cid:durableId="652874426">
    <w:abstractNumId w:val="7"/>
  </w:num>
  <w:num w:numId="6" w16cid:durableId="1820801744">
    <w:abstractNumId w:val="3"/>
  </w:num>
  <w:num w:numId="7" w16cid:durableId="132258761">
    <w:abstractNumId w:val="2"/>
  </w:num>
  <w:num w:numId="8" w16cid:durableId="700593906">
    <w:abstractNumId w:val="1"/>
  </w:num>
  <w:num w:numId="9" w16cid:durableId="288516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96E16"/>
    <w:rsid w:val="00326F90"/>
    <w:rsid w:val="00335901"/>
    <w:rsid w:val="00717730"/>
    <w:rsid w:val="00752BDC"/>
    <w:rsid w:val="00AA1D8D"/>
    <w:rsid w:val="00B47730"/>
    <w:rsid w:val="00CA7147"/>
    <w:rsid w:val="00CB0664"/>
    <w:rsid w:val="00F50597"/>
    <w:rsid w:val="00F5413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548A27"/>
  <w14:defaultImageDpi w14:val="300"/>
  <w15:docId w15:val="{43ECAF00-AC1D-4202-8A13-0799B519B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6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3</cp:revision>
  <dcterms:created xsi:type="dcterms:W3CDTF">2013-12-23T23:15:00Z</dcterms:created>
  <dcterms:modified xsi:type="dcterms:W3CDTF">2026-09-03T10:33:00Z</dcterms:modified>
  <cp:category/>
</cp:coreProperties>
</file>