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6E3E3B" w14:paraId="2C4486BC" w14:textId="77777777" w:rsidTr="006E67DF">
        <w:trPr>
          <w:trHeight w:hRule="exact" w:val="1080"/>
          <w:jc w:val="center"/>
        </w:trPr>
        <w:tc>
          <w:tcPr>
            <w:tcW w:w="5187" w:type="dxa"/>
            <w:vAlign w:val="center"/>
          </w:tcPr>
          <w:p w14:paraId="5C29BF06" w14:textId="77777777" w:rsidR="006E3E3B" w:rsidRDefault="00000000">
            <w:pPr>
              <w:spacing w:after="0"/>
            </w:pPr>
            <w:r>
              <w:rPr>
                <w:b/>
                <w:color w:val="555555"/>
              </w:rPr>
              <w:t>간이영수증</w:t>
            </w:r>
          </w:p>
        </w:tc>
        <w:tc>
          <w:tcPr>
            <w:tcW w:w="5187" w:type="dxa"/>
            <w:vAlign w:val="center"/>
          </w:tcPr>
          <w:p w14:paraId="48923693" w14:textId="77777777" w:rsidR="006E3E3B" w:rsidRDefault="00000000">
            <w:pPr>
              <w:spacing w:after="0"/>
              <w:jc w:val="right"/>
            </w:pPr>
            <w:r>
              <w:rPr>
                <w:b/>
                <w:color w:val="111111"/>
                <w:sz w:val="37"/>
              </w:rPr>
              <w:t>영 수 증</w:t>
            </w:r>
          </w:p>
        </w:tc>
      </w:tr>
    </w:tbl>
    <w:p w14:paraId="5BF1B243" w14:textId="77777777" w:rsidR="006E3E3B" w:rsidRPr="00632363" w:rsidRDefault="00000000" w:rsidP="006E67DF">
      <w:pPr>
        <w:spacing w:after="20"/>
        <w:ind w:right="150"/>
        <w:jc w:val="right"/>
        <w:rPr>
          <w:szCs w:val="16"/>
        </w:rPr>
      </w:pPr>
      <w:r w:rsidRPr="00632363">
        <w:rPr>
          <w:color w:val="666666"/>
          <w:szCs w:val="16"/>
        </w:rPr>
        <w:t xml:space="preserve">No. ______________    </w:t>
      </w:r>
      <w:proofErr w:type="gramStart"/>
      <w:r w:rsidRPr="00632363">
        <w:rPr>
          <w:color w:val="666666"/>
          <w:szCs w:val="16"/>
        </w:rPr>
        <w:t>작성일  20</w:t>
      </w:r>
      <w:proofErr w:type="gramEnd"/>
      <w:r w:rsidRPr="00632363">
        <w:rPr>
          <w:color w:val="666666"/>
          <w:szCs w:val="16"/>
        </w:rPr>
        <w:t xml:space="preserve">      년      월      일</w:t>
      </w:r>
    </w:p>
    <w:tbl>
      <w:tblPr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3164"/>
        <w:gridCol w:w="983"/>
        <w:gridCol w:w="1612"/>
        <w:gridCol w:w="1559"/>
        <w:gridCol w:w="265"/>
        <w:gridCol w:w="2492"/>
      </w:tblGrid>
      <w:tr w:rsidR="006E3E3B" w14:paraId="3D36E4BF" w14:textId="77777777" w:rsidTr="006323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6250979E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공급자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8D57C16" w14:textId="77777777" w:rsidR="006E3E3B" w:rsidRDefault="00000000">
            <w:pPr>
              <w:spacing w:after="0"/>
            </w:pPr>
            <w:r>
              <w:rPr>
                <w:color w:val="222222"/>
              </w:rPr>
              <w:t>상호 / 성명</w:t>
            </w: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1064337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사업자등록번호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84D6C0D" w14:textId="77777777" w:rsidR="006E3E3B" w:rsidRDefault="006E3E3B">
            <w:pPr>
              <w:spacing w:after="0"/>
            </w:pPr>
          </w:p>
        </w:tc>
      </w:tr>
      <w:tr w:rsidR="006E3E3B" w14:paraId="14CE1EEF" w14:textId="77777777" w:rsidTr="006323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7DF24BCC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사업장 소재지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352DE33" w14:textId="77777777" w:rsidR="006E3E3B" w:rsidRDefault="006E3E3B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D232591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업태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864F9C0" w14:textId="77777777" w:rsidR="006E3E3B" w:rsidRDefault="006E3E3B">
            <w:pPr>
              <w:spacing w:after="0"/>
            </w:pPr>
          </w:p>
        </w:tc>
      </w:tr>
      <w:tr w:rsidR="006E3E3B" w14:paraId="5405F9E3" w14:textId="77777777" w:rsidTr="006323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28564AE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대표자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2744759" w14:textId="77777777" w:rsidR="006E3E3B" w:rsidRDefault="006E3E3B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11E1D689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종목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FEFF7E6" w14:textId="77777777" w:rsidR="006E3E3B" w:rsidRDefault="006E3E3B">
            <w:pPr>
              <w:spacing w:after="0"/>
            </w:pPr>
          </w:p>
        </w:tc>
      </w:tr>
      <w:tr w:rsidR="006E3E3B" w14:paraId="4F0B0C9E" w14:textId="77777777" w:rsidTr="006323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04505050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공급받는 자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825AE2F" w14:textId="77777777" w:rsidR="006E3E3B" w:rsidRDefault="006E3E3B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7897FF7D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연락처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A314402" w14:textId="77777777" w:rsidR="006E3E3B" w:rsidRDefault="006E3E3B">
            <w:pPr>
              <w:spacing w:after="0"/>
            </w:pPr>
          </w:p>
        </w:tc>
      </w:tr>
      <w:tr w:rsidR="006E3E3B" w14:paraId="307D09E6" w14:textId="77777777" w:rsidTr="006323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75EFE808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영수금액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FA5648F" w14:textId="77777777" w:rsidR="006E3E3B" w:rsidRPr="00632363" w:rsidRDefault="00000000">
            <w:pPr>
              <w:spacing w:after="0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₩</w:t>
            </w: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570F79EB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지급방법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7C52084" w14:textId="77777777" w:rsidR="006E3E3B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5"/>
                <w:lang w:eastAsia="ko-KR"/>
              </w:rPr>
              <w:t xml:space="preserve">□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현금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이체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카드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기타</w:t>
            </w:r>
          </w:p>
        </w:tc>
      </w:tr>
      <w:tr w:rsidR="006E3E3B" w14:paraId="758271D8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47F17AE5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품목</w:t>
            </w:r>
            <w:proofErr w:type="spellEnd"/>
            <w:r w:rsidRPr="00632363">
              <w:rPr>
                <w:b/>
                <w:color w:val="222222"/>
                <w:sz w:val="18"/>
                <w:szCs w:val="18"/>
              </w:rPr>
              <w:t xml:space="preserve"> / </w:t>
            </w: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160481D4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수량</w:t>
            </w: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45F5654D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단가</w:t>
            </w: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723C1928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금액</w:t>
            </w: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069DF9BD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비고</w:t>
            </w:r>
          </w:p>
        </w:tc>
      </w:tr>
      <w:tr w:rsidR="006E3E3B" w14:paraId="76011A3F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8564F6D" w14:textId="77777777" w:rsidR="006E3E3B" w:rsidRDefault="006E3E3B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231C811" w14:textId="77777777" w:rsidR="006E3E3B" w:rsidRDefault="006E3E3B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AD4E1E2" w14:textId="77777777" w:rsidR="006E3E3B" w:rsidRDefault="006E3E3B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3EA6D4C" w14:textId="77777777" w:rsidR="006E3E3B" w:rsidRDefault="006E3E3B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36FE06B" w14:textId="77777777" w:rsidR="006E3E3B" w:rsidRDefault="006E3E3B">
            <w:pPr>
              <w:spacing w:after="0"/>
            </w:pPr>
          </w:p>
        </w:tc>
      </w:tr>
      <w:tr w:rsidR="006E3E3B" w14:paraId="5630C759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358D7A1" w14:textId="77777777" w:rsidR="006E3E3B" w:rsidRDefault="006E3E3B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254EEF7" w14:textId="77777777" w:rsidR="006E3E3B" w:rsidRDefault="006E3E3B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F604B67" w14:textId="77777777" w:rsidR="006E3E3B" w:rsidRDefault="006E3E3B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C3987CF" w14:textId="77777777" w:rsidR="006E3E3B" w:rsidRDefault="006E3E3B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61BDE6C" w14:textId="77777777" w:rsidR="006E3E3B" w:rsidRDefault="006E3E3B">
            <w:pPr>
              <w:spacing w:after="0"/>
            </w:pPr>
          </w:p>
        </w:tc>
      </w:tr>
      <w:tr w:rsidR="006E3E3B" w14:paraId="07683B72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85C93AD" w14:textId="77777777" w:rsidR="006E3E3B" w:rsidRDefault="006E3E3B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29A0E5F" w14:textId="77777777" w:rsidR="006E3E3B" w:rsidRDefault="006E3E3B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B2600AA" w14:textId="77777777" w:rsidR="006E3E3B" w:rsidRDefault="006E3E3B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BF475C5" w14:textId="77777777" w:rsidR="006E3E3B" w:rsidRDefault="006E3E3B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C56C248" w14:textId="77777777" w:rsidR="006E3E3B" w:rsidRDefault="006E3E3B">
            <w:pPr>
              <w:spacing w:after="0"/>
            </w:pPr>
          </w:p>
        </w:tc>
      </w:tr>
      <w:tr w:rsidR="006E3E3B" w14:paraId="39B322DA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4BD3E7C" w14:textId="77777777" w:rsidR="006E3E3B" w:rsidRDefault="006E3E3B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B12EC1F" w14:textId="77777777" w:rsidR="006E3E3B" w:rsidRDefault="006E3E3B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FF92945" w14:textId="77777777" w:rsidR="006E3E3B" w:rsidRDefault="006E3E3B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4B104E5" w14:textId="77777777" w:rsidR="006E3E3B" w:rsidRDefault="006E3E3B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615B44F" w14:textId="77777777" w:rsidR="006E3E3B" w:rsidRDefault="006E3E3B">
            <w:pPr>
              <w:spacing w:after="0"/>
            </w:pPr>
          </w:p>
        </w:tc>
      </w:tr>
      <w:tr w:rsidR="006E3E3B" w14:paraId="57FA0D09" w14:textId="77777777" w:rsidTr="006323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84CCB41" w14:textId="77777777" w:rsidR="006E3E3B" w:rsidRDefault="006E3E3B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51E5016" w14:textId="77777777" w:rsidR="006E3E3B" w:rsidRDefault="006E3E3B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6F31CCF" w14:textId="77777777" w:rsidR="006E3E3B" w:rsidRDefault="006E3E3B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7A4E940" w14:textId="77777777" w:rsidR="006E3E3B" w:rsidRDefault="006E3E3B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C94EAA1" w14:textId="77777777" w:rsidR="006E3E3B" w:rsidRDefault="006E3E3B">
            <w:pPr>
              <w:spacing w:after="0"/>
            </w:pPr>
          </w:p>
        </w:tc>
      </w:tr>
      <w:tr w:rsidR="006E3E3B" w14:paraId="4B4766C7" w14:textId="77777777" w:rsidTr="006323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ED2F759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합계금액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E67EC71" w14:textId="77777777" w:rsidR="006E3E3B" w:rsidRDefault="006E3E3B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3E6A676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금액(한글)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28CB6A3" w14:textId="77777777" w:rsidR="006E3E3B" w:rsidRDefault="00000000">
            <w:pPr>
              <w:spacing w:after="0"/>
            </w:pPr>
            <w:r>
              <w:rPr>
                <w:color w:val="222222"/>
              </w:rPr>
              <w:t>금                         원정</w:t>
            </w:r>
          </w:p>
        </w:tc>
      </w:tr>
      <w:tr w:rsidR="006E3E3B" w14:paraId="3B5ECDD0" w14:textId="77777777" w:rsidTr="006323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0D3EB8C9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영수 사유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A43BE5A" w14:textId="77777777" w:rsidR="006E3E3B" w:rsidRDefault="006E3E3B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53EA5989" w14:textId="77777777" w:rsidR="006E3E3B" w:rsidRPr="00632363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632363">
              <w:rPr>
                <w:b/>
                <w:color w:val="333333"/>
                <w:sz w:val="18"/>
                <w:szCs w:val="18"/>
              </w:rPr>
              <w:t>서명 / 인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079CA9D" w14:textId="77777777" w:rsidR="006E3E3B" w:rsidRDefault="006E3E3B">
            <w:pPr>
              <w:spacing w:after="0"/>
            </w:pPr>
          </w:p>
        </w:tc>
      </w:tr>
    </w:tbl>
    <w:p w14:paraId="3F0A8A2A" w14:textId="77777777" w:rsidR="006E3E3B" w:rsidRDefault="00000000">
      <w:pPr>
        <w:spacing w:before="40" w:after="0"/>
        <w:jc w:val="center"/>
        <w:rPr>
          <w:lang w:eastAsia="ko-KR"/>
        </w:rPr>
      </w:pPr>
      <w:r>
        <w:rPr>
          <w:b/>
          <w:color w:val="333333"/>
          <w:lang w:eastAsia="ko-KR"/>
        </w:rPr>
        <w:t>위 금액을 정히 영수하였습니다.</w:t>
      </w:r>
    </w:p>
    <w:p w14:paraId="7173B4D3" w14:textId="55990055" w:rsidR="006E67DF" w:rsidRDefault="00000000" w:rsidP="006E67DF">
      <w:pPr>
        <w:spacing w:before="60" w:after="60"/>
        <w:jc w:val="center"/>
        <w:rPr>
          <w:color w:val="999999"/>
          <w:sz w:val="14"/>
          <w:lang w:eastAsia="ko-KR"/>
        </w:rPr>
      </w:pPr>
      <w:r>
        <w:rPr>
          <w:color w:val="999999"/>
          <w:sz w:val="14"/>
        </w:rPr>
        <w:t>✂  - - - - - - - - - - - - - - - - - - - - - - - - - - - - - - - - - - - -</w:t>
      </w:r>
    </w:p>
    <w:tbl>
      <w:tblPr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632363" w14:paraId="68A88833" w14:textId="77777777" w:rsidTr="005E3E63">
        <w:trPr>
          <w:trHeight w:hRule="exact" w:val="1080"/>
          <w:jc w:val="center"/>
        </w:trPr>
        <w:tc>
          <w:tcPr>
            <w:tcW w:w="5187" w:type="dxa"/>
            <w:vAlign w:val="center"/>
          </w:tcPr>
          <w:p w14:paraId="7C081292" w14:textId="77777777" w:rsidR="00632363" w:rsidRDefault="00632363" w:rsidP="005E3E63">
            <w:pPr>
              <w:spacing w:after="0"/>
            </w:pPr>
            <w:proofErr w:type="spellStart"/>
            <w:r>
              <w:rPr>
                <w:b/>
                <w:color w:val="555555"/>
              </w:rPr>
              <w:t>간이영수증</w:t>
            </w:r>
            <w:proofErr w:type="spellEnd"/>
          </w:p>
        </w:tc>
        <w:tc>
          <w:tcPr>
            <w:tcW w:w="5187" w:type="dxa"/>
            <w:vAlign w:val="center"/>
          </w:tcPr>
          <w:p w14:paraId="5CBD63BF" w14:textId="77777777" w:rsidR="00632363" w:rsidRDefault="00632363" w:rsidP="005E3E63">
            <w:pPr>
              <w:spacing w:after="0"/>
              <w:jc w:val="right"/>
            </w:pPr>
            <w:r>
              <w:rPr>
                <w:b/>
                <w:color w:val="111111"/>
                <w:sz w:val="37"/>
              </w:rPr>
              <w:t>영 수 증</w:t>
            </w:r>
          </w:p>
        </w:tc>
      </w:tr>
    </w:tbl>
    <w:p w14:paraId="247E095C" w14:textId="77777777" w:rsidR="00632363" w:rsidRPr="00632363" w:rsidRDefault="00632363" w:rsidP="00632363">
      <w:pPr>
        <w:spacing w:after="20"/>
        <w:ind w:right="150"/>
        <w:jc w:val="right"/>
        <w:rPr>
          <w:szCs w:val="16"/>
        </w:rPr>
      </w:pPr>
      <w:r w:rsidRPr="00632363">
        <w:rPr>
          <w:color w:val="666666"/>
          <w:szCs w:val="16"/>
        </w:rPr>
        <w:t xml:space="preserve">No. ______________    </w:t>
      </w:r>
      <w:proofErr w:type="spellStart"/>
      <w:proofErr w:type="gramStart"/>
      <w:r w:rsidRPr="00632363">
        <w:rPr>
          <w:color w:val="666666"/>
          <w:szCs w:val="16"/>
        </w:rPr>
        <w:t>작성일</w:t>
      </w:r>
      <w:proofErr w:type="spellEnd"/>
      <w:r w:rsidRPr="00632363">
        <w:rPr>
          <w:color w:val="666666"/>
          <w:szCs w:val="16"/>
        </w:rPr>
        <w:t xml:space="preserve">  20</w:t>
      </w:r>
      <w:proofErr w:type="gramEnd"/>
      <w:r w:rsidRPr="00632363">
        <w:rPr>
          <w:color w:val="666666"/>
          <w:szCs w:val="16"/>
        </w:rPr>
        <w:t xml:space="preserve">      년      월      일</w:t>
      </w:r>
    </w:p>
    <w:tbl>
      <w:tblPr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3164"/>
        <w:gridCol w:w="983"/>
        <w:gridCol w:w="1612"/>
        <w:gridCol w:w="1559"/>
        <w:gridCol w:w="265"/>
        <w:gridCol w:w="2492"/>
      </w:tblGrid>
      <w:tr w:rsidR="00632363" w14:paraId="1F874F57" w14:textId="77777777" w:rsidTr="005E3E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1239D96E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공급자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056FD9E" w14:textId="77777777" w:rsidR="00632363" w:rsidRDefault="00632363" w:rsidP="005E3E63">
            <w:pPr>
              <w:spacing w:after="0"/>
            </w:pPr>
            <w:proofErr w:type="spellStart"/>
            <w:r>
              <w:rPr>
                <w:color w:val="222222"/>
              </w:rPr>
              <w:t>상호</w:t>
            </w:r>
            <w:proofErr w:type="spellEnd"/>
            <w:r>
              <w:rPr>
                <w:color w:val="222222"/>
              </w:rPr>
              <w:t xml:space="preserve"> / </w:t>
            </w:r>
            <w:proofErr w:type="spellStart"/>
            <w:r>
              <w:rPr>
                <w:color w:val="222222"/>
              </w:rPr>
              <w:t>성명</w:t>
            </w:r>
            <w:proofErr w:type="spellEnd"/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344C7A21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사업자등록번호</w:t>
            </w:r>
            <w:proofErr w:type="spellEnd"/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4F614C2" w14:textId="77777777" w:rsidR="00632363" w:rsidRDefault="00632363" w:rsidP="005E3E63">
            <w:pPr>
              <w:spacing w:after="0"/>
            </w:pPr>
          </w:p>
        </w:tc>
      </w:tr>
      <w:tr w:rsidR="00632363" w14:paraId="590E36C7" w14:textId="77777777" w:rsidTr="005E3E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4FB6FA2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사업장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소재지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CF66813" w14:textId="77777777" w:rsidR="00632363" w:rsidRDefault="00632363" w:rsidP="005E3E63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74039304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업태</w:t>
            </w:r>
            <w:proofErr w:type="spellEnd"/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82BF2CB" w14:textId="77777777" w:rsidR="00632363" w:rsidRDefault="00632363" w:rsidP="005E3E63">
            <w:pPr>
              <w:spacing w:after="0"/>
            </w:pPr>
          </w:p>
        </w:tc>
      </w:tr>
      <w:tr w:rsidR="00632363" w14:paraId="4EBD41E4" w14:textId="77777777" w:rsidTr="005E3E63">
        <w:trPr>
          <w:trHeight w:hRule="exact" w:val="43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115852C0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대표자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46B5D28" w14:textId="77777777" w:rsidR="00632363" w:rsidRDefault="00632363" w:rsidP="005E3E63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5E16CFF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종목</w:t>
            </w:r>
            <w:proofErr w:type="spellEnd"/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41F4595" w14:textId="77777777" w:rsidR="00632363" w:rsidRDefault="00632363" w:rsidP="005E3E63">
            <w:pPr>
              <w:spacing w:after="0"/>
            </w:pPr>
          </w:p>
        </w:tc>
      </w:tr>
      <w:tr w:rsidR="00632363" w14:paraId="08F471D3" w14:textId="77777777" w:rsidTr="005E3E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D959CB9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공급받는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 xml:space="preserve"> 자</w:t>
            </w:r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FAA3753" w14:textId="77777777" w:rsidR="00632363" w:rsidRDefault="00632363" w:rsidP="005E3E63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0196E5A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연락처</w:t>
            </w:r>
            <w:proofErr w:type="spellEnd"/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AAB4EA2" w14:textId="77777777" w:rsidR="00632363" w:rsidRDefault="00632363" w:rsidP="005E3E63">
            <w:pPr>
              <w:spacing w:after="0"/>
            </w:pPr>
          </w:p>
        </w:tc>
      </w:tr>
      <w:tr w:rsidR="00632363" w14:paraId="6A2ED5F2" w14:textId="77777777" w:rsidTr="005E3E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24BF5E61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영수금액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C9487F4" w14:textId="77777777" w:rsidR="00632363" w:rsidRPr="00632363" w:rsidRDefault="00632363" w:rsidP="005E3E63">
            <w:pPr>
              <w:spacing w:after="0"/>
              <w:rPr>
                <w:sz w:val="18"/>
                <w:szCs w:val="18"/>
              </w:rPr>
            </w:pPr>
            <w:r w:rsidRPr="00632363">
              <w:rPr>
                <w:b/>
                <w:color w:val="222222"/>
                <w:sz w:val="18"/>
                <w:szCs w:val="18"/>
              </w:rPr>
              <w:t>₩</w:t>
            </w: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93077E1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지급방법</w:t>
            </w:r>
            <w:proofErr w:type="spellEnd"/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373BD37" w14:textId="77777777" w:rsidR="00632363" w:rsidRDefault="00632363" w:rsidP="005E3E63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5"/>
                <w:lang w:eastAsia="ko-KR"/>
              </w:rPr>
              <w:t xml:space="preserve">□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현금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이체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</w:t>
            </w:r>
            <w:proofErr w:type="gramStart"/>
            <w:r w:rsidRPr="00632363">
              <w:rPr>
                <w:color w:val="222222"/>
                <w:szCs w:val="16"/>
                <w:lang w:eastAsia="ko-KR"/>
              </w:rPr>
              <w:t>카드  □</w:t>
            </w:r>
            <w:proofErr w:type="gramEnd"/>
            <w:r w:rsidRPr="00632363">
              <w:rPr>
                <w:color w:val="222222"/>
                <w:szCs w:val="16"/>
                <w:lang w:eastAsia="ko-KR"/>
              </w:rPr>
              <w:t xml:space="preserve"> 기타</w:t>
            </w:r>
          </w:p>
        </w:tc>
      </w:tr>
      <w:tr w:rsidR="00632363" w14:paraId="21042850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21D2A57E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품목</w:t>
            </w:r>
            <w:proofErr w:type="spellEnd"/>
            <w:r w:rsidRPr="00632363">
              <w:rPr>
                <w:b/>
                <w:color w:val="222222"/>
                <w:sz w:val="18"/>
                <w:szCs w:val="18"/>
              </w:rPr>
              <w:t xml:space="preserve"> / </w:t>
            </w: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2923A0ED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수량</w:t>
            </w:r>
            <w:proofErr w:type="spellEnd"/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56E168E1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단가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20817634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금액</w:t>
            </w:r>
            <w:proofErr w:type="spellEnd"/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E5E5E5"/>
            <w:vAlign w:val="center"/>
          </w:tcPr>
          <w:p w14:paraId="21A0630A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222222"/>
                <w:sz w:val="18"/>
                <w:szCs w:val="18"/>
              </w:rPr>
              <w:t>비고</w:t>
            </w:r>
            <w:proofErr w:type="spellEnd"/>
          </w:p>
        </w:tc>
      </w:tr>
      <w:tr w:rsidR="00632363" w14:paraId="6E0EC124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78B48F3" w14:textId="77777777" w:rsidR="00632363" w:rsidRDefault="00632363" w:rsidP="005E3E63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57A5B7B" w14:textId="77777777" w:rsidR="00632363" w:rsidRDefault="00632363" w:rsidP="005E3E63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2146947" w14:textId="77777777" w:rsidR="00632363" w:rsidRDefault="00632363" w:rsidP="005E3E63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417C2B4" w14:textId="77777777" w:rsidR="00632363" w:rsidRDefault="00632363" w:rsidP="005E3E63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E953B3F" w14:textId="77777777" w:rsidR="00632363" w:rsidRDefault="00632363" w:rsidP="005E3E63">
            <w:pPr>
              <w:spacing w:after="0"/>
            </w:pPr>
          </w:p>
        </w:tc>
      </w:tr>
      <w:tr w:rsidR="00632363" w14:paraId="24CFAB9D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7147997" w14:textId="77777777" w:rsidR="00632363" w:rsidRDefault="00632363" w:rsidP="005E3E63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78964E7" w14:textId="77777777" w:rsidR="00632363" w:rsidRDefault="00632363" w:rsidP="005E3E63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CF0E3F5" w14:textId="77777777" w:rsidR="00632363" w:rsidRDefault="00632363" w:rsidP="005E3E63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0661986" w14:textId="77777777" w:rsidR="00632363" w:rsidRDefault="00632363" w:rsidP="005E3E63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7EE1CB3" w14:textId="77777777" w:rsidR="00632363" w:rsidRDefault="00632363" w:rsidP="005E3E63">
            <w:pPr>
              <w:spacing w:after="0"/>
            </w:pPr>
          </w:p>
        </w:tc>
      </w:tr>
      <w:tr w:rsidR="00632363" w14:paraId="52B438A2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DF75C6F" w14:textId="77777777" w:rsidR="00632363" w:rsidRDefault="00632363" w:rsidP="005E3E63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25A1E338" w14:textId="77777777" w:rsidR="00632363" w:rsidRDefault="00632363" w:rsidP="005E3E63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E96AD77" w14:textId="77777777" w:rsidR="00632363" w:rsidRDefault="00632363" w:rsidP="005E3E63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5898B12" w14:textId="77777777" w:rsidR="00632363" w:rsidRDefault="00632363" w:rsidP="005E3E63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8A8E70B" w14:textId="77777777" w:rsidR="00632363" w:rsidRDefault="00632363" w:rsidP="005E3E63">
            <w:pPr>
              <w:spacing w:after="0"/>
            </w:pPr>
          </w:p>
        </w:tc>
      </w:tr>
      <w:tr w:rsidR="00632363" w14:paraId="3F1E6FA8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6ED7C0F" w14:textId="77777777" w:rsidR="00632363" w:rsidRDefault="00632363" w:rsidP="005E3E63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FBD4A27" w14:textId="77777777" w:rsidR="00632363" w:rsidRDefault="00632363" w:rsidP="005E3E63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BD299ED" w14:textId="77777777" w:rsidR="00632363" w:rsidRDefault="00632363" w:rsidP="005E3E63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967F82F" w14:textId="77777777" w:rsidR="00632363" w:rsidRDefault="00632363" w:rsidP="005E3E63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64A8E9CE" w14:textId="77777777" w:rsidR="00632363" w:rsidRDefault="00632363" w:rsidP="005E3E63">
            <w:pPr>
              <w:spacing w:after="0"/>
            </w:pPr>
          </w:p>
        </w:tc>
      </w:tr>
      <w:tr w:rsidR="00632363" w14:paraId="6C3BE335" w14:textId="77777777" w:rsidTr="005E3E63">
        <w:trPr>
          <w:trHeight w:hRule="exact" w:val="411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0DAE687C" w14:textId="77777777" w:rsidR="00632363" w:rsidRDefault="00632363" w:rsidP="005E3E63">
            <w:pPr>
              <w:spacing w:after="0"/>
            </w:pPr>
          </w:p>
        </w:tc>
        <w:tc>
          <w:tcPr>
            <w:tcW w:w="983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76EB1876" w14:textId="77777777" w:rsidR="00632363" w:rsidRDefault="00632363" w:rsidP="005E3E63">
            <w:pPr>
              <w:spacing w:after="0"/>
            </w:pPr>
          </w:p>
        </w:tc>
        <w:tc>
          <w:tcPr>
            <w:tcW w:w="161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41668A5" w14:textId="77777777" w:rsidR="00632363" w:rsidRDefault="00632363" w:rsidP="005E3E63">
            <w:pPr>
              <w:spacing w:after="0"/>
            </w:pPr>
          </w:p>
        </w:tc>
        <w:tc>
          <w:tcPr>
            <w:tcW w:w="1824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5AB94C7E" w14:textId="77777777" w:rsidR="00632363" w:rsidRDefault="00632363" w:rsidP="005E3E63">
            <w:pPr>
              <w:spacing w:after="0"/>
            </w:pPr>
          </w:p>
        </w:tc>
        <w:tc>
          <w:tcPr>
            <w:tcW w:w="2492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1B873B7" w14:textId="77777777" w:rsidR="00632363" w:rsidRDefault="00632363" w:rsidP="005E3E63">
            <w:pPr>
              <w:spacing w:after="0"/>
            </w:pPr>
          </w:p>
        </w:tc>
      </w:tr>
      <w:tr w:rsidR="00632363" w14:paraId="19F9A094" w14:textId="77777777" w:rsidTr="005E3E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50885D24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합계금액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A6A15B5" w14:textId="77777777" w:rsidR="00632363" w:rsidRDefault="00632363" w:rsidP="005E3E63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72CF7C3F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금액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>(</w:t>
            </w: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한글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>)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1CDE5F45" w14:textId="77777777" w:rsidR="00632363" w:rsidRDefault="00632363" w:rsidP="005E3E63">
            <w:pPr>
              <w:spacing w:after="0"/>
            </w:pPr>
            <w:r>
              <w:rPr>
                <w:color w:val="222222"/>
              </w:rPr>
              <w:t xml:space="preserve">금                         </w:t>
            </w:r>
            <w:proofErr w:type="spellStart"/>
            <w:r>
              <w:rPr>
                <w:color w:val="222222"/>
              </w:rPr>
              <w:t>원정</w:t>
            </w:r>
            <w:proofErr w:type="spellEnd"/>
          </w:p>
        </w:tc>
      </w:tr>
      <w:tr w:rsidR="00632363" w14:paraId="024674EE" w14:textId="77777777" w:rsidTr="005E3E63">
        <w:trPr>
          <w:trHeight w:hRule="exact" w:val="450"/>
          <w:jc w:val="center"/>
        </w:trPr>
        <w:tc>
          <w:tcPr>
            <w:tcW w:w="3164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1891FE52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영수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사유</w:t>
            </w:r>
            <w:proofErr w:type="spellEnd"/>
          </w:p>
        </w:tc>
        <w:tc>
          <w:tcPr>
            <w:tcW w:w="2595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33D65E3D" w14:textId="77777777" w:rsidR="00632363" w:rsidRDefault="00632363" w:rsidP="005E3E63">
            <w:pPr>
              <w:spacing w:after="0"/>
            </w:pPr>
          </w:p>
        </w:tc>
        <w:tc>
          <w:tcPr>
            <w:tcW w:w="1559" w:type="dxa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shd w:val="clear" w:color="auto" w:fill="F0F0F0"/>
            <w:vAlign w:val="center"/>
          </w:tcPr>
          <w:p w14:paraId="41EA2AD1" w14:textId="77777777" w:rsidR="00632363" w:rsidRPr="00632363" w:rsidRDefault="00632363" w:rsidP="005E3E6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32363">
              <w:rPr>
                <w:b/>
                <w:color w:val="333333"/>
                <w:sz w:val="18"/>
                <w:szCs w:val="18"/>
              </w:rPr>
              <w:t>서명</w:t>
            </w:r>
            <w:proofErr w:type="spellEnd"/>
            <w:r w:rsidRPr="00632363">
              <w:rPr>
                <w:b/>
                <w:color w:val="333333"/>
                <w:sz w:val="18"/>
                <w:szCs w:val="18"/>
              </w:rPr>
              <w:t xml:space="preserve"> / 인</w:t>
            </w:r>
          </w:p>
        </w:tc>
        <w:tc>
          <w:tcPr>
            <w:tcW w:w="2757" w:type="dxa"/>
            <w:gridSpan w:val="2"/>
            <w:tcBorders>
              <w:top w:val="single" w:sz="5" w:space="0" w:color="B7BDC5"/>
              <w:left w:val="single" w:sz="5" w:space="0" w:color="B7BDC5"/>
              <w:bottom w:val="single" w:sz="5" w:space="0" w:color="B7BDC5"/>
              <w:right w:val="single" w:sz="5" w:space="0" w:color="B7BDC5"/>
            </w:tcBorders>
            <w:vAlign w:val="center"/>
          </w:tcPr>
          <w:p w14:paraId="4F7979E7" w14:textId="77777777" w:rsidR="00632363" w:rsidRDefault="00632363" w:rsidP="005E3E63">
            <w:pPr>
              <w:spacing w:after="0"/>
            </w:pPr>
          </w:p>
        </w:tc>
      </w:tr>
    </w:tbl>
    <w:p w14:paraId="61E487B9" w14:textId="77777777" w:rsidR="006E67DF" w:rsidRPr="006E67DF" w:rsidRDefault="006E67DF">
      <w:pPr>
        <w:spacing w:before="60" w:after="60"/>
        <w:jc w:val="center"/>
        <w:rPr>
          <w:lang w:eastAsia="ko-KR"/>
        </w:rPr>
      </w:pPr>
    </w:p>
    <w:sectPr w:rsidR="006E67DF" w:rsidRPr="006E67DF" w:rsidSect="006E67DF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1ACCE" w14:textId="77777777" w:rsidR="004C4CAD" w:rsidRDefault="004C4CAD" w:rsidP="006E67DF">
      <w:pPr>
        <w:spacing w:after="0" w:line="240" w:lineRule="auto"/>
      </w:pPr>
      <w:r>
        <w:separator/>
      </w:r>
    </w:p>
  </w:endnote>
  <w:endnote w:type="continuationSeparator" w:id="0">
    <w:p w14:paraId="677A8177" w14:textId="77777777" w:rsidR="004C4CAD" w:rsidRDefault="004C4CAD" w:rsidP="006E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1A31" w14:textId="77777777" w:rsidR="004C4CAD" w:rsidRDefault="004C4CAD" w:rsidP="006E67DF">
      <w:pPr>
        <w:spacing w:after="0" w:line="240" w:lineRule="auto"/>
      </w:pPr>
      <w:r>
        <w:separator/>
      </w:r>
    </w:p>
  </w:footnote>
  <w:footnote w:type="continuationSeparator" w:id="0">
    <w:p w14:paraId="709C38B3" w14:textId="77777777" w:rsidR="004C4CAD" w:rsidRDefault="004C4CAD" w:rsidP="006E6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17037">
    <w:abstractNumId w:val="8"/>
  </w:num>
  <w:num w:numId="2" w16cid:durableId="1527865400">
    <w:abstractNumId w:val="6"/>
  </w:num>
  <w:num w:numId="3" w16cid:durableId="1723409895">
    <w:abstractNumId w:val="5"/>
  </w:num>
  <w:num w:numId="4" w16cid:durableId="2049986646">
    <w:abstractNumId w:val="4"/>
  </w:num>
  <w:num w:numId="5" w16cid:durableId="1985969614">
    <w:abstractNumId w:val="7"/>
  </w:num>
  <w:num w:numId="6" w16cid:durableId="1044450395">
    <w:abstractNumId w:val="3"/>
  </w:num>
  <w:num w:numId="7" w16cid:durableId="2105882215">
    <w:abstractNumId w:val="2"/>
  </w:num>
  <w:num w:numId="8" w16cid:durableId="381485562">
    <w:abstractNumId w:val="1"/>
  </w:num>
  <w:num w:numId="9" w16cid:durableId="178908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F4C"/>
    <w:rsid w:val="0029639D"/>
    <w:rsid w:val="00326F90"/>
    <w:rsid w:val="00335901"/>
    <w:rsid w:val="004C4CAD"/>
    <w:rsid w:val="00632363"/>
    <w:rsid w:val="006E3E3B"/>
    <w:rsid w:val="006E67DF"/>
    <w:rsid w:val="00AA1D8D"/>
    <w:rsid w:val="00B47730"/>
    <w:rsid w:val="00CB0664"/>
    <w:rsid w:val="00F541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BB2A81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2026-09-03T10:30:00Z</dcterms:modified>
  <cp:category/>
</cp:coreProperties>
</file>