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19953" w14:textId="77777777" w:rsidR="004B1382" w:rsidRPr="004B1382" w:rsidRDefault="004B1382">
      <w:pPr>
        <w:rPr>
          <w:sz w:val="16"/>
          <w:szCs w:val="16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6236"/>
      </w:tblGrid>
      <w:tr w:rsidR="00080D32" w14:paraId="41B57694" w14:textId="77777777">
        <w:trPr>
          <w:jc w:val="center"/>
        </w:trPr>
        <w:tc>
          <w:tcPr>
            <w:tcW w:w="3969" w:type="dxa"/>
          </w:tcPr>
          <w:p w14:paraId="3308B833" w14:textId="77777777" w:rsidR="00080D32" w:rsidRDefault="00000000">
            <w:r>
              <w:rPr>
                <w:b/>
                <w:color w:val="315FC7"/>
                <w:sz w:val="20"/>
              </w:rPr>
              <w:t>LEAVE REQUEST</w:t>
            </w:r>
          </w:p>
        </w:tc>
        <w:tc>
          <w:tcPr>
            <w:tcW w:w="6236" w:type="dxa"/>
          </w:tcPr>
          <w:p w14:paraId="708F3A1E" w14:textId="77777777" w:rsidR="00080D32" w:rsidRDefault="00000000">
            <w:pPr>
              <w:jc w:val="right"/>
            </w:pPr>
            <w:r>
              <w:rPr>
                <w:b/>
                <w:sz w:val="48"/>
              </w:rPr>
              <w:t>휴가신청서</w:t>
            </w:r>
          </w:p>
        </w:tc>
      </w:tr>
    </w:tbl>
    <w:p w14:paraId="6992D1F9" w14:textId="77777777" w:rsidR="00080D32" w:rsidRDefault="00000000">
      <w:pPr>
        <w:spacing w:after="140"/>
        <w:rPr>
          <w:lang w:eastAsia="ko-KR"/>
        </w:rPr>
      </w:pPr>
      <w:r>
        <w:rPr>
          <w:color w:val="5F6B7C"/>
          <w:sz w:val="17"/>
          <w:lang w:eastAsia="ko-KR"/>
        </w:rPr>
        <w:t>휴가 사용 일정과 업무 인수인계 및 승인 내용을 한 문서에 정리하는 사내 신청용 서식</w:t>
      </w:r>
    </w:p>
    <w:p w14:paraId="408E1EDD" w14:textId="77777777" w:rsidR="00080D32" w:rsidRDefault="00000000">
      <w:pPr>
        <w:spacing w:before="120" w:after="60"/>
      </w:pPr>
      <w:r>
        <w:rPr>
          <w:b/>
          <w:color w:val="315FC7"/>
          <w:sz w:val="22"/>
        </w:rPr>
        <w:t xml:space="preserve">01 </w:t>
      </w:r>
      <w:proofErr w:type="spellStart"/>
      <w:r>
        <w:rPr>
          <w:b/>
          <w:color w:val="315FC7"/>
          <w:sz w:val="22"/>
        </w:rPr>
        <w:t>신청자</w:t>
      </w:r>
      <w:proofErr w:type="spellEnd"/>
      <w:r>
        <w:rPr>
          <w:b/>
          <w:color w:val="315FC7"/>
          <w:sz w:val="22"/>
        </w:rPr>
        <w:t xml:space="preserve"> </w:t>
      </w:r>
      <w:proofErr w:type="spellStart"/>
      <w:r>
        <w:rPr>
          <w:b/>
          <w:color w:val="315FC7"/>
          <w:sz w:val="22"/>
        </w:rPr>
        <w:t>정보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402"/>
        <w:gridCol w:w="1701"/>
        <w:gridCol w:w="3402"/>
      </w:tblGrid>
      <w:tr w:rsidR="00080D32" w14:paraId="2C03BBEB" w14:textId="77777777">
        <w:trPr>
          <w:jc w:val="center"/>
        </w:trPr>
        <w:tc>
          <w:tcPr>
            <w:tcW w:w="1701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CE7F7"/>
            <w:vAlign w:val="center"/>
          </w:tcPr>
          <w:p w14:paraId="2742E339" w14:textId="77777777" w:rsidR="00080D32" w:rsidRDefault="00000000">
            <w:pPr>
              <w:spacing w:after="0"/>
              <w:jc w:val="center"/>
            </w:pPr>
            <w:r>
              <w:rPr>
                <w:b/>
                <w:color w:val="2F5F9F"/>
              </w:rPr>
              <w:t>성명</w:t>
            </w:r>
          </w:p>
        </w:tc>
        <w:tc>
          <w:tcPr>
            <w:tcW w:w="3402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vAlign w:val="center"/>
          </w:tcPr>
          <w:p w14:paraId="4C13BA81" w14:textId="77777777" w:rsidR="00080D32" w:rsidRDefault="00080D32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CE7F7"/>
            <w:vAlign w:val="center"/>
          </w:tcPr>
          <w:p w14:paraId="2BE6B491" w14:textId="77777777" w:rsidR="00080D32" w:rsidRDefault="00000000">
            <w:pPr>
              <w:spacing w:after="0"/>
              <w:jc w:val="center"/>
            </w:pPr>
            <w:r>
              <w:rPr>
                <w:b/>
                <w:color w:val="2F5F9F"/>
              </w:rPr>
              <w:t>소속 / 직위</w:t>
            </w:r>
          </w:p>
        </w:tc>
        <w:tc>
          <w:tcPr>
            <w:tcW w:w="3402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vAlign w:val="center"/>
          </w:tcPr>
          <w:p w14:paraId="4CA9E003" w14:textId="77777777" w:rsidR="00080D32" w:rsidRDefault="00080D32">
            <w:pPr>
              <w:spacing w:after="0"/>
              <w:jc w:val="center"/>
            </w:pPr>
          </w:p>
        </w:tc>
      </w:tr>
      <w:tr w:rsidR="00080D32" w14:paraId="576A1AA1" w14:textId="77777777">
        <w:trPr>
          <w:jc w:val="center"/>
        </w:trPr>
        <w:tc>
          <w:tcPr>
            <w:tcW w:w="1701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CE7F7"/>
            <w:vAlign w:val="center"/>
          </w:tcPr>
          <w:p w14:paraId="264CDE45" w14:textId="77777777" w:rsidR="00080D32" w:rsidRDefault="00000000">
            <w:pPr>
              <w:spacing w:after="0"/>
              <w:jc w:val="center"/>
            </w:pPr>
            <w:r>
              <w:rPr>
                <w:b/>
                <w:color w:val="2F5F9F"/>
              </w:rPr>
              <w:t>사번 (선택)</w:t>
            </w:r>
          </w:p>
        </w:tc>
        <w:tc>
          <w:tcPr>
            <w:tcW w:w="3402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vAlign w:val="center"/>
          </w:tcPr>
          <w:p w14:paraId="6DF7C3DF" w14:textId="77777777" w:rsidR="00080D32" w:rsidRDefault="00080D32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CE7F7"/>
            <w:vAlign w:val="center"/>
          </w:tcPr>
          <w:p w14:paraId="552234CD" w14:textId="77777777" w:rsidR="00080D32" w:rsidRDefault="00000000">
            <w:pPr>
              <w:spacing w:after="0"/>
              <w:jc w:val="center"/>
            </w:pPr>
            <w:r>
              <w:rPr>
                <w:b/>
                <w:color w:val="2F5F9F"/>
              </w:rPr>
              <w:t>연락처 (선택)</w:t>
            </w:r>
          </w:p>
        </w:tc>
        <w:tc>
          <w:tcPr>
            <w:tcW w:w="3402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vAlign w:val="center"/>
          </w:tcPr>
          <w:p w14:paraId="1C5080CE" w14:textId="77777777" w:rsidR="00080D32" w:rsidRDefault="00080D32">
            <w:pPr>
              <w:spacing w:after="0"/>
              <w:jc w:val="center"/>
            </w:pPr>
          </w:p>
        </w:tc>
      </w:tr>
    </w:tbl>
    <w:p w14:paraId="1C8C6A62" w14:textId="77777777" w:rsidR="00080D32" w:rsidRDefault="00000000">
      <w:pPr>
        <w:spacing w:before="120" w:after="60"/>
      </w:pPr>
      <w:r>
        <w:rPr>
          <w:b/>
          <w:color w:val="315FC7"/>
          <w:sz w:val="22"/>
        </w:rPr>
        <w:t>02 휴가 신청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969"/>
        <w:gridCol w:w="1701"/>
        <w:gridCol w:w="2835"/>
      </w:tblGrid>
      <w:tr w:rsidR="00080D32" w14:paraId="7D08D3F7" w14:textId="77777777">
        <w:trPr>
          <w:jc w:val="center"/>
        </w:trPr>
        <w:tc>
          <w:tcPr>
            <w:tcW w:w="1701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CE7F7"/>
            <w:vAlign w:val="center"/>
          </w:tcPr>
          <w:p w14:paraId="51D9E78D" w14:textId="77777777" w:rsidR="00080D32" w:rsidRDefault="00000000">
            <w:pPr>
              <w:spacing w:after="0"/>
              <w:jc w:val="center"/>
            </w:pPr>
            <w:r>
              <w:rPr>
                <w:b/>
                <w:color w:val="2F5F9F"/>
              </w:rPr>
              <w:t>휴가 구분</w:t>
            </w:r>
          </w:p>
        </w:tc>
        <w:tc>
          <w:tcPr>
            <w:tcW w:w="8505" w:type="dxa"/>
            <w:gridSpan w:val="3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vAlign w:val="center"/>
          </w:tcPr>
          <w:p w14:paraId="2F94DDAC" w14:textId="77777777" w:rsidR="00080D32" w:rsidRDefault="00000000">
            <w:pPr>
              <w:spacing w:after="0"/>
              <w:rPr>
                <w:lang w:eastAsia="ko-KR"/>
              </w:rPr>
            </w:pPr>
            <w:r>
              <w:rPr>
                <w:color w:val="222222"/>
                <w:sz w:val="17"/>
                <w:lang w:eastAsia="ko-KR"/>
              </w:rPr>
              <w:t>□ 연차   □ 오전 반차   □ 오후 반차   □ 병가   □ 경조휴가   □ 기타</w:t>
            </w:r>
          </w:p>
        </w:tc>
      </w:tr>
      <w:tr w:rsidR="00080D32" w14:paraId="3CD2BEB6" w14:textId="77777777">
        <w:trPr>
          <w:jc w:val="center"/>
        </w:trPr>
        <w:tc>
          <w:tcPr>
            <w:tcW w:w="1701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CE7F7"/>
            <w:vAlign w:val="center"/>
          </w:tcPr>
          <w:p w14:paraId="56B8ABAE" w14:textId="77777777" w:rsidR="00080D32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2F5F9F"/>
              </w:rPr>
              <w:t>휴가</w:t>
            </w:r>
            <w:proofErr w:type="spellEnd"/>
            <w:r>
              <w:rPr>
                <w:b/>
                <w:color w:val="2F5F9F"/>
              </w:rPr>
              <w:t xml:space="preserve"> </w:t>
            </w:r>
            <w:proofErr w:type="spellStart"/>
            <w:r>
              <w:rPr>
                <w:b/>
                <w:color w:val="2F5F9F"/>
              </w:rPr>
              <w:t>기간</w:t>
            </w:r>
            <w:proofErr w:type="spellEnd"/>
          </w:p>
        </w:tc>
        <w:tc>
          <w:tcPr>
            <w:tcW w:w="396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vAlign w:val="center"/>
          </w:tcPr>
          <w:p w14:paraId="059F2348" w14:textId="77777777" w:rsidR="00080D32" w:rsidRDefault="00000000">
            <w:pPr>
              <w:spacing w:after="0"/>
              <w:jc w:val="center"/>
            </w:pPr>
            <w:r>
              <w:rPr>
                <w:color w:val="222222"/>
                <w:sz w:val="17"/>
              </w:rPr>
              <w:t>20    년    월    일   ~   20    년    월    일</w:t>
            </w:r>
          </w:p>
        </w:tc>
        <w:tc>
          <w:tcPr>
            <w:tcW w:w="1701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CE7F7"/>
            <w:vAlign w:val="center"/>
          </w:tcPr>
          <w:p w14:paraId="4519384E" w14:textId="77777777" w:rsidR="00080D32" w:rsidRDefault="00000000">
            <w:pPr>
              <w:spacing w:after="0"/>
              <w:jc w:val="center"/>
            </w:pPr>
            <w:r>
              <w:rPr>
                <w:b/>
                <w:color w:val="2F5F9F"/>
              </w:rPr>
              <w:t>사용 일수</w:t>
            </w:r>
          </w:p>
        </w:tc>
        <w:tc>
          <w:tcPr>
            <w:tcW w:w="2835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vAlign w:val="center"/>
          </w:tcPr>
          <w:p w14:paraId="7391D62F" w14:textId="77777777" w:rsidR="00080D32" w:rsidRDefault="00000000">
            <w:pPr>
              <w:spacing w:after="0"/>
              <w:jc w:val="center"/>
            </w:pPr>
            <w:r>
              <w:rPr>
                <w:color w:val="222222"/>
                <w:sz w:val="17"/>
              </w:rPr>
              <w:t xml:space="preserve">          일</w:t>
            </w:r>
          </w:p>
        </w:tc>
      </w:tr>
      <w:tr w:rsidR="00080D32" w14:paraId="570E1898" w14:textId="77777777">
        <w:trPr>
          <w:jc w:val="center"/>
        </w:trPr>
        <w:tc>
          <w:tcPr>
            <w:tcW w:w="1701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CE7F7"/>
            <w:vAlign w:val="center"/>
          </w:tcPr>
          <w:p w14:paraId="7BEB2CD9" w14:textId="77777777" w:rsidR="00080D32" w:rsidRDefault="00000000">
            <w:pPr>
              <w:spacing w:after="0"/>
              <w:jc w:val="center"/>
            </w:pPr>
            <w:r>
              <w:rPr>
                <w:b/>
                <w:color w:val="2F5F9F"/>
              </w:rPr>
              <w:t>사용 시간</w:t>
            </w:r>
          </w:p>
        </w:tc>
        <w:tc>
          <w:tcPr>
            <w:tcW w:w="396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vAlign w:val="center"/>
          </w:tcPr>
          <w:p w14:paraId="08246DC8" w14:textId="77777777" w:rsidR="00080D32" w:rsidRDefault="00000000">
            <w:pPr>
              <w:spacing w:after="0"/>
              <w:jc w:val="center"/>
            </w:pPr>
            <w:r>
              <w:rPr>
                <w:color w:val="222222"/>
                <w:sz w:val="17"/>
              </w:rPr>
              <w:t>:          ~          :</w:t>
            </w:r>
          </w:p>
        </w:tc>
        <w:tc>
          <w:tcPr>
            <w:tcW w:w="1701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CE7F7"/>
            <w:vAlign w:val="center"/>
          </w:tcPr>
          <w:p w14:paraId="78944953" w14:textId="77777777" w:rsidR="00080D32" w:rsidRDefault="00000000">
            <w:pPr>
              <w:spacing w:after="0"/>
              <w:jc w:val="center"/>
            </w:pPr>
            <w:r>
              <w:rPr>
                <w:b/>
                <w:color w:val="2F5F9F"/>
              </w:rPr>
              <w:t>총 시간</w:t>
            </w:r>
          </w:p>
        </w:tc>
        <w:tc>
          <w:tcPr>
            <w:tcW w:w="2835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vAlign w:val="center"/>
          </w:tcPr>
          <w:p w14:paraId="6BCDF3C7" w14:textId="77777777" w:rsidR="00080D32" w:rsidRDefault="00000000">
            <w:pPr>
              <w:spacing w:after="0"/>
              <w:jc w:val="center"/>
            </w:pPr>
            <w:r>
              <w:rPr>
                <w:color w:val="222222"/>
                <w:sz w:val="17"/>
              </w:rPr>
              <w:t xml:space="preserve">          시간</w:t>
            </w:r>
          </w:p>
        </w:tc>
      </w:tr>
      <w:tr w:rsidR="00080D32" w14:paraId="4BBE9A8A" w14:textId="77777777">
        <w:trPr>
          <w:trHeight w:val="794"/>
          <w:jc w:val="center"/>
        </w:trPr>
        <w:tc>
          <w:tcPr>
            <w:tcW w:w="1701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CE7F7"/>
            <w:vAlign w:val="center"/>
          </w:tcPr>
          <w:p w14:paraId="52D2706F" w14:textId="77777777" w:rsidR="00080D32" w:rsidRDefault="00000000">
            <w:pPr>
              <w:spacing w:after="0"/>
              <w:jc w:val="center"/>
            </w:pPr>
            <w:r>
              <w:rPr>
                <w:b/>
                <w:color w:val="2F5F9F"/>
              </w:rPr>
              <w:t>휴가 사유</w:t>
            </w:r>
          </w:p>
        </w:tc>
        <w:tc>
          <w:tcPr>
            <w:tcW w:w="8505" w:type="dxa"/>
            <w:gridSpan w:val="3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vAlign w:val="center"/>
          </w:tcPr>
          <w:p w14:paraId="6E303DC5" w14:textId="77777777" w:rsidR="00080D32" w:rsidRDefault="00080D32">
            <w:pPr>
              <w:spacing w:after="0"/>
            </w:pPr>
          </w:p>
        </w:tc>
      </w:tr>
      <w:tr w:rsidR="00080D32" w14:paraId="05996098" w14:textId="77777777">
        <w:trPr>
          <w:trHeight w:val="567"/>
          <w:jc w:val="center"/>
        </w:trPr>
        <w:tc>
          <w:tcPr>
            <w:tcW w:w="1701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CE7F7"/>
            <w:vAlign w:val="center"/>
          </w:tcPr>
          <w:p w14:paraId="6A3B703B" w14:textId="77777777" w:rsidR="00080D32" w:rsidRDefault="00000000">
            <w:pPr>
              <w:spacing w:after="0"/>
              <w:jc w:val="center"/>
            </w:pPr>
            <w:r>
              <w:rPr>
                <w:b/>
                <w:color w:val="2F5F9F"/>
              </w:rPr>
              <w:t>휴가 중 연락처</w:t>
            </w:r>
            <w:r>
              <w:rPr>
                <w:b/>
                <w:color w:val="2F5F9F"/>
              </w:rPr>
              <w:br/>
              <w:t>(선택)</w:t>
            </w:r>
          </w:p>
        </w:tc>
        <w:tc>
          <w:tcPr>
            <w:tcW w:w="8505" w:type="dxa"/>
            <w:gridSpan w:val="3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vAlign w:val="center"/>
          </w:tcPr>
          <w:p w14:paraId="054D67F2" w14:textId="77777777" w:rsidR="00080D32" w:rsidRDefault="00080D32">
            <w:pPr>
              <w:spacing w:after="0"/>
            </w:pPr>
          </w:p>
        </w:tc>
      </w:tr>
      <w:tr w:rsidR="00080D32" w14:paraId="404EC2B0" w14:textId="77777777">
        <w:trPr>
          <w:trHeight w:val="567"/>
          <w:jc w:val="center"/>
        </w:trPr>
        <w:tc>
          <w:tcPr>
            <w:tcW w:w="1701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CE7F7"/>
            <w:vAlign w:val="center"/>
          </w:tcPr>
          <w:p w14:paraId="681B6B1A" w14:textId="77777777" w:rsidR="00080D32" w:rsidRDefault="00000000">
            <w:pPr>
              <w:spacing w:after="0"/>
              <w:jc w:val="center"/>
            </w:pPr>
            <w:r>
              <w:rPr>
                <w:b/>
                <w:color w:val="2F5F9F"/>
              </w:rPr>
              <w:t>비고</w:t>
            </w:r>
          </w:p>
        </w:tc>
        <w:tc>
          <w:tcPr>
            <w:tcW w:w="8505" w:type="dxa"/>
            <w:gridSpan w:val="3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vAlign w:val="center"/>
          </w:tcPr>
          <w:p w14:paraId="7EE8B403" w14:textId="77777777" w:rsidR="00080D32" w:rsidRDefault="00080D32">
            <w:pPr>
              <w:spacing w:after="0"/>
            </w:pPr>
          </w:p>
        </w:tc>
      </w:tr>
    </w:tbl>
    <w:p w14:paraId="288FAD7C" w14:textId="77777777" w:rsidR="00080D32" w:rsidRDefault="00000000">
      <w:pPr>
        <w:spacing w:before="120" w:after="60"/>
      </w:pPr>
      <w:r>
        <w:rPr>
          <w:b/>
          <w:color w:val="315FC7"/>
          <w:sz w:val="22"/>
        </w:rPr>
        <w:t>03 업무 인수인계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402"/>
        <w:gridCol w:w="1701"/>
        <w:gridCol w:w="3402"/>
      </w:tblGrid>
      <w:tr w:rsidR="00080D32" w14:paraId="691F9418" w14:textId="77777777">
        <w:trPr>
          <w:jc w:val="center"/>
        </w:trPr>
        <w:tc>
          <w:tcPr>
            <w:tcW w:w="1701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CE7F7"/>
            <w:vAlign w:val="center"/>
          </w:tcPr>
          <w:p w14:paraId="2AFF35D4" w14:textId="77777777" w:rsidR="00080D32" w:rsidRDefault="00000000">
            <w:pPr>
              <w:spacing w:after="0"/>
              <w:jc w:val="center"/>
            </w:pPr>
            <w:r>
              <w:rPr>
                <w:b/>
                <w:color w:val="2F5F9F"/>
              </w:rPr>
              <w:t>인수인계 담당자</w:t>
            </w:r>
          </w:p>
        </w:tc>
        <w:tc>
          <w:tcPr>
            <w:tcW w:w="3402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vAlign w:val="center"/>
          </w:tcPr>
          <w:p w14:paraId="1BC0E04F" w14:textId="77777777" w:rsidR="00080D32" w:rsidRDefault="00080D32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CE7F7"/>
            <w:vAlign w:val="center"/>
          </w:tcPr>
          <w:p w14:paraId="5169E574" w14:textId="77777777" w:rsidR="00080D32" w:rsidRDefault="00000000">
            <w:pPr>
              <w:spacing w:after="0"/>
              <w:jc w:val="center"/>
            </w:pPr>
            <w:r>
              <w:rPr>
                <w:b/>
                <w:color w:val="2F5F9F"/>
              </w:rPr>
              <w:t>연락처 (선택)</w:t>
            </w:r>
          </w:p>
        </w:tc>
        <w:tc>
          <w:tcPr>
            <w:tcW w:w="3402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vAlign w:val="center"/>
          </w:tcPr>
          <w:p w14:paraId="66947A2A" w14:textId="77777777" w:rsidR="00080D32" w:rsidRDefault="00080D32">
            <w:pPr>
              <w:spacing w:after="0"/>
              <w:jc w:val="center"/>
            </w:pPr>
          </w:p>
        </w:tc>
      </w:tr>
      <w:tr w:rsidR="00080D32" w14:paraId="4ACE558F" w14:textId="77777777">
        <w:trPr>
          <w:trHeight w:val="1134"/>
          <w:jc w:val="center"/>
        </w:trPr>
        <w:tc>
          <w:tcPr>
            <w:tcW w:w="1701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CE7F7"/>
            <w:vAlign w:val="center"/>
          </w:tcPr>
          <w:p w14:paraId="7B8139B4" w14:textId="77777777" w:rsidR="00080D32" w:rsidRDefault="00000000">
            <w:pPr>
              <w:spacing w:after="0"/>
              <w:jc w:val="center"/>
            </w:pPr>
            <w:r>
              <w:rPr>
                <w:b/>
                <w:color w:val="2F5F9F"/>
              </w:rPr>
              <w:t>인수인계 내용</w:t>
            </w:r>
          </w:p>
        </w:tc>
        <w:tc>
          <w:tcPr>
            <w:tcW w:w="8505" w:type="dxa"/>
            <w:gridSpan w:val="3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vAlign w:val="center"/>
          </w:tcPr>
          <w:p w14:paraId="278F9831" w14:textId="77777777" w:rsidR="00080D32" w:rsidRDefault="00080D32">
            <w:pPr>
              <w:spacing w:after="0"/>
            </w:pPr>
          </w:p>
        </w:tc>
      </w:tr>
      <w:tr w:rsidR="00080D32" w14:paraId="5D057576" w14:textId="77777777">
        <w:trPr>
          <w:trHeight w:val="907"/>
          <w:jc w:val="center"/>
        </w:trPr>
        <w:tc>
          <w:tcPr>
            <w:tcW w:w="1701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CE7F7"/>
            <w:vAlign w:val="center"/>
          </w:tcPr>
          <w:p w14:paraId="68B52CE8" w14:textId="77777777" w:rsidR="00080D32" w:rsidRDefault="00000000">
            <w:pPr>
              <w:spacing w:after="0"/>
              <w:jc w:val="center"/>
            </w:pPr>
            <w:r>
              <w:rPr>
                <w:b/>
                <w:color w:val="2F5F9F"/>
              </w:rPr>
              <w:t>추가 전달사항</w:t>
            </w:r>
          </w:p>
        </w:tc>
        <w:tc>
          <w:tcPr>
            <w:tcW w:w="8505" w:type="dxa"/>
            <w:gridSpan w:val="3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vAlign w:val="center"/>
          </w:tcPr>
          <w:p w14:paraId="0988B7F2" w14:textId="77777777" w:rsidR="00080D32" w:rsidRDefault="00080D32">
            <w:pPr>
              <w:spacing w:after="0"/>
            </w:pPr>
          </w:p>
        </w:tc>
      </w:tr>
    </w:tbl>
    <w:p w14:paraId="357812B3" w14:textId="77777777" w:rsidR="00080D32" w:rsidRDefault="00000000">
      <w:pPr>
        <w:spacing w:before="120" w:after="60"/>
      </w:pPr>
      <w:r>
        <w:rPr>
          <w:b/>
          <w:color w:val="315FC7"/>
          <w:sz w:val="22"/>
        </w:rPr>
        <w:t>04 신청 확인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402"/>
        <w:gridCol w:w="1701"/>
        <w:gridCol w:w="3402"/>
      </w:tblGrid>
      <w:tr w:rsidR="00080D32" w14:paraId="02933A59" w14:textId="77777777">
        <w:trPr>
          <w:jc w:val="center"/>
        </w:trPr>
        <w:tc>
          <w:tcPr>
            <w:tcW w:w="1701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CE7F7"/>
            <w:vAlign w:val="center"/>
          </w:tcPr>
          <w:p w14:paraId="5A7226E8" w14:textId="77777777" w:rsidR="00080D32" w:rsidRDefault="00000000">
            <w:pPr>
              <w:spacing w:after="0"/>
              <w:jc w:val="center"/>
            </w:pPr>
            <w:r>
              <w:rPr>
                <w:b/>
                <w:color w:val="2F5F9F"/>
              </w:rPr>
              <w:t>신청일</w:t>
            </w:r>
          </w:p>
        </w:tc>
        <w:tc>
          <w:tcPr>
            <w:tcW w:w="3402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vAlign w:val="center"/>
          </w:tcPr>
          <w:p w14:paraId="684B6FDD" w14:textId="77777777" w:rsidR="00080D32" w:rsidRDefault="00000000">
            <w:pPr>
              <w:spacing w:after="0"/>
              <w:jc w:val="center"/>
            </w:pPr>
            <w:r>
              <w:rPr>
                <w:color w:val="222222"/>
                <w:sz w:val="17"/>
              </w:rPr>
              <w:t>20    년    월    일</w:t>
            </w:r>
          </w:p>
        </w:tc>
        <w:tc>
          <w:tcPr>
            <w:tcW w:w="1701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CE7F7"/>
            <w:vAlign w:val="center"/>
          </w:tcPr>
          <w:p w14:paraId="310F6C78" w14:textId="77777777" w:rsidR="00080D32" w:rsidRDefault="00000000">
            <w:pPr>
              <w:spacing w:after="0"/>
              <w:jc w:val="center"/>
            </w:pPr>
            <w:r>
              <w:rPr>
                <w:b/>
                <w:color w:val="2F5F9F"/>
              </w:rPr>
              <w:t>신청인</w:t>
            </w:r>
          </w:p>
        </w:tc>
        <w:tc>
          <w:tcPr>
            <w:tcW w:w="3402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vAlign w:val="center"/>
          </w:tcPr>
          <w:p w14:paraId="37C102BF" w14:textId="77777777" w:rsidR="00080D32" w:rsidRDefault="00000000">
            <w:pPr>
              <w:spacing w:after="0"/>
              <w:jc w:val="center"/>
            </w:pPr>
            <w:r>
              <w:rPr>
                <w:color w:val="222222"/>
                <w:sz w:val="17"/>
              </w:rPr>
              <w:t>(서명)</w:t>
            </w:r>
          </w:p>
        </w:tc>
      </w:tr>
      <w:tr w:rsidR="00080D32" w14:paraId="0110CA40" w14:textId="77777777">
        <w:trPr>
          <w:jc w:val="center"/>
        </w:trPr>
        <w:tc>
          <w:tcPr>
            <w:tcW w:w="1701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CE7F7"/>
            <w:vAlign w:val="center"/>
          </w:tcPr>
          <w:p w14:paraId="65321D74" w14:textId="77777777" w:rsidR="00080D32" w:rsidRDefault="00000000">
            <w:pPr>
              <w:spacing w:after="0"/>
              <w:jc w:val="center"/>
            </w:pPr>
            <w:r>
              <w:rPr>
                <w:b/>
                <w:color w:val="2F5F9F"/>
              </w:rPr>
              <w:t>부서 확인</w:t>
            </w:r>
          </w:p>
        </w:tc>
        <w:tc>
          <w:tcPr>
            <w:tcW w:w="3402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vAlign w:val="center"/>
          </w:tcPr>
          <w:p w14:paraId="4EA0E307" w14:textId="77777777" w:rsidR="00080D32" w:rsidRDefault="00000000">
            <w:pPr>
              <w:spacing w:after="0"/>
              <w:jc w:val="center"/>
            </w:pPr>
            <w:r>
              <w:rPr>
                <w:color w:val="222222"/>
                <w:sz w:val="17"/>
              </w:rPr>
              <w:t>(서명)</w:t>
            </w:r>
          </w:p>
        </w:tc>
        <w:tc>
          <w:tcPr>
            <w:tcW w:w="1701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DCE7F7"/>
            <w:vAlign w:val="center"/>
          </w:tcPr>
          <w:p w14:paraId="0D326601" w14:textId="77777777" w:rsidR="00080D32" w:rsidRDefault="00000000">
            <w:pPr>
              <w:spacing w:after="0"/>
              <w:jc w:val="center"/>
            </w:pPr>
            <w:r>
              <w:rPr>
                <w:b/>
                <w:color w:val="2F5F9F"/>
              </w:rPr>
              <w:t>승인권자</w:t>
            </w:r>
          </w:p>
        </w:tc>
        <w:tc>
          <w:tcPr>
            <w:tcW w:w="3402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vAlign w:val="center"/>
          </w:tcPr>
          <w:p w14:paraId="617FDB66" w14:textId="77777777" w:rsidR="00080D32" w:rsidRDefault="00000000">
            <w:pPr>
              <w:spacing w:after="0"/>
              <w:jc w:val="center"/>
            </w:pPr>
            <w:r>
              <w:rPr>
                <w:color w:val="222222"/>
                <w:sz w:val="17"/>
              </w:rPr>
              <w:t>(서명)</w:t>
            </w:r>
          </w:p>
        </w:tc>
      </w:tr>
    </w:tbl>
    <w:p w14:paraId="7C2BA5D4" w14:textId="77777777" w:rsidR="00080D32" w:rsidRDefault="00000000">
      <w:pPr>
        <w:spacing w:before="120" w:after="60"/>
      </w:pPr>
      <w:r>
        <w:rPr>
          <w:b/>
          <w:color w:val="315FC7"/>
          <w:sz w:val="22"/>
        </w:rPr>
        <w:t>05 관리 메모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8050"/>
      </w:tblGrid>
      <w:tr w:rsidR="00080D32" w14:paraId="4994C4A9" w14:textId="77777777">
        <w:trPr>
          <w:trHeight w:val="1020"/>
          <w:jc w:val="center"/>
        </w:trPr>
        <w:tc>
          <w:tcPr>
            <w:tcW w:w="2154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4F1EC"/>
            <w:vAlign w:val="center"/>
          </w:tcPr>
          <w:p w14:paraId="3185B924" w14:textId="77777777" w:rsidR="00080D32" w:rsidRDefault="00000000">
            <w:pPr>
              <w:spacing w:after="0"/>
              <w:jc w:val="center"/>
            </w:pPr>
            <w:r>
              <w:rPr>
                <w:b/>
                <w:color w:val="377C73"/>
                <w:sz w:val="17"/>
              </w:rPr>
              <w:t>인사 / 근태 담당 메모</w:t>
            </w:r>
          </w:p>
        </w:tc>
        <w:tc>
          <w:tcPr>
            <w:tcW w:w="8050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vAlign w:val="center"/>
          </w:tcPr>
          <w:p w14:paraId="721C7A82" w14:textId="77777777" w:rsidR="00080D32" w:rsidRDefault="00080D32">
            <w:pPr>
              <w:spacing w:after="0"/>
            </w:pPr>
          </w:p>
        </w:tc>
      </w:tr>
    </w:tbl>
    <w:p w14:paraId="6B4975E9" w14:textId="77777777" w:rsidR="00080D32" w:rsidRDefault="00000000">
      <w:pPr>
        <w:spacing w:before="100" w:after="0"/>
        <w:rPr>
          <w:lang w:eastAsia="ko-KR"/>
        </w:rPr>
      </w:pPr>
      <w:r>
        <w:rPr>
          <w:color w:val="5F6978"/>
          <w:sz w:val="15"/>
          <w:lang w:eastAsia="ko-KR"/>
        </w:rPr>
        <w:t>※ 본 서식은 일반적인 사내 휴가 신청용 서식입니다. 실제 휴가 종류, 신청 시기 및 승인 절차는 회사 내부 규정을 확인하세요.</w:t>
      </w:r>
    </w:p>
    <w:sectPr w:rsidR="00080D32" w:rsidSect="00034616">
      <w:pgSz w:w="11906" w:h="16838"/>
      <w:pgMar w:top="794" w:right="850" w:bottom="68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71883963">
    <w:abstractNumId w:val="8"/>
  </w:num>
  <w:num w:numId="2" w16cid:durableId="1907259262">
    <w:abstractNumId w:val="6"/>
  </w:num>
  <w:num w:numId="3" w16cid:durableId="1882085888">
    <w:abstractNumId w:val="5"/>
  </w:num>
  <w:num w:numId="4" w16cid:durableId="1307592383">
    <w:abstractNumId w:val="4"/>
  </w:num>
  <w:num w:numId="5" w16cid:durableId="1206598183">
    <w:abstractNumId w:val="7"/>
  </w:num>
  <w:num w:numId="6" w16cid:durableId="271014658">
    <w:abstractNumId w:val="3"/>
  </w:num>
  <w:num w:numId="7" w16cid:durableId="1302347930">
    <w:abstractNumId w:val="2"/>
  </w:num>
  <w:num w:numId="8" w16cid:durableId="1792937022">
    <w:abstractNumId w:val="1"/>
  </w:num>
  <w:num w:numId="9" w16cid:durableId="1536239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0D32"/>
    <w:rsid w:val="0015074B"/>
    <w:rsid w:val="0029639D"/>
    <w:rsid w:val="00326F90"/>
    <w:rsid w:val="004B1382"/>
    <w:rsid w:val="00571DE5"/>
    <w:rsid w:val="00AA1D8D"/>
    <w:rsid w:val="00B155F4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D3BA2E"/>
  <w14:defaultImageDpi w14:val="300"/>
  <w15:docId w15:val="{202C1428-63AB-4846-9E68-15255A7D0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3</cp:revision>
  <dcterms:created xsi:type="dcterms:W3CDTF">2013-12-23T23:15:00Z</dcterms:created>
  <dcterms:modified xsi:type="dcterms:W3CDTF">2026-08-19T04:24:00Z</dcterms:modified>
  <cp:category/>
</cp:coreProperties>
</file>