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DE8794" w14:textId="77777777" w:rsidR="00334B04" w:rsidRPr="00334B04" w:rsidRDefault="00334B04">
      <w:pPr>
        <w:spacing w:after="140"/>
        <w:jc w:val="center"/>
        <w:rPr>
          <w:b/>
          <w:color w:val="000000"/>
          <w:sz w:val="16"/>
          <w:szCs w:val="16"/>
          <w:lang w:eastAsia="ko-KR"/>
        </w:rPr>
      </w:pPr>
    </w:p>
    <w:p w14:paraId="5768A752" w14:textId="5F2231D4" w:rsidR="004A3FB2" w:rsidRPr="00334B04" w:rsidRDefault="00000000">
      <w:pPr>
        <w:spacing w:after="140"/>
        <w:jc w:val="center"/>
        <w:rPr>
          <w:sz w:val="44"/>
          <w:szCs w:val="44"/>
        </w:rPr>
      </w:pPr>
      <w:proofErr w:type="spellStart"/>
      <w:r w:rsidRPr="00334B04">
        <w:rPr>
          <w:b/>
          <w:color w:val="000000"/>
          <w:sz w:val="44"/>
          <w:szCs w:val="44"/>
        </w:rPr>
        <w:t>휴가신청서</w:t>
      </w:r>
      <w:proofErr w:type="spellEnd"/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440"/>
        <w:gridCol w:w="1944"/>
        <w:gridCol w:w="1440"/>
        <w:gridCol w:w="1944"/>
        <w:gridCol w:w="1440"/>
        <w:gridCol w:w="1872"/>
      </w:tblGrid>
      <w:tr w:rsidR="004A3FB2" w14:paraId="2FC01C31" w14:textId="77777777">
        <w:trPr>
          <w:trHeight w:val="389"/>
          <w:jc w:val="center"/>
        </w:trPr>
        <w:tc>
          <w:tcPr>
            <w:tcW w:w="10080" w:type="dxa"/>
            <w:gridSpan w:val="6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2F2F2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64E7E81A" w14:textId="77777777" w:rsidR="004A3FB2" w:rsidRDefault="00000000">
            <w:pPr>
              <w:spacing w:after="0" w:line="240" w:lineRule="auto"/>
            </w:pPr>
            <w:r>
              <w:rPr>
                <w:b/>
                <w:color w:val="000000"/>
              </w:rPr>
              <w:t>신청자 정보</w:t>
            </w:r>
          </w:p>
        </w:tc>
      </w:tr>
      <w:tr w:rsidR="004A3FB2" w14:paraId="2A88A2E3" w14:textId="77777777">
        <w:trPr>
          <w:trHeight w:val="432"/>
          <w:jc w:val="center"/>
        </w:trPr>
        <w:tc>
          <w:tcPr>
            <w:tcW w:w="1440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2F2F2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7806491B" w14:textId="77777777" w:rsidR="004A3FB2" w:rsidRDefault="00000000">
            <w:pPr>
              <w:spacing w:after="0" w:line="240" w:lineRule="auto"/>
              <w:jc w:val="center"/>
            </w:pPr>
            <w:r>
              <w:rPr>
                <w:b/>
                <w:color w:val="000000"/>
                <w:sz w:val="16"/>
              </w:rPr>
              <w:t>신청일</w:t>
            </w:r>
          </w:p>
        </w:tc>
        <w:tc>
          <w:tcPr>
            <w:tcW w:w="1944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242F91B0" w14:textId="77777777" w:rsidR="004A3FB2" w:rsidRDefault="004A3FB2">
            <w:pPr>
              <w:spacing w:after="0" w:line="240" w:lineRule="auto"/>
            </w:pPr>
          </w:p>
        </w:tc>
        <w:tc>
          <w:tcPr>
            <w:tcW w:w="1440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2F2F2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4FF4D099" w14:textId="77777777" w:rsidR="004A3FB2" w:rsidRDefault="00000000">
            <w:pPr>
              <w:spacing w:after="0" w:line="240" w:lineRule="auto"/>
              <w:jc w:val="center"/>
            </w:pPr>
            <w:r>
              <w:rPr>
                <w:b/>
                <w:color w:val="000000"/>
                <w:sz w:val="16"/>
              </w:rPr>
              <w:t>부서</w:t>
            </w:r>
          </w:p>
        </w:tc>
        <w:tc>
          <w:tcPr>
            <w:tcW w:w="1944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7DF3583E" w14:textId="77777777" w:rsidR="004A3FB2" w:rsidRDefault="004A3FB2">
            <w:pPr>
              <w:spacing w:after="0" w:line="240" w:lineRule="auto"/>
            </w:pPr>
          </w:p>
        </w:tc>
        <w:tc>
          <w:tcPr>
            <w:tcW w:w="1440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2F2F2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7B8D3A7B" w14:textId="77777777" w:rsidR="004A3FB2" w:rsidRDefault="00000000">
            <w:pPr>
              <w:spacing w:after="0" w:line="240" w:lineRule="auto"/>
              <w:jc w:val="center"/>
            </w:pPr>
            <w:r>
              <w:rPr>
                <w:b/>
                <w:color w:val="000000"/>
                <w:sz w:val="16"/>
              </w:rPr>
              <w:t>사번</w:t>
            </w:r>
          </w:p>
        </w:tc>
        <w:tc>
          <w:tcPr>
            <w:tcW w:w="1872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7409798A" w14:textId="77777777" w:rsidR="004A3FB2" w:rsidRDefault="004A3FB2">
            <w:pPr>
              <w:spacing w:after="0" w:line="240" w:lineRule="auto"/>
            </w:pPr>
          </w:p>
        </w:tc>
      </w:tr>
      <w:tr w:rsidR="004A3FB2" w14:paraId="07D0A3DD" w14:textId="77777777">
        <w:trPr>
          <w:trHeight w:val="432"/>
          <w:jc w:val="center"/>
        </w:trPr>
        <w:tc>
          <w:tcPr>
            <w:tcW w:w="1440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2F2F2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56DDACC4" w14:textId="77777777" w:rsidR="004A3FB2" w:rsidRDefault="00000000">
            <w:pPr>
              <w:spacing w:after="0" w:line="240" w:lineRule="auto"/>
              <w:jc w:val="center"/>
            </w:pPr>
            <w:r>
              <w:rPr>
                <w:b/>
                <w:color w:val="000000"/>
                <w:sz w:val="16"/>
              </w:rPr>
              <w:t>성명</w:t>
            </w:r>
          </w:p>
        </w:tc>
        <w:tc>
          <w:tcPr>
            <w:tcW w:w="1944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1139ADED" w14:textId="77777777" w:rsidR="004A3FB2" w:rsidRDefault="004A3FB2">
            <w:pPr>
              <w:spacing w:after="0" w:line="240" w:lineRule="auto"/>
            </w:pPr>
          </w:p>
        </w:tc>
        <w:tc>
          <w:tcPr>
            <w:tcW w:w="1440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2F2F2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6CD224F4" w14:textId="77777777" w:rsidR="004A3FB2" w:rsidRDefault="00000000">
            <w:pPr>
              <w:spacing w:after="0" w:line="240" w:lineRule="auto"/>
              <w:jc w:val="center"/>
            </w:pPr>
            <w:r>
              <w:rPr>
                <w:b/>
                <w:color w:val="000000"/>
                <w:sz w:val="16"/>
              </w:rPr>
              <w:t>직급 또는 직책</w:t>
            </w:r>
          </w:p>
        </w:tc>
        <w:tc>
          <w:tcPr>
            <w:tcW w:w="1944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54E085E6" w14:textId="77777777" w:rsidR="004A3FB2" w:rsidRDefault="004A3FB2">
            <w:pPr>
              <w:spacing w:after="0" w:line="240" w:lineRule="auto"/>
            </w:pPr>
          </w:p>
        </w:tc>
        <w:tc>
          <w:tcPr>
            <w:tcW w:w="1440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2F2F2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447D99B4" w14:textId="77777777" w:rsidR="004A3FB2" w:rsidRDefault="00000000">
            <w:pPr>
              <w:spacing w:after="0" w:line="240" w:lineRule="auto"/>
              <w:jc w:val="center"/>
            </w:pPr>
            <w:r>
              <w:rPr>
                <w:b/>
                <w:color w:val="000000"/>
                <w:sz w:val="16"/>
              </w:rPr>
              <w:t>연락처</w:t>
            </w:r>
          </w:p>
        </w:tc>
        <w:tc>
          <w:tcPr>
            <w:tcW w:w="1872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217E5D5E" w14:textId="77777777" w:rsidR="004A3FB2" w:rsidRDefault="004A3FB2">
            <w:pPr>
              <w:spacing w:after="0" w:line="240" w:lineRule="auto"/>
            </w:pPr>
          </w:p>
        </w:tc>
      </w:tr>
      <w:tr w:rsidR="004A3FB2" w14:paraId="0D7AEF5B" w14:textId="77777777">
        <w:trPr>
          <w:trHeight w:val="389"/>
          <w:jc w:val="center"/>
        </w:trPr>
        <w:tc>
          <w:tcPr>
            <w:tcW w:w="10080" w:type="dxa"/>
            <w:gridSpan w:val="6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2F2F2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6A2AF80D" w14:textId="77777777" w:rsidR="004A3FB2" w:rsidRDefault="00000000">
            <w:pPr>
              <w:spacing w:after="0" w:line="240" w:lineRule="auto"/>
            </w:pPr>
            <w:r>
              <w:rPr>
                <w:b/>
                <w:color w:val="000000"/>
              </w:rPr>
              <w:t>휴가 사용 정보</w:t>
            </w:r>
          </w:p>
        </w:tc>
      </w:tr>
      <w:tr w:rsidR="004A3FB2" w14:paraId="3B60F0D8" w14:textId="77777777">
        <w:trPr>
          <w:trHeight w:val="461"/>
          <w:jc w:val="center"/>
        </w:trPr>
        <w:tc>
          <w:tcPr>
            <w:tcW w:w="1440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2F2F2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403D275D" w14:textId="77777777" w:rsidR="004A3FB2" w:rsidRDefault="00000000">
            <w:pPr>
              <w:spacing w:after="0" w:line="240" w:lineRule="auto"/>
              <w:jc w:val="center"/>
            </w:pPr>
            <w:r>
              <w:rPr>
                <w:b/>
                <w:color w:val="000000"/>
                <w:sz w:val="16"/>
              </w:rPr>
              <w:t>휴가 구분</w:t>
            </w:r>
          </w:p>
        </w:tc>
        <w:tc>
          <w:tcPr>
            <w:tcW w:w="3384" w:type="dxa"/>
            <w:gridSpan w:val="2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051BE232" w14:textId="77777777" w:rsidR="004A3FB2" w:rsidRDefault="00000000">
            <w:pPr>
              <w:spacing w:after="0" w:line="240" w:lineRule="auto"/>
              <w:rPr>
                <w:lang w:eastAsia="ko-KR"/>
              </w:rPr>
            </w:pPr>
            <w:r>
              <w:rPr>
                <w:color w:val="000000"/>
                <w:sz w:val="16"/>
                <w:lang w:eastAsia="ko-KR"/>
              </w:rPr>
              <w:t>연차, 반차, 시간휴가, 병가, 경조휴가, 공가, 포상휴가, 기타</w:t>
            </w:r>
          </w:p>
        </w:tc>
        <w:tc>
          <w:tcPr>
            <w:tcW w:w="1944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2F2F2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19C14F9D" w14:textId="77777777" w:rsidR="004A3FB2" w:rsidRDefault="00000000">
            <w:pPr>
              <w:spacing w:after="0" w:line="240" w:lineRule="auto"/>
              <w:jc w:val="center"/>
            </w:pPr>
            <w:proofErr w:type="spellStart"/>
            <w:r>
              <w:rPr>
                <w:b/>
                <w:color w:val="000000"/>
                <w:sz w:val="16"/>
              </w:rPr>
              <w:t>유급</w:t>
            </w:r>
            <w:proofErr w:type="spellEnd"/>
            <w:r>
              <w:rPr>
                <w:b/>
                <w:color w:val="000000"/>
                <w:sz w:val="16"/>
              </w:rPr>
              <w:t xml:space="preserve"> </w:t>
            </w:r>
            <w:proofErr w:type="spellStart"/>
            <w:r>
              <w:rPr>
                <w:b/>
                <w:color w:val="000000"/>
                <w:sz w:val="16"/>
              </w:rPr>
              <w:t>또는</w:t>
            </w:r>
            <w:proofErr w:type="spellEnd"/>
            <w:r>
              <w:rPr>
                <w:b/>
                <w:color w:val="000000"/>
                <w:sz w:val="16"/>
              </w:rPr>
              <w:t xml:space="preserve"> </w:t>
            </w:r>
            <w:proofErr w:type="spellStart"/>
            <w:r>
              <w:rPr>
                <w:b/>
                <w:color w:val="000000"/>
                <w:sz w:val="16"/>
              </w:rPr>
              <w:t>무급</w:t>
            </w:r>
            <w:proofErr w:type="spellEnd"/>
          </w:p>
        </w:tc>
        <w:tc>
          <w:tcPr>
            <w:tcW w:w="3312" w:type="dxa"/>
            <w:gridSpan w:val="2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2817FD66" w14:textId="77777777" w:rsidR="004A3FB2" w:rsidRDefault="004A3FB2">
            <w:pPr>
              <w:spacing w:after="0" w:line="240" w:lineRule="auto"/>
            </w:pPr>
          </w:p>
        </w:tc>
      </w:tr>
      <w:tr w:rsidR="004A3FB2" w14:paraId="337F45E0" w14:textId="77777777">
        <w:trPr>
          <w:trHeight w:val="490"/>
          <w:jc w:val="center"/>
        </w:trPr>
        <w:tc>
          <w:tcPr>
            <w:tcW w:w="1440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2F2F2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1104708E" w14:textId="77777777" w:rsidR="004A3FB2" w:rsidRDefault="00000000">
            <w:pPr>
              <w:spacing w:after="0" w:line="240" w:lineRule="auto"/>
              <w:jc w:val="center"/>
            </w:pPr>
            <w:r>
              <w:rPr>
                <w:b/>
                <w:color w:val="000000"/>
                <w:sz w:val="16"/>
              </w:rPr>
              <w:t>휴가 기간</w:t>
            </w:r>
          </w:p>
        </w:tc>
        <w:tc>
          <w:tcPr>
            <w:tcW w:w="8640" w:type="dxa"/>
            <w:gridSpan w:val="5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725EA224" w14:textId="77777777" w:rsidR="004A3FB2" w:rsidRDefault="00000000">
            <w:pPr>
              <w:spacing w:after="0" w:line="240" w:lineRule="auto"/>
              <w:rPr>
                <w:lang w:eastAsia="ko-KR"/>
              </w:rPr>
            </w:pPr>
            <w:r>
              <w:rPr>
                <w:color w:val="000000"/>
                <w:sz w:val="16"/>
                <w:lang w:eastAsia="ko-KR"/>
              </w:rPr>
              <w:t xml:space="preserve">20      년      월      일      </w:t>
            </w:r>
            <w:proofErr w:type="gramStart"/>
            <w:r>
              <w:rPr>
                <w:color w:val="000000"/>
                <w:sz w:val="16"/>
                <w:lang w:eastAsia="ko-KR"/>
              </w:rPr>
              <w:t>시  부터</w:t>
            </w:r>
            <w:proofErr w:type="gramEnd"/>
            <w:r>
              <w:rPr>
                <w:color w:val="000000"/>
                <w:sz w:val="16"/>
                <w:lang w:eastAsia="ko-KR"/>
              </w:rPr>
              <w:t xml:space="preserve">  20      년      월      일      </w:t>
            </w:r>
            <w:proofErr w:type="gramStart"/>
            <w:r>
              <w:rPr>
                <w:color w:val="000000"/>
                <w:sz w:val="16"/>
                <w:lang w:eastAsia="ko-KR"/>
              </w:rPr>
              <w:t>시  까지</w:t>
            </w:r>
            <w:proofErr w:type="gramEnd"/>
          </w:p>
        </w:tc>
      </w:tr>
      <w:tr w:rsidR="004A3FB2" w14:paraId="315A41CC" w14:textId="77777777">
        <w:trPr>
          <w:trHeight w:val="461"/>
          <w:jc w:val="center"/>
        </w:trPr>
        <w:tc>
          <w:tcPr>
            <w:tcW w:w="1440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2F2F2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34A87386" w14:textId="77777777" w:rsidR="004A3FB2" w:rsidRDefault="00000000">
            <w:pPr>
              <w:spacing w:after="0" w:line="240" w:lineRule="auto"/>
              <w:jc w:val="center"/>
            </w:pPr>
            <w:proofErr w:type="spellStart"/>
            <w:r>
              <w:rPr>
                <w:b/>
                <w:color w:val="000000"/>
                <w:sz w:val="16"/>
              </w:rPr>
              <w:t>사용</w:t>
            </w:r>
            <w:proofErr w:type="spellEnd"/>
            <w:r>
              <w:rPr>
                <w:b/>
                <w:color w:val="000000"/>
                <w:sz w:val="16"/>
              </w:rPr>
              <w:t xml:space="preserve"> </w:t>
            </w:r>
            <w:proofErr w:type="spellStart"/>
            <w:r>
              <w:rPr>
                <w:b/>
                <w:color w:val="000000"/>
                <w:sz w:val="16"/>
              </w:rPr>
              <w:t>일수</w:t>
            </w:r>
            <w:proofErr w:type="spellEnd"/>
            <w:r>
              <w:rPr>
                <w:b/>
                <w:color w:val="000000"/>
                <w:sz w:val="16"/>
              </w:rPr>
              <w:t xml:space="preserve"> </w:t>
            </w:r>
            <w:proofErr w:type="spellStart"/>
            <w:r>
              <w:rPr>
                <w:b/>
                <w:color w:val="000000"/>
                <w:sz w:val="16"/>
              </w:rPr>
              <w:t>또는</w:t>
            </w:r>
            <w:proofErr w:type="spellEnd"/>
            <w:r>
              <w:rPr>
                <w:b/>
                <w:color w:val="000000"/>
                <w:sz w:val="16"/>
              </w:rPr>
              <w:t xml:space="preserve"> </w:t>
            </w:r>
            <w:proofErr w:type="spellStart"/>
            <w:r>
              <w:rPr>
                <w:b/>
                <w:color w:val="000000"/>
                <w:sz w:val="16"/>
              </w:rPr>
              <w:t>시간</w:t>
            </w:r>
            <w:proofErr w:type="spellEnd"/>
          </w:p>
        </w:tc>
        <w:tc>
          <w:tcPr>
            <w:tcW w:w="3384" w:type="dxa"/>
            <w:gridSpan w:val="2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3D64AAA8" w14:textId="77777777" w:rsidR="004A3FB2" w:rsidRDefault="004A3FB2">
            <w:pPr>
              <w:spacing w:after="0" w:line="240" w:lineRule="auto"/>
            </w:pPr>
          </w:p>
        </w:tc>
        <w:tc>
          <w:tcPr>
            <w:tcW w:w="1944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2F2F2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59F3B3BD" w14:textId="77777777" w:rsidR="004A3FB2" w:rsidRDefault="00000000">
            <w:pPr>
              <w:spacing w:after="0" w:line="240" w:lineRule="auto"/>
              <w:jc w:val="center"/>
            </w:pPr>
            <w:r>
              <w:rPr>
                <w:b/>
                <w:color w:val="000000"/>
                <w:sz w:val="16"/>
              </w:rPr>
              <w:t>증빙서류</w:t>
            </w:r>
          </w:p>
        </w:tc>
        <w:tc>
          <w:tcPr>
            <w:tcW w:w="3312" w:type="dxa"/>
            <w:gridSpan w:val="2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75434927" w14:textId="77777777" w:rsidR="004A3FB2" w:rsidRDefault="00000000">
            <w:pPr>
              <w:spacing w:after="0" w:line="240" w:lineRule="auto"/>
            </w:pPr>
            <w:r>
              <w:rPr>
                <w:color w:val="000000"/>
                <w:sz w:val="16"/>
              </w:rPr>
              <w:t>해당 시 서류명 기재</w:t>
            </w:r>
          </w:p>
        </w:tc>
      </w:tr>
      <w:tr w:rsidR="004A3FB2" w14:paraId="7FC365E0" w14:textId="77777777">
        <w:trPr>
          <w:trHeight w:val="864"/>
          <w:jc w:val="center"/>
        </w:trPr>
        <w:tc>
          <w:tcPr>
            <w:tcW w:w="1440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2F2F2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6E9B06D9" w14:textId="77777777" w:rsidR="004A3FB2" w:rsidRDefault="00000000">
            <w:pPr>
              <w:spacing w:after="0" w:line="240" w:lineRule="auto"/>
              <w:jc w:val="center"/>
            </w:pPr>
            <w:r>
              <w:rPr>
                <w:b/>
                <w:color w:val="000000"/>
                <w:sz w:val="16"/>
              </w:rPr>
              <w:t>휴가 사유</w:t>
            </w:r>
          </w:p>
        </w:tc>
        <w:tc>
          <w:tcPr>
            <w:tcW w:w="8640" w:type="dxa"/>
            <w:gridSpan w:val="5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4C62A792" w14:textId="77777777" w:rsidR="004A3FB2" w:rsidRDefault="004A3FB2">
            <w:pPr>
              <w:spacing w:after="0" w:line="240" w:lineRule="auto"/>
            </w:pPr>
          </w:p>
        </w:tc>
      </w:tr>
      <w:tr w:rsidR="004A3FB2" w14:paraId="5055A7AF" w14:textId="77777777">
        <w:trPr>
          <w:trHeight w:val="389"/>
          <w:jc w:val="center"/>
        </w:trPr>
        <w:tc>
          <w:tcPr>
            <w:tcW w:w="10080" w:type="dxa"/>
            <w:gridSpan w:val="6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2F2F2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06283A6A" w14:textId="77777777" w:rsidR="004A3FB2" w:rsidRDefault="00000000">
            <w:pPr>
              <w:spacing w:after="0" w:line="240" w:lineRule="auto"/>
            </w:pPr>
            <w:r>
              <w:rPr>
                <w:b/>
                <w:color w:val="000000"/>
              </w:rPr>
              <w:t>업무 인수인계</w:t>
            </w:r>
          </w:p>
        </w:tc>
      </w:tr>
      <w:tr w:rsidR="004A3FB2" w14:paraId="2D6DB9D3" w14:textId="77777777">
        <w:trPr>
          <w:trHeight w:val="432"/>
          <w:jc w:val="center"/>
        </w:trPr>
        <w:tc>
          <w:tcPr>
            <w:tcW w:w="1440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2F2F2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010EC0BD" w14:textId="77777777" w:rsidR="004A3FB2" w:rsidRDefault="00000000">
            <w:pPr>
              <w:spacing w:after="0" w:line="240" w:lineRule="auto"/>
              <w:jc w:val="center"/>
            </w:pPr>
            <w:r>
              <w:rPr>
                <w:b/>
                <w:color w:val="000000"/>
                <w:sz w:val="16"/>
              </w:rPr>
              <w:t>업무 대행자</w:t>
            </w:r>
          </w:p>
        </w:tc>
        <w:tc>
          <w:tcPr>
            <w:tcW w:w="3384" w:type="dxa"/>
            <w:gridSpan w:val="2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2E04D62C" w14:textId="77777777" w:rsidR="004A3FB2" w:rsidRDefault="004A3FB2">
            <w:pPr>
              <w:spacing w:after="0" w:line="240" w:lineRule="auto"/>
            </w:pPr>
          </w:p>
        </w:tc>
        <w:tc>
          <w:tcPr>
            <w:tcW w:w="1944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2F2F2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0A9922B7" w14:textId="77777777" w:rsidR="004A3FB2" w:rsidRDefault="00000000">
            <w:pPr>
              <w:spacing w:after="0" w:line="240" w:lineRule="auto"/>
              <w:jc w:val="center"/>
            </w:pPr>
            <w:r>
              <w:rPr>
                <w:b/>
                <w:color w:val="000000"/>
                <w:sz w:val="16"/>
              </w:rPr>
              <w:t>대행자 연락처</w:t>
            </w:r>
          </w:p>
        </w:tc>
        <w:tc>
          <w:tcPr>
            <w:tcW w:w="3312" w:type="dxa"/>
            <w:gridSpan w:val="2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2FD58576" w14:textId="77777777" w:rsidR="004A3FB2" w:rsidRDefault="004A3FB2">
            <w:pPr>
              <w:spacing w:after="0" w:line="240" w:lineRule="auto"/>
            </w:pPr>
          </w:p>
        </w:tc>
      </w:tr>
      <w:tr w:rsidR="004A3FB2" w14:paraId="3C3F95D2" w14:textId="77777777">
        <w:trPr>
          <w:trHeight w:val="979"/>
          <w:jc w:val="center"/>
        </w:trPr>
        <w:tc>
          <w:tcPr>
            <w:tcW w:w="1440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2F2F2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657EAD74" w14:textId="77777777" w:rsidR="004A3FB2" w:rsidRDefault="00000000">
            <w:pPr>
              <w:spacing w:after="0" w:line="240" w:lineRule="auto"/>
              <w:jc w:val="center"/>
            </w:pPr>
            <w:r>
              <w:rPr>
                <w:b/>
                <w:color w:val="000000"/>
                <w:sz w:val="16"/>
              </w:rPr>
              <w:t>인수인계 내용</w:t>
            </w:r>
          </w:p>
        </w:tc>
        <w:tc>
          <w:tcPr>
            <w:tcW w:w="8640" w:type="dxa"/>
            <w:gridSpan w:val="5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47D11C83" w14:textId="77777777" w:rsidR="004A3FB2" w:rsidRDefault="004A3FB2">
            <w:pPr>
              <w:spacing w:after="0" w:line="240" w:lineRule="auto"/>
            </w:pPr>
          </w:p>
        </w:tc>
      </w:tr>
      <w:tr w:rsidR="004A3FB2" w14:paraId="5ED5D13F" w14:textId="77777777">
        <w:trPr>
          <w:trHeight w:val="648"/>
          <w:jc w:val="center"/>
        </w:trPr>
        <w:tc>
          <w:tcPr>
            <w:tcW w:w="1440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2F2F2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6E637706" w14:textId="77777777" w:rsidR="004A3FB2" w:rsidRDefault="00000000">
            <w:pPr>
              <w:spacing w:after="0" w:line="240" w:lineRule="auto"/>
              <w:jc w:val="center"/>
            </w:pPr>
            <w:r>
              <w:rPr>
                <w:b/>
                <w:color w:val="000000"/>
                <w:sz w:val="16"/>
              </w:rPr>
              <w:t>기타 요청사항</w:t>
            </w:r>
          </w:p>
        </w:tc>
        <w:tc>
          <w:tcPr>
            <w:tcW w:w="8640" w:type="dxa"/>
            <w:gridSpan w:val="5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78DA03EF" w14:textId="77777777" w:rsidR="004A3FB2" w:rsidRDefault="004A3FB2">
            <w:pPr>
              <w:spacing w:after="0" w:line="240" w:lineRule="auto"/>
            </w:pPr>
          </w:p>
        </w:tc>
      </w:tr>
      <w:tr w:rsidR="004A3FB2" w14:paraId="630C67FC" w14:textId="77777777">
        <w:trPr>
          <w:trHeight w:val="547"/>
          <w:jc w:val="center"/>
        </w:trPr>
        <w:tc>
          <w:tcPr>
            <w:tcW w:w="1440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2F2F2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4BC94D9B" w14:textId="77777777" w:rsidR="004A3FB2" w:rsidRDefault="00000000">
            <w:pPr>
              <w:spacing w:after="0" w:line="240" w:lineRule="auto"/>
              <w:jc w:val="center"/>
            </w:pPr>
            <w:r>
              <w:rPr>
                <w:b/>
                <w:color w:val="000000"/>
                <w:sz w:val="16"/>
              </w:rPr>
              <w:t>인사담당 검토</w:t>
            </w:r>
          </w:p>
        </w:tc>
        <w:tc>
          <w:tcPr>
            <w:tcW w:w="8640" w:type="dxa"/>
            <w:gridSpan w:val="5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04B3067C" w14:textId="77777777" w:rsidR="004A3FB2" w:rsidRDefault="004A3FB2">
            <w:pPr>
              <w:spacing w:after="0" w:line="240" w:lineRule="auto"/>
            </w:pPr>
          </w:p>
        </w:tc>
      </w:tr>
    </w:tbl>
    <w:p w14:paraId="6DFE1D70" w14:textId="77777777" w:rsidR="004A3FB2" w:rsidRDefault="00000000">
      <w:pPr>
        <w:spacing w:before="140" w:after="40"/>
      </w:pPr>
      <w:r>
        <w:rPr>
          <w:b/>
        </w:rPr>
        <w:t>결재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015"/>
        <w:gridCol w:w="2015"/>
        <w:gridCol w:w="2015"/>
        <w:gridCol w:w="2015"/>
        <w:gridCol w:w="2015"/>
      </w:tblGrid>
      <w:tr w:rsidR="004A3FB2" w14:paraId="0CD5E078" w14:textId="77777777">
        <w:trPr>
          <w:trHeight w:val="403"/>
          <w:jc w:val="center"/>
        </w:trPr>
        <w:tc>
          <w:tcPr>
            <w:tcW w:w="2015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2F2F2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48BC4B4C" w14:textId="77777777" w:rsidR="004A3FB2" w:rsidRDefault="00000000">
            <w:pPr>
              <w:spacing w:after="0" w:line="240" w:lineRule="auto"/>
              <w:jc w:val="center"/>
            </w:pPr>
            <w:r>
              <w:rPr>
                <w:b/>
                <w:color w:val="000000"/>
                <w:sz w:val="16"/>
              </w:rPr>
              <w:t>구분</w:t>
            </w:r>
          </w:p>
        </w:tc>
        <w:tc>
          <w:tcPr>
            <w:tcW w:w="2015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2F2F2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7AA174F4" w14:textId="77777777" w:rsidR="004A3FB2" w:rsidRDefault="00000000">
            <w:pPr>
              <w:spacing w:after="0" w:line="240" w:lineRule="auto"/>
              <w:jc w:val="center"/>
            </w:pPr>
            <w:r>
              <w:rPr>
                <w:b/>
                <w:color w:val="000000"/>
                <w:sz w:val="16"/>
              </w:rPr>
              <w:t>신청자</w:t>
            </w:r>
          </w:p>
        </w:tc>
        <w:tc>
          <w:tcPr>
            <w:tcW w:w="2015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2F2F2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1F10A662" w14:textId="77777777" w:rsidR="004A3FB2" w:rsidRDefault="00000000">
            <w:pPr>
              <w:spacing w:after="0" w:line="240" w:lineRule="auto"/>
              <w:jc w:val="center"/>
            </w:pPr>
            <w:r>
              <w:rPr>
                <w:b/>
                <w:color w:val="000000"/>
                <w:sz w:val="16"/>
              </w:rPr>
              <w:t>팀장</w:t>
            </w:r>
          </w:p>
        </w:tc>
        <w:tc>
          <w:tcPr>
            <w:tcW w:w="2015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2F2F2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5CCBCD40" w14:textId="77777777" w:rsidR="004A3FB2" w:rsidRDefault="00000000">
            <w:pPr>
              <w:spacing w:after="0" w:line="240" w:lineRule="auto"/>
              <w:jc w:val="center"/>
            </w:pPr>
            <w:r>
              <w:rPr>
                <w:b/>
                <w:color w:val="000000"/>
                <w:sz w:val="16"/>
              </w:rPr>
              <w:t>부서장</w:t>
            </w:r>
          </w:p>
        </w:tc>
        <w:tc>
          <w:tcPr>
            <w:tcW w:w="2015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2F2F2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118DED50" w14:textId="77777777" w:rsidR="004A3FB2" w:rsidRDefault="00000000">
            <w:pPr>
              <w:spacing w:after="0" w:line="240" w:lineRule="auto"/>
              <w:jc w:val="center"/>
            </w:pPr>
            <w:r>
              <w:rPr>
                <w:b/>
                <w:color w:val="000000"/>
                <w:sz w:val="16"/>
              </w:rPr>
              <w:t>인사담당</w:t>
            </w:r>
          </w:p>
        </w:tc>
      </w:tr>
      <w:tr w:rsidR="004A3FB2" w14:paraId="6BF385FC" w14:textId="77777777">
        <w:trPr>
          <w:trHeight w:val="662"/>
          <w:jc w:val="center"/>
        </w:trPr>
        <w:tc>
          <w:tcPr>
            <w:tcW w:w="2015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2F2F2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04111D3C" w14:textId="77777777" w:rsidR="004A3FB2" w:rsidRDefault="00000000">
            <w:pPr>
              <w:spacing w:after="0" w:line="240" w:lineRule="auto"/>
              <w:jc w:val="center"/>
            </w:pPr>
            <w:r>
              <w:rPr>
                <w:b/>
                <w:color w:val="000000"/>
                <w:sz w:val="16"/>
              </w:rPr>
              <w:t>서명</w:t>
            </w:r>
          </w:p>
        </w:tc>
        <w:tc>
          <w:tcPr>
            <w:tcW w:w="2015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1F9B3EC5" w14:textId="77777777" w:rsidR="004A3FB2" w:rsidRDefault="004A3FB2">
            <w:pPr>
              <w:spacing w:after="0" w:line="240" w:lineRule="auto"/>
              <w:jc w:val="center"/>
            </w:pPr>
          </w:p>
        </w:tc>
        <w:tc>
          <w:tcPr>
            <w:tcW w:w="2015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21C3D958" w14:textId="77777777" w:rsidR="004A3FB2" w:rsidRDefault="004A3FB2">
            <w:pPr>
              <w:spacing w:after="0" w:line="240" w:lineRule="auto"/>
              <w:jc w:val="center"/>
            </w:pPr>
          </w:p>
        </w:tc>
        <w:tc>
          <w:tcPr>
            <w:tcW w:w="2015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7175CD46" w14:textId="77777777" w:rsidR="004A3FB2" w:rsidRDefault="004A3FB2">
            <w:pPr>
              <w:spacing w:after="0" w:line="240" w:lineRule="auto"/>
              <w:jc w:val="center"/>
            </w:pPr>
          </w:p>
        </w:tc>
        <w:tc>
          <w:tcPr>
            <w:tcW w:w="2015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4F50DB22" w14:textId="77777777" w:rsidR="004A3FB2" w:rsidRDefault="004A3FB2">
            <w:pPr>
              <w:spacing w:after="0" w:line="240" w:lineRule="auto"/>
              <w:jc w:val="center"/>
            </w:pPr>
          </w:p>
        </w:tc>
      </w:tr>
      <w:tr w:rsidR="004A3FB2" w14:paraId="0FC57EDC" w14:textId="77777777">
        <w:trPr>
          <w:trHeight w:val="403"/>
          <w:jc w:val="center"/>
        </w:trPr>
        <w:tc>
          <w:tcPr>
            <w:tcW w:w="2015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2F2F2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7867FE31" w14:textId="77777777" w:rsidR="004A3FB2" w:rsidRDefault="00000000">
            <w:pPr>
              <w:spacing w:after="0" w:line="240" w:lineRule="auto"/>
              <w:jc w:val="center"/>
            </w:pPr>
            <w:r>
              <w:rPr>
                <w:b/>
                <w:color w:val="000000"/>
                <w:sz w:val="16"/>
              </w:rPr>
              <w:t>일자</w:t>
            </w:r>
          </w:p>
        </w:tc>
        <w:tc>
          <w:tcPr>
            <w:tcW w:w="2015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488FA280" w14:textId="77777777" w:rsidR="004A3FB2" w:rsidRDefault="004A3FB2">
            <w:pPr>
              <w:spacing w:after="0" w:line="240" w:lineRule="auto"/>
              <w:jc w:val="center"/>
            </w:pPr>
          </w:p>
        </w:tc>
        <w:tc>
          <w:tcPr>
            <w:tcW w:w="2015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4959D65A" w14:textId="77777777" w:rsidR="004A3FB2" w:rsidRDefault="004A3FB2">
            <w:pPr>
              <w:spacing w:after="0" w:line="240" w:lineRule="auto"/>
              <w:jc w:val="center"/>
            </w:pPr>
          </w:p>
        </w:tc>
        <w:tc>
          <w:tcPr>
            <w:tcW w:w="2015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168109F9" w14:textId="77777777" w:rsidR="004A3FB2" w:rsidRDefault="004A3FB2">
            <w:pPr>
              <w:spacing w:after="0" w:line="240" w:lineRule="auto"/>
              <w:jc w:val="center"/>
            </w:pPr>
          </w:p>
        </w:tc>
        <w:tc>
          <w:tcPr>
            <w:tcW w:w="2015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6F684FAC" w14:textId="77777777" w:rsidR="004A3FB2" w:rsidRDefault="004A3FB2">
            <w:pPr>
              <w:spacing w:after="0" w:line="240" w:lineRule="auto"/>
              <w:jc w:val="center"/>
            </w:pPr>
          </w:p>
        </w:tc>
      </w:tr>
    </w:tbl>
    <w:p w14:paraId="26A07DB0" w14:textId="77777777" w:rsidR="004A3FB2" w:rsidRDefault="00000000">
      <w:pPr>
        <w:spacing w:before="200" w:after="60"/>
        <w:jc w:val="center"/>
        <w:rPr>
          <w:lang w:eastAsia="ko-KR"/>
        </w:rPr>
      </w:pPr>
      <w:r>
        <w:rPr>
          <w:color w:val="000000"/>
          <w:lang w:eastAsia="ko-KR"/>
        </w:rPr>
        <w:t xml:space="preserve">상기와 같이 휴가를 </w:t>
      </w:r>
      <w:proofErr w:type="spellStart"/>
      <w:r>
        <w:rPr>
          <w:color w:val="000000"/>
          <w:lang w:eastAsia="ko-KR"/>
        </w:rPr>
        <w:t>신청하오니</w:t>
      </w:r>
      <w:proofErr w:type="spellEnd"/>
      <w:r>
        <w:rPr>
          <w:color w:val="000000"/>
          <w:lang w:eastAsia="ko-KR"/>
        </w:rPr>
        <w:t xml:space="preserve"> 승인하여 주시기 바랍니다.</w:t>
      </w:r>
    </w:p>
    <w:p w14:paraId="76029284" w14:textId="77777777" w:rsidR="004A3FB2" w:rsidRDefault="00000000">
      <w:pPr>
        <w:spacing w:after="0"/>
        <w:jc w:val="right"/>
      </w:pPr>
      <w:proofErr w:type="spellStart"/>
      <w:r>
        <w:rPr>
          <w:color w:val="000000"/>
        </w:rPr>
        <w:t>신청자</w:t>
      </w:r>
      <w:proofErr w:type="spellEnd"/>
      <w:r>
        <w:rPr>
          <w:color w:val="000000"/>
        </w:rPr>
        <w:t>: ____________________</w:t>
      </w:r>
      <w:proofErr w:type="gramStart"/>
      <w:r>
        <w:rPr>
          <w:color w:val="000000"/>
        </w:rPr>
        <w:t xml:space="preserve">   (</w:t>
      </w:r>
      <w:proofErr w:type="spellStart"/>
      <w:proofErr w:type="gramEnd"/>
      <w:r>
        <w:rPr>
          <w:color w:val="000000"/>
        </w:rPr>
        <w:t>서명</w:t>
      </w:r>
      <w:proofErr w:type="spellEnd"/>
      <w:r>
        <w:rPr>
          <w:color w:val="000000"/>
        </w:rPr>
        <w:t>)</w:t>
      </w:r>
    </w:p>
    <w:sectPr w:rsidR="004A3FB2" w:rsidSect="00034616">
      <w:pgSz w:w="11909" w:h="16834"/>
      <w:pgMar w:top="648" w:right="792" w:bottom="648" w:left="792" w:header="144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FCB662" w14:textId="77777777" w:rsidR="001251E7" w:rsidRDefault="001251E7" w:rsidP="00334B04">
      <w:pPr>
        <w:spacing w:after="0" w:line="240" w:lineRule="auto"/>
      </w:pPr>
      <w:r>
        <w:separator/>
      </w:r>
    </w:p>
  </w:endnote>
  <w:endnote w:type="continuationSeparator" w:id="0">
    <w:p w14:paraId="154C2219" w14:textId="77777777" w:rsidR="001251E7" w:rsidRDefault="001251E7" w:rsidP="00334B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1D4B66" w14:textId="77777777" w:rsidR="001251E7" w:rsidRDefault="001251E7" w:rsidP="00334B04">
      <w:pPr>
        <w:spacing w:after="0" w:line="240" w:lineRule="auto"/>
      </w:pPr>
      <w:r>
        <w:separator/>
      </w:r>
    </w:p>
  </w:footnote>
  <w:footnote w:type="continuationSeparator" w:id="0">
    <w:p w14:paraId="44738422" w14:textId="77777777" w:rsidR="001251E7" w:rsidRDefault="001251E7" w:rsidP="00334B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63843164">
    <w:abstractNumId w:val="8"/>
  </w:num>
  <w:num w:numId="2" w16cid:durableId="145585614">
    <w:abstractNumId w:val="6"/>
  </w:num>
  <w:num w:numId="3" w16cid:durableId="771901183">
    <w:abstractNumId w:val="5"/>
  </w:num>
  <w:num w:numId="4" w16cid:durableId="1123960553">
    <w:abstractNumId w:val="4"/>
  </w:num>
  <w:num w:numId="5" w16cid:durableId="1118600649">
    <w:abstractNumId w:val="7"/>
  </w:num>
  <w:num w:numId="6" w16cid:durableId="392972860">
    <w:abstractNumId w:val="3"/>
  </w:num>
  <w:num w:numId="7" w16cid:durableId="241332390">
    <w:abstractNumId w:val="2"/>
  </w:num>
  <w:num w:numId="8" w16cid:durableId="1466698710">
    <w:abstractNumId w:val="1"/>
  </w:num>
  <w:num w:numId="9" w16cid:durableId="13703015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251E7"/>
    <w:rsid w:val="0015074B"/>
    <w:rsid w:val="0029639D"/>
    <w:rsid w:val="00326F90"/>
    <w:rsid w:val="00334B04"/>
    <w:rsid w:val="004A3FB2"/>
    <w:rsid w:val="00571DE5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D693BFA"/>
  <w14:defaultImageDpi w14:val="300"/>
  <w15:docId w15:val="{202C1428-63AB-4846-9E68-15255A7D0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맑은 고딕" w:eastAsia="맑은 고딕" w:hAnsi="맑은 고딕"/>
      <w:sz w:val="18"/>
    </w:rPr>
  </w:style>
  <w:style w:type="paragraph" w:styleId="1">
    <w:name w:val="heading 1"/>
    <w:basedOn w:val="a1"/>
    <w:next w:val="a1"/>
    <w:link w:val="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머리글 Char"/>
    <w:basedOn w:val="a2"/>
    <w:link w:val="a5"/>
    <w:uiPriority w:val="99"/>
    <w:rsid w:val="00E618BF"/>
  </w:style>
  <w:style w:type="paragraph" w:styleId="a6">
    <w:name w:val="footer"/>
    <w:basedOn w:val="a1"/>
    <w:link w:val="Char0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바닥글 Char"/>
    <w:basedOn w:val="a2"/>
    <w:link w:val="a6"/>
    <w:uiPriority w:val="99"/>
    <w:rsid w:val="00E618BF"/>
  </w:style>
  <w:style w:type="paragraph" w:styleId="a7">
    <w:name w:val="No Spacing"/>
    <w:uiPriority w:val="1"/>
    <w:qFormat/>
    <w:rsid w:val="00FC693F"/>
    <w:pPr>
      <w:spacing w:after="0" w:line="240" w:lineRule="auto"/>
    </w:pPr>
  </w:style>
  <w:style w:type="character" w:customStyle="1" w:styleId="1Char">
    <w:name w:val="제목 1 Char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제목 2 Char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제목 3 Char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Title"/>
    <w:basedOn w:val="a1"/>
    <w:next w:val="a1"/>
    <w:link w:val="Char1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1">
    <w:name w:val="제목 Char"/>
    <w:basedOn w:val="a2"/>
    <w:link w:val="a8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1"/>
    <w:next w:val="a1"/>
    <w:link w:val="Char2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2">
    <w:name w:val="부제 Char"/>
    <w:basedOn w:val="a2"/>
    <w:link w:val="a9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b">
    <w:name w:val="Body Text"/>
    <w:basedOn w:val="a1"/>
    <w:link w:val="Char3"/>
    <w:uiPriority w:val="99"/>
    <w:unhideWhenUsed/>
    <w:rsid w:val="00AA1D8D"/>
    <w:pPr>
      <w:spacing w:after="120"/>
    </w:pPr>
  </w:style>
  <w:style w:type="character" w:customStyle="1" w:styleId="Char3">
    <w:name w:val="본문 Char"/>
    <w:basedOn w:val="a2"/>
    <w:link w:val="ab"/>
    <w:uiPriority w:val="99"/>
    <w:rsid w:val="00AA1D8D"/>
  </w:style>
  <w:style w:type="paragraph" w:styleId="22">
    <w:name w:val="Body Text 2"/>
    <w:basedOn w:val="a1"/>
    <w:link w:val="2Char0"/>
    <w:uiPriority w:val="99"/>
    <w:unhideWhenUsed/>
    <w:rsid w:val="00AA1D8D"/>
    <w:pPr>
      <w:spacing w:after="120" w:line="480" w:lineRule="auto"/>
    </w:pPr>
  </w:style>
  <w:style w:type="character" w:customStyle="1" w:styleId="2Char0">
    <w:name w:val="본문 2 Char"/>
    <w:basedOn w:val="a2"/>
    <w:link w:val="22"/>
    <w:uiPriority w:val="99"/>
    <w:rsid w:val="00AA1D8D"/>
  </w:style>
  <w:style w:type="paragraph" w:styleId="32">
    <w:name w:val="Body Text 3"/>
    <w:basedOn w:val="a1"/>
    <w:link w:val="3Char0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Char0">
    <w:name w:val="본문 3 Char"/>
    <w:basedOn w:val="a2"/>
    <w:link w:val="32"/>
    <w:uiPriority w:val="99"/>
    <w:rsid w:val="00AA1D8D"/>
    <w:rPr>
      <w:sz w:val="16"/>
      <w:szCs w:val="16"/>
    </w:rPr>
  </w:style>
  <w:style w:type="paragraph" w:styleId="ac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3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3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d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4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4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e">
    <w:name w:val="macro"/>
    <w:link w:val="Char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Char4">
    <w:name w:val="매크로 텍스트 Char"/>
    <w:basedOn w:val="a2"/>
    <w:link w:val="ae"/>
    <w:uiPriority w:val="99"/>
    <w:rsid w:val="0029639D"/>
    <w:rPr>
      <w:rFonts w:ascii="Courier" w:hAnsi="Courier"/>
      <w:sz w:val="20"/>
      <w:szCs w:val="20"/>
    </w:rPr>
  </w:style>
  <w:style w:type="paragraph" w:styleId="af">
    <w:name w:val="Quote"/>
    <w:basedOn w:val="a1"/>
    <w:next w:val="a1"/>
    <w:link w:val="Char5"/>
    <w:uiPriority w:val="29"/>
    <w:qFormat/>
    <w:rsid w:val="00FC693F"/>
    <w:rPr>
      <w:i/>
      <w:iCs/>
      <w:color w:val="000000" w:themeColor="text1"/>
    </w:rPr>
  </w:style>
  <w:style w:type="character" w:customStyle="1" w:styleId="Char5">
    <w:name w:val="인용 Char"/>
    <w:basedOn w:val="a2"/>
    <w:link w:val="af"/>
    <w:uiPriority w:val="29"/>
    <w:rsid w:val="00FC693F"/>
    <w:rPr>
      <w:i/>
      <w:iCs/>
      <w:color w:val="000000" w:themeColor="text1"/>
    </w:rPr>
  </w:style>
  <w:style w:type="character" w:customStyle="1" w:styleId="4Char">
    <w:name w:val="제목 4 Char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제목 5 Char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Char">
    <w:name w:val="제목 6 Char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Char">
    <w:name w:val="제목 7 Char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제목 8 Char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Char">
    <w:name w:val="제목 9 Char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0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Cs w:val="18"/>
    </w:rPr>
  </w:style>
  <w:style w:type="character" w:styleId="af1">
    <w:name w:val="Strong"/>
    <w:basedOn w:val="a2"/>
    <w:uiPriority w:val="22"/>
    <w:qFormat/>
    <w:rsid w:val="00FC693F"/>
    <w:rPr>
      <w:b/>
      <w:bCs/>
    </w:rPr>
  </w:style>
  <w:style w:type="character" w:styleId="af2">
    <w:name w:val="Emphasis"/>
    <w:basedOn w:val="a2"/>
    <w:uiPriority w:val="20"/>
    <w:qFormat/>
    <w:rsid w:val="00FC693F"/>
    <w:rPr>
      <w:i/>
      <w:iCs/>
    </w:rPr>
  </w:style>
  <w:style w:type="paragraph" w:styleId="af3">
    <w:name w:val="Intense Quote"/>
    <w:basedOn w:val="a1"/>
    <w:next w:val="a1"/>
    <w:link w:val="Char6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6">
    <w:name w:val="강한 인용 Char"/>
    <w:basedOn w:val="a2"/>
    <w:link w:val="af3"/>
    <w:uiPriority w:val="30"/>
    <w:rsid w:val="00FC693F"/>
    <w:rPr>
      <w:b/>
      <w:bCs/>
      <w:i/>
      <w:iCs/>
      <w:color w:val="4F81BD" w:themeColor="accent1"/>
    </w:rPr>
  </w:style>
  <w:style w:type="character" w:styleId="af4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5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6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7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TOC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9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a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c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0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6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2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7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5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d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e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390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휴가신청서 일반형</dc:title>
  <dc:subject>일반 기업용 다양한 휴가 유형 공통 신청서 양식</dc:subject>
  <dc:creator>Manus AI</dc:creator>
  <cp:keywords/>
  <dc:description>generated by python-docx</dc:description>
  <cp:lastModifiedBy>jihye hong</cp:lastModifiedBy>
  <cp:revision>2</cp:revision>
  <dcterms:created xsi:type="dcterms:W3CDTF">2013-12-23T23:15:00Z</dcterms:created>
  <dcterms:modified xsi:type="dcterms:W3CDTF">2026-08-19T04:29:00Z</dcterms:modified>
  <cp:category/>
</cp:coreProperties>
</file>