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69D8" w14:textId="77777777" w:rsidR="008A0D63" w:rsidRPr="008A0D63" w:rsidRDefault="008A0D63">
      <w:pPr>
        <w:rPr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5499"/>
      </w:tblGrid>
      <w:tr w:rsidR="003B157F" w14:paraId="50AAE3B4" w14:textId="77777777">
        <w:trPr>
          <w:jc w:val="center"/>
        </w:trPr>
        <w:tc>
          <w:tcPr>
            <w:tcW w:w="481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BEF7C1B" w14:textId="77777777" w:rsidR="003B157F" w:rsidRDefault="00000000">
            <w:r>
              <w:rPr>
                <w:b/>
                <w:color w:val="2E6FA8"/>
                <w:sz w:val="19"/>
              </w:rPr>
              <w:t>MEETING ATTENDANCE</w:t>
            </w:r>
          </w:p>
        </w:tc>
        <w:tc>
          <w:tcPr>
            <w:tcW w:w="549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D78DC5E" w14:textId="77777777" w:rsidR="003B157F" w:rsidRDefault="00000000">
            <w:pPr>
              <w:jc w:val="right"/>
            </w:pPr>
            <w:r>
              <w:rPr>
                <w:b/>
                <w:color w:val="1F2C38"/>
                <w:sz w:val="36"/>
              </w:rPr>
              <w:t>회의 참석자 명단</w:t>
            </w:r>
          </w:p>
        </w:tc>
      </w:tr>
    </w:tbl>
    <w:p w14:paraId="46EE5D69" w14:textId="77777777" w:rsidR="003B157F" w:rsidRDefault="00000000">
      <w:pPr>
        <w:spacing w:after="140"/>
        <w:rPr>
          <w:lang w:eastAsia="ko-KR"/>
        </w:rPr>
      </w:pPr>
      <w:r>
        <w:rPr>
          <w:color w:val="687684"/>
          <w:sz w:val="17"/>
          <w:lang w:eastAsia="ko-KR"/>
        </w:rPr>
        <w:t>회의 기본정보와 참석자 확인 내용을 깔끔하게 기록하는 명단 서식</w:t>
      </w:r>
    </w:p>
    <w:p w14:paraId="41826A00" w14:textId="77777777" w:rsidR="003B157F" w:rsidRDefault="00000000">
      <w:pPr>
        <w:spacing w:after="60"/>
      </w:pPr>
      <w:proofErr w:type="gramStart"/>
      <w:r>
        <w:rPr>
          <w:b/>
          <w:color w:val="2E6FA8"/>
          <w:sz w:val="21"/>
        </w:rPr>
        <w:t xml:space="preserve">01  </w:t>
      </w:r>
      <w:proofErr w:type="spellStart"/>
      <w:r>
        <w:rPr>
          <w:b/>
          <w:color w:val="2E6FA8"/>
          <w:sz w:val="21"/>
        </w:rPr>
        <w:t>회의</w:t>
      </w:r>
      <w:proofErr w:type="spellEnd"/>
      <w:proofErr w:type="gramEnd"/>
      <w:r>
        <w:rPr>
          <w:b/>
          <w:color w:val="2E6FA8"/>
          <w:sz w:val="21"/>
        </w:rPr>
        <w:t xml:space="preserve"> </w:t>
      </w:r>
      <w:proofErr w:type="spellStart"/>
      <w:r>
        <w:rPr>
          <w:b/>
          <w:color w:val="2E6FA8"/>
          <w:sz w:val="21"/>
        </w:rPr>
        <w:t>정보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3B157F" w14:paraId="5ECF5FB2" w14:textId="77777777">
        <w:trPr>
          <w:trHeight w:val="510"/>
          <w:jc w:val="center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7F0F8"/>
            <w:vAlign w:val="center"/>
          </w:tcPr>
          <w:p w14:paraId="43294835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회의명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1C3FAAA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7F0F8"/>
            <w:vAlign w:val="center"/>
          </w:tcPr>
          <w:p w14:paraId="76740453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일시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BD6E9AC" w14:textId="77777777" w:rsidR="003B157F" w:rsidRDefault="003B157F">
            <w:pPr>
              <w:spacing w:after="0"/>
            </w:pPr>
          </w:p>
        </w:tc>
      </w:tr>
      <w:tr w:rsidR="003B157F" w14:paraId="182E15EA" w14:textId="77777777">
        <w:trPr>
          <w:trHeight w:val="510"/>
          <w:jc w:val="center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7F0F8"/>
            <w:vAlign w:val="center"/>
          </w:tcPr>
          <w:p w14:paraId="5497254D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장소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57EDB8E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7F0F8"/>
            <w:vAlign w:val="center"/>
          </w:tcPr>
          <w:p w14:paraId="2EB9B599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주관부서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5786E59" w14:textId="77777777" w:rsidR="003B157F" w:rsidRDefault="003B157F">
            <w:pPr>
              <w:spacing w:after="0"/>
            </w:pPr>
          </w:p>
        </w:tc>
      </w:tr>
      <w:tr w:rsidR="003B157F" w14:paraId="6356E50A" w14:textId="77777777">
        <w:trPr>
          <w:trHeight w:val="510"/>
          <w:jc w:val="center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7F0F8"/>
            <w:vAlign w:val="center"/>
          </w:tcPr>
          <w:p w14:paraId="3B0B73B8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작성자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1633F26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7F0F8"/>
            <w:vAlign w:val="center"/>
          </w:tcPr>
          <w:p w14:paraId="177A5E76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7"/>
              </w:rPr>
              <w:t>참석인원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C869D8C" w14:textId="77777777" w:rsidR="003B157F" w:rsidRDefault="003B157F">
            <w:pPr>
              <w:spacing w:after="0"/>
            </w:pPr>
          </w:p>
        </w:tc>
      </w:tr>
    </w:tbl>
    <w:p w14:paraId="179DA107" w14:textId="77777777" w:rsidR="003B157F" w:rsidRDefault="00000000">
      <w:pPr>
        <w:spacing w:before="140" w:after="60"/>
      </w:pPr>
      <w:r>
        <w:rPr>
          <w:b/>
          <w:color w:val="2E6FA8"/>
          <w:sz w:val="21"/>
        </w:rPr>
        <w:t>02  참석자 명단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2381"/>
        <w:gridCol w:w="1587"/>
        <w:gridCol w:w="1701"/>
        <w:gridCol w:w="2721"/>
        <w:gridCol w:w="1191"/>
      </w:tblGrid>
      <w:tr w:rsidR="003B157F" w14:paraId="4689120E" w14:textId="77777777">
        <w:trPr>
          <w:trHeight w:val="510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15374EB4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번호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05D31BF9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소속 / 부서</w:t>
            </w: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0EE4C500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직위</w:t>
            </w: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7966448C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성명</w:t>
            </w: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6360ADDC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연락처 / 이메일</w:t>
            </w: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0EFACCA2" w14:textId="77777777" w:rsidR="003B157F" w:rsidRDefault="00000000">
            <w:pPr>
              <w:spacing w:after="0"/>
              <w:jc w:val="center"/>
            </w:pPr>
            <w:r>
              <w:rPr>
                <w:b/>
                <w:color w:val="263442"/>
                <w:sz w:val="16"/>
              </w:rPr>
              <w:t>서명</w:t>
            </w:r>
          </w:p>
        </w:tc>
      </w:tr>
      <w:tr w:rsidR="003B157F" w14:paraId="35224176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3868D90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1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BF18510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B8A6FAE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8EB613E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8FE6B41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3656D64" w14:textId="77777777" w:rsidR="003B157F" w:rsidRDefault="003B157F">
            <w:pPr>
              <w:spacing w:after="0"/>
              <w:jc w:val="center"/>
            </w:pPr>
          </w:p>
        </w:tc>
      </w:tr>
      <w:tr w:rsidR="003B157F" w14:paraId="7D24AD69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E36252E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2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E3D4354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F4CE3D5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3CD0EAA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CB850A5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5FAAF53" w14:textId="77777777" w:rsidR="003B157F" w:rsidRDefault="003B157F">
            <w:pPr>
              <w:spacing w:after="0"/>
              <w:jc w:val="center"/>
            </w:pPr>
          </w:p>
        </w:tc>
      </w:tr>
      <w:tr w:rsidR="003B157F" w14:paraId="38313361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31D8012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3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DC6EDCF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39DEBAD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C6735A6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E81E70F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88A2EC7" w14:textId="77777777" w:rsidR="003B157F" w:rsidRDefault="003B157F">
            <w:pPr>
              <w:spacing w:after="0"/>
              <w:jc w:val="center"/>
            </w:pPr>
          </w:p>
        </w:tc>
      </w:tr>
      <w:tr w:rsidR="003B157F" w14:paraId="2E56A213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28CD4B9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4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FC997CB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3D137BC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C542434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2FDB0F1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979BD0E" w14:textId="77777777" w:rsidR="003B157F" w:rsidRDefault="003B157F">
            <w:pPr>
              <w:spacing w:after="0"/>
              <w:jc w:val="center"/>
            </w:pPr>
          </w:p>
        </w:tc>
      </w:tr>
      <w:tr w:rsidR="003B157F" w14:paraId="74DD3E29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C94712B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5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5C65649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4E91C4A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DEF20C5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9C8EFE6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CA8053A" w14:textId="77777777" w:rsidR="003B157F" w:rsidRDefault="003B157F">
            <w:pPr>
              <w:spacing w:after="0"/>
              <w:jc w:val="center"/>
            </w:pPr>
          </w:p>
        </w:tc>
      </w:tr>
      <w:tr w:rsidR="003B157F" w14:paraId="660CB707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6A69EA8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6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121854D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E038E87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97F8353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BDDB60E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39E2C0E" w14:textId="77777777" w:rsidR="003B157F" w:rsidRDefault="003B157F">
            <w:pPr>
              <w:spacing w:after="0"/>
              <w:jc w:val="center"/>
            </w:pPr>
          </w:p>
        </w:tc>
      </w:tr>
      <w:tr w:rsidR="003B157F" w14:paraId="668D0149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0D66C40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7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D038B86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C0C56F7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0711FEA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EE23A35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7DFFA29" w14:textId="77777777" w:rsidR="003B157F" w:rsidRDefault="003B157F">
            <w:pPr>
              <w:spacing w:after="0"/>
              <w:jc w:val="center"/>
            </w:pPr>
          </w:p>
        </w:tc>
      </w:tr>
      <w:tr w:rsidR="003B157F" w14:paraId="2CA9C728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A773A3D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8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B022581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C659C8D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133D37E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C4575CC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FC4D19A" w14:textId="77777777" w:rsidR="003B157F" w:rsidRDefault="003B157F">
            <w:pPr>
              <w:spacing w:after="0"/>
              <w:jc w:val="center"/>
            </w:pPr>
          </w:p>
        </w:tc>
      </w:tr>
      <w:tr w:rsidR="003B157F" w14:paraId="31D82D0B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84A0494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9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A9E5A57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7FC7467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B0A611F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83CA39A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95D0D68" w14:textId="77777777" w:rsidR="003B157F" w:rsidRDefault="003B157F">
            <w:pPr>
              <w:spacing w:after="0"/>
              <w:jc w:val="center"/>
            </w:pPr>
          </w:p>
        </w:tc>
      </w:tr>
      <w:tr w:rsidR="003B157F" w14:paraId="38516DEA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D44C5CE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10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2653C43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0C5BAAB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C971448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AF1BFAE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75378E3" w14:textId="77777777" w:rsidR="003B157F" w:rsidRDefault="003B157F">
            <w:pPr>
              <w:spacing w:after="0"/>
              <w:jc w:val="center"/>
            </w:pPr>
          </w:p>
        </w:tc>
      </w:tr>
      <w:tr w:rsidR="003B157F" w14:paraId="6A454C6A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6F26E7E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11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D85B25D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D18646A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BD10D0D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DEE7DB1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158E491" w14:textId="77777777" w:rsidR="003B157F" w:rsidRDefault="003B157F">
            <w:pPr>
              <w:spacing w:after="0"/>
              <w:jc w:val="center"/>
            </w:pPr>
          </w:p>
        </w:tc>
      </w:tr>
      <w:tr w:rsidR="003B157F" w14:paraId="7C2DDCCE" w14:textId="77777777">
        <w:trPr>
          <w:trHeight w:val="635"/>
          <w:jc w:val="center"/>
        </w:trPr>
        <w:tc>
          <w:tcPr>
            <w:tcW w:w="73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F91721E" w14:textId="77777777" w:rsidR="003B157F" w:rsidRDefault="00000000">
            <w:pPr>
              <w:spacing w:after="0"/>
              <w:jc w:val="center"/>
            </w:pPr>
            <w:r>
              <w:rPr>
                <w:color w:val="263442"/>
                <w:sz w:val="16"/>
              </w:rPr>
              <w:t>12</w:t>
            </w:r>
          </w:p>
        </w:tc>
        <w:tc>
          <w:tcPr>
            <w:tcW w:w="238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9D3F385" w14:textId="77777777" w:rsidR="003B157F" w:rsidRDefault="003B157F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331EA4B" w14:textId="77777777" w:rsidR="003B157F" w:rsidRDefault="003B157F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CF602D5" w14:textId="77777777" w:rsidR="003B157F" w:rsidRDefault="003B157F">
            <w:pPr>
              <w:spacing w:after="0"/>
              <w:jc w:val="center"/>
            </w:pPr>
          </w:p>
        </w:tc>
        <w:tc>
          <w:tcPr>
            <w:tcW w:w="272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4D77914" w14:textId="77777777" w:rsidR="003B157F" w:rsidRDefault="003B157F">
            <w:pPr>
              <w:spacing w:after="0"/>
            </w:pPr>
          </w:p>
        </w:tc>
        <w:tc>
          <w:tcPr>
            <w:tcW w:w="1191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94CA39F" w14:textId="77777777" w:rsidR="003B157F" w:rsidRDefault="003B157F">
            <w:pPr>
              <w:spacing w:after="0"/>
              <w:jc w:val="center"/>
            </w:pPr>
          </w:p>
        </w:tc>
      </w:tr>
    </w:tbl>
    <w:p w14:paraId="067CC712" w14:textId="77777777" w:rsidR="003B157F" w:rsidRDefault="00000000">
      <w:pPr>
        <w:spacing w:before="140" w:after="60"/>
      </w:pPr>
      <w:r>
        <w:rPr>
          <w:b/>
          <w:color w:val="2E6FA8"/>
          <w:sz w:val="21"/>
        </w:rPr>
        <w:t>03  비고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8"/>
      </w:tblGrid>
      <w:tr w:rsidR="003B157F" w14:paraId="699E2D42" w14:textId="77777777">
        <w:trPr>
          <w:trHeight w:val="1191"/>
          <w:jc w:val="center"/>
        </w:trPr>
        <w:tc>
          <w:tcPr>
            <w:tcW w:w="1031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BEDB74E" w14:textId="77777777" w:rsidR="003B157F" w:rsidRDefault="003B157F">
            <w:pPr>
              <w:spacing w:after="0"/>
            </w:pPr>
          </w:p>
        </w:tc>
      </w:tr>
    </w:tbl>
    <w:p w14:paraId="743B3BFA" w14:textId="77777777" w:rsidR="00616F1F" w:rsidRDefault="00616F1F"/>
    <w:sectPr w:rsidR="00616F1F" w:rsidSect="00034616">
      <w:pgSz w:w="11906" w:h="16838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3188596">
    <w:abstractNumId w:val="8"/>
  </w:num>
  <w:num w:numId="2" w16cid:durableId="1500075877">
    <w:abstractNumId w:val="6"/>
  </w:num>
  <w:num w:numId="3" w16cid:durableId="108864959">
    <w:abstractNumId w:val="5"/>
  </w:num>
  <w:num w:numId="4" w16cid:durableId="1026830532">
    <w:abstractNumId w:val="4"/>
  </w:num>
  <w:num w:numId="5" w16cid:durableId="1439831221">
    <w:abstractNumId w:val="7"/>
  </w:num>
  <w:num w:numId="6" w16cid:durableId="2058776818">
    <w:abstractNumId w:val="3"/>
  </w:num>
  <w:num w:numId="7" w16cid:durableId="970599857">
    <w:abstractNumId w:val="2"/>
  </w:num>
  <w:num w:numId="8" w16cid:durableId="635720148">
    <w:abstractNumId w:val="1"/>
  </w:num>
  <w:num w:numId="9" w16cid:durableId="54175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157F"/>
    <w:rsid w:val="00616F1F"/>
    <w:rsid w:val="00762318"/>
    <w:rsid w:val="008A0D6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7BBA2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2026-08-25T05:45:00Z</dcterms:modified>
  <cp:category/>
</cp:coreProperties>
</file>