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2660E" w14:textId="77777777" w:rsidR="00C437D4" w:rsidRPr="00C437D4" w:rsidRDefault="00C437D4">
      <w:pPr>
        <w:spacing w:after="40"/>
        <w:jc w:val="center"/>
        <w:rPr>
          <w:b/>
          <w:color w:val="1F2C38"/>
          <w:sz w:val="16"/>
          <w:szCs w:val="16"/>
          <w:lang w:eastAsia="ko-KR"/>
        </w:rPr>
      </w:pPr>
    </w:p>
    <w:p w14:paraId="734F0B54" w14:textId="4CD9AA98" w:rsidR="00B722CA" w:rsidRDefault="00000000">
      <w:pPr>
        <w:spacing w:after="40"/>
        <w:jc w:val="center"/>
        <w:rPr>
          <w:lang w:eastAsia="ko-KR"/>
        </w:rPr>
      </w:pPr>
      <w:r>
        <w:rPr>
          <w:b/>
          <w:color w:val="1F2C38"/>
          <w:sz w:val="38"/>
          <w:lang w:eastAsia="ko-KR"/>
        </w:rPr>
        <w:t xml:space="preserve">회 </w:t>
      </w:r>
      <w:proofErr w:type="gramStart"/>
      <w:r>
        <w:rPr>
          <w:b/>
          <w:color w:val="1F2C38"/>
          <w:sz w:val="38"/>
          <w:lang w:eastAsia="ko-KR"/>
        </w:rPr>
        <w:t>의  참</w:t>
      </w:r>
      <w:proofErr w:type="gramEnd"/>
      <w:r>
        <w:rPr>
          <w:b/>
          <w:color w:val="1F2C38"/>
          <w:sz w:val="38"/>
          <w:lang w:eastAsia="ko-KR"/>
        </w:rPr>
        <w:t xml:space="preserve"> 석 </w:t>
      </w:r>
      <w:proofErr w:type="gramStart"/>
      <w:r>
        <w:rPr>
          <w:b/>
          <w:color w:val="1F2C38"/>
          <w:sz w:val="38"/>
          <w:lang w:eastAsia="ko-KR"/>
        </w:rPr>
        <w:t>자  명</w:t>
      </w:r>
      <w:proofErr w:type="gramEnd"/>
      <w:r>
        <w:rPr>
          <w:b/>
          <w:color w:val="1F2C38"/>
          <w:sz w:val="38"/>
          <w:lang w:eastAsia="ko-KR"/>
        </w:rPr>
        <w:t xml:space="preserve"> 단</w:t>
      </w:r>
    </w:p>
    <w:p w14:paraId="3A727DF7" w14:textId="77777777" w:rsidR="00B722CA" w:rsidRDefault="00000000">
      <w:pPr>
        <w:spacing w:after="140"/>
        <w:jc w:val="center"/>
        <w:rPr>
          <w:lang w:eastAsia="ko-KR"/>
        </w:rPr>
      </w:pPr>
      <w:r>
        <w:rPr>
          <w:color w:val="687684"/>
          <w:sz w:val="17"/>
          <w:lang w:eastAsia="ko-KR"/>
        </w:rPr>
        <w:t>회의 참석자 정보를 한눈에 정리하는 기본형 서식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B722CA" w14:paraId="011485C0" w14:textId="77777777">
        <w:trPr>
          <w:trHeight w:val="510"/>
          <w:jc w:val="center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55574EA9" w14:textId="77777777" w:rsidR="00B722CA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442"/>
                <w:sz w:val="17"/>
              </w:rPr>
              <w:t>회의명</w:t>
            </w:r>
            <w:proofErr w:type="spellEnd"/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17192BF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4D176BB3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일시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68B825A" w14:textId="77777777" w:rsidR="00B722CA" w:rsidRDefault="00B722CA">
            <w:pPr>
              <w:spacing w:after="0"/>
            </w:pPr>
          </w:p>
        </w:tc>
      </w:tr>
      <w:tr w:rsidR="00B722CA" w14:paraId="6359CB97" w14:textId="77777777">
        <w:trPr>
          <w:trHeight w:val="510"/>
          <w:jc w:val="center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0B5BBC11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장소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94A9D2F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1E7D0495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주관부서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D258486" w14:textId="77777777" w:rsidR="00B722CA" w:rsidRDefault="00B722CA">
            <w:pPr>
              <w:spacing w:after="0"/>
            </w:pPr>
          </w:p>
        </w:tc>
      </w:tr>
      <w:tr w:rsidR="00B722CA" w14:paraId="0B1C1C95" w14:textId="77777777">
        <w:trPr>
          <w:trHeight w:val="510"/>
          <w:jc w:val="center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06E44191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작성자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DB405C1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7E4DB226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참석인원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5B85185" w14:textId="77777777" w:rsidR="00B722CA" w:rsidRDefault="00B722CA">
            <w:pPr>
              <w:spacing w:after="0"/>
            </w:pPr>
          </w:p>
        </w:tc>
      </w:tr>
    </w:tbl>
    <w:p w14:paraId="50813B9F" w14:textId="77777777" w:rsidR="00B722CA" w:rsidRDefault="00000000">
      <w:pPr>
        <w:spacing w:before="140" w:after="60"/>
      </w:pPr>
      <w:r>
        <w:rPr>
          <w:b/>
          <w:sz w:val="21"/>
        </w:rPr>
        <w:t>참석자 명단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7"/>
        <w:gridCol w:w="2381"/>
        <w:gridCol w:w="1587"/>
        <w:gridCol w:w="1701"/>
        <w:gridCol w:w="2721"/>
        <w:gridCol w:w="1191"/>
      </w:tblGrid>
      <w:tr w:rsidR="00B722CA" w14:paraId="538384E4" w14:textId="77777777">
        <w:trPr>
          <w:trHeight w:val="510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08D92525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번호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0D72C2E1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소속 / 부서</w:t>
            </w: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06AADB54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직위</w:t>
            </w: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63ACD1B9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성명</w:t>
            </w: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77F6867D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연락처 / 이메일</w:t>
            </w: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479252E9" w14:textId="77777777" w:rsidR="00B722CA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서명</w:t>
            </w:r>
          </w:p>
        </w:tc>
      </w:tr>
      <w:tr w:rsidR="00B722CA" w14:paraId="657D82CA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78E0D45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1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FA0063B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91BCA24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A26B693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A36E3AB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6C8EECA" w14:textId="77777777" w:rsidR="00B722CA" w:rsidRDefault="00B722CA">
            <w:pPr>
              <w:spacing w:after="0"/>
              <w:jc w:val="center"/>
            </w:pPr>
          </w:p>
        </w:tc>
      </w:tr>
      <w:tr w:rsidR="00B722CA" w14:paraId="790040E3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B0F5D32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2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7770A87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CDB9BD5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FF61C76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FAEABDD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B0424B0" w14:textId="77777777" w:rsidR="00B722CA" w:rsidRDefault="00B722CA">
            <w:pPr>
              <w:spacing w:after="0"/>
              <w:jc w:val="center"/>
            </w:pPr>
          </w:p>
        </w:tc>
      </w:tr>
      <w:tr w:rsidR="00B722CA" w14:paraId="43BB4EC5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9C63336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3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3A76413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7B7155B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5BAFF7A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1E7C6BB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3BFE4DB" w14:textId="77777777" w:rsidR="00B722CA" w:rsidRDefault="00B722CA">
            <w:pPr>
              <w:spacing w:after="0"/>
              <w:jc w:val="center"/>
            </w:pPr>
          </w:p>
        </w:tc>
      </w:tr>
      <w:tr w:rsidR="00B722CA" w14:paraId="063107E3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3C9B1AA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4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BB16EEB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0F91500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EA75C92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5971007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F4E9EDA" w14:textId="77777777" w:rsidR="00B722CA" w:rsidRDefault="00B722CA">
            <w:pPr>
              <w:spacing w:after="0"/>
              <w:jc w:val="center"/>
            </w:pPr>
          </w:p>
        </w:tc>
      </w:tr>
      <w:tr w:rsidR="00B722CA" w14:paraId="4C8E4BB0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2083827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5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05EFBD9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6F078D7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258B51D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028C750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7734797" w14:textId="77777777" w:rsidR="00B722CA" w:rsidRDefault="00B722CA">
            <w:pPr>
              <w:spacing w:after="0"/>
              <w:jc w:val="center"/>
            </w:pPr>
          </w:p>
        </w:tc>
      </w:tr>
      <w:tr w:rsidR="00B722CA" w14:paraId="5903DCDB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9FA84FE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6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ACCC6E2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CF6B84C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009208A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9321B4F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24E82FC" w14:textId="77777777" w:rsidR="00B722CA" w:rsidRDefault="00B722CA">
            <w:pPr>
              <w:spacing w:after="0"/>
              <w:jc w:val="center"/>
            </w:pPr>
          </w:p>
        </w:tc>
      </w:tr>
      <w:tr w:rsidR="00B722CA" w14:paraId="4AB0B4EA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43C9933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7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3CDF2A0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EE1A756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1DD6576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58A23D4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F8D4C30" w14:textId="77777777" w:rsidR="00B722CA" w:rsidRDefault="00B722CA">
            <w:pPr>
              <w:spacing w:after="0"/>
              <w:jc w:val="center"/>
            </w:pPr>
          </w:p>
        </w:tc>
      </w:tr>
      <w:tr w:rsidR="00B722CA" w14:paraId="679EE6CE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81948ED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8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D0F96B8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A15FCF7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8966DC5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DFDD078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D336462" w14:textId="77777777" w:rsidR="00B722CA" w:rsidRDefault="00B722CA">
            <w:pPr>
              <w:spacing w:after="0"/>
              <w:jc w:val="center"/>
            </w:pPr>
          </w:p>
        </w:tc>
      </w:tr>
      <w:tr w:rsidR="00B722CA" w14:paraId="5875A610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609598E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9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FBD8BEE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5AE0027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F48B813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3CA9DED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F194B97" w14:textId="77777777" w:rsidR="00B722CA" w:rsidRDefault="00B722CA">
            <w:pPr>
              <w:spacing w:after="0"/>
              <w:jc w:val="center"/>
            </w:pPr>
          </w:p>
        </w:tc>
      </w:tr>
      <w:tr w:rsidR="00B722CA" w14:paraId="78DB5D27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4709538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10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E196447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F28D6F5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CCB1C58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70B1D4F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0702229" w14:textId="77777777" w:rsidR="00B722CA" w:rsidRDefault="00B722CA">
            <w:pPr>
              <w:spacing w:after="0"/>
              <w:jc w:val="center"/>
            </w:pPr>
          </w:p>
        </w:tc>
      </w:tr>
      <w:tr w:rsidR="00B722CA" w14:paraId="03539634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2918E57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11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50E6C1B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556331B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6F370D9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43CE6BD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F6C9315" w14:textId="77777777" w:rsidR="00B722CA" w:rsidRDefault="00B722CA">
            <w:pPr>
              <w:spacing w:after="0"/>
              <w:jc w:val="center"/>
            </w:pPr>
          </w:p>
        </w:tc>
      </w:tr>
      <w:tr w:rsidR="00B722CA" w14:paraId="094A2B8D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8B5E8E3" w14:textId="77777777" w:rsidR="00B722CA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12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5B41573" w14:textId="77777777" w:rsidR="00B722CA" w:rsidRDefault="00B722CA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8A7A41C" w14:textId="77777777" w:rsidR="00B722CA" w:rsidRDefault="00B722CA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24F9D04" w14:textId="77777777" w:rsidR="00B722CA" w:rsidRDefault="00B722CA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34769F0" w14:textId="77777777" w:rsidR="00B722CA" w:rsidRDefault="00B722CA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5B7DA9A" w14:textId="77777777" w:rsidR="00B722CA" w:rsidRDefault="00B722CA">
            <w:pPr>
              <w:spacing w:after="0"/>
              <w:jc w:val="center"/>
            </w:pPr>
          </w:p>
        </w:tc>
      </w:tr>
    </w:tbl>
    <w:p w14:paraId="7D757F62" w14:textId="77777777" w:rsidR="00B722CA" w:rsidRDefault="00000000">
      <w:pPr>
        <w:spacing w:before="140" w:after="60"/>
      </w:pPr>
      <w:r>
        <w:rPr>
          <w:b/>
          <w:sz w:val="21"/>
        </w:rPr>
        <w:t>비고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8"/>
      </w:tblGrid>
      <w:tr w:rsidR="00B722CA" w14:paraId="11ED1283" w14:textId="77777777">
        <w:trPr>
          <w:trHeight w:val="1304"/>
          <w:jc w:val="center"/>
        </w:trPr>
        <w:tc>
          <w:tcPr>
            <w:tcW w:w="1031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FA4D787" w14:textId="77777777" w:rsidR="00B722CA" w:rsidRDefault="00B722CA">
            <w:pPr>
              <w:spacing w:after="0"/>
            </w:pPr>
          </w:p>
        </w:tc>
      </w:tr>
    </w:tbl>
    <w:p w14:paraId="4EEBF578" w14:textId="77777777" w:rsidR="00660D6A" w:rsidRDefault="00660D6A"/>
    <w:sectPr w:rsidR="00660D6A" w:rsidSect="00034616">
      <w:pgSz w:w="11906" w:h="16838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0720884">
    <w:abstractNumId w:val="8"/>
  </w:num>
  <w:num w:numId="2" w16cid:durableId="1119449346">
    <w:abstractNumId w:val="6"/>
  </w:num>
  <w:num w:numId="3" w16cid:durableId="960185808">
    <w:abstractNumId w:val="5"/>
  </w:num>
  <w:num w:numId="4" w16cid:durableId="1902641271">
    <w:abstractNumId w:val="4"/>
  </w:num>
  <w:num w:numId="5" w16cid:durableId="899632974">
    <w:abstractNumId w:val="7"/>
  </w:num>
  <w:num w:numId="6" w16cid:durableId="1871457479">
    <w:abstractNumId w:val="3"/>
  </w:num>
  <w:num w:numId="7" w16cid:durableId="2066562712">
    <w:abstractNumId w:val="2"/>
  </w:num>
  <w:num w:numId="8" w16cid:durableId="1625967319">
    <w:abstractNumId w:val="1"/>
  </w:num>
  <w:num w:numId="9" w16cid:durableId="85735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60D6A"/>
    <w:rsid w:val="00762318"/>
    <w:rsid w:val="00AA1D8D"/>
    <w:rsid w:val="00B47730"/>
    <w:rsid w:val="00B722CA"/>
    <w:rsid w:val="00C437D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0CDFB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2026-08-25T05:44:00Z</dcterms:modified>
  <cp:category/>
</cp:coreProperties>
</file>