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91F30" w14:textId="77777777" w:rsidR="0070777C" w:rsidRDefault="0070777C">
      <w:pPr>
        <w:rPr>
          <w:lang w:eastAsia="ko-KR"/>
        </w:rPr>
      </w:pPr>
    </w:p>
    <w:p w14:paraId="3D38B9C4" w14:textId="77777777" w:rsidR="0070777C" w:rsidRDefault="0070777C">
      <w:pPr>
        <w:rPr>
          <w:rFonts w:hint="eastAsia"/>
          <w:lang w:eastAsia="ko-K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5783"/>
      </w:tblGrid>
      <w:tr w:rsidR="00D06294" w14:paraId="273C2098" w14:textId="77777777">
        <w:trPr>
          <w:jc w:val="center"/>
        </w:trPr>
        <w:tc>
          <w:tcPr>
            <w:tcW w:w="453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2994876" w14:textId="77777777" w:rsidR="00D06294" w:rsidRDefault="00000000">
            <w:r>
              <w:rPr>
                <w:b/>
                <w:color w:val="2E6FA8"/>
                <w:sz w:val="19"/>
              </w:rPr>
              <w:t>MEETING REPORT</w:t>
            </w:r>
          </w:p>
        </w:tc>
        <w:tc>
          <w:tcPr>
            <w:tcW w:w="578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D7D9EA7" w14:textId="77777777" w:rsidR="00D06294" w:rsidRDefault="00000000">
            <w:pPr>
              <w:jc w:val="right"/>
            </w:pPr>
            <w:r>
              <w:rPr>
                <w:b/>
                <w:color w:val="1F2C38"/>
                <w:sz w:val="36"/>
              </w:rPr>
              <w:t>회의 결과보고서</w:t>
            </w:r>
          </w:p>
        </w:tc>
      </w:tr>
    </w:tbl>
    <w:p w14:paraId="48BB3C56" w14:textId="77777777" w:rsidR="00D06294" w:rsidRDefault="00000000">
      <w:pPr>
        <w:spacing w:after="80"/>
        <w:rPr>
          <w:lang w:eastAsia="ko-KR"/>
        </w:rPr>
      </w:pPr>
      <w:r>
        <w:rPr>
          <w:color w:val="687684"/>
          <w:lang w:eastAsia="ko-KR"/>
        </w:rPr>
        <w:t>회의 요약부터 결정사항과 후속 업무까지 한 장에 정리하는 보고 서식</w:t>
      </w:r>
    </w:p>
    <w:p w14:paraId="52069645" w14:textId="77777777" w:rsidR="00D06294" w:rsidRDefault="00000000">
      <w:pPr>
        <w:spacing w:before="70" w:after="50"/>
      </w:pPr>
      <w:r>
        <w:rPr>
          <w:b/>
          <w:color w:val="2E6FA8"/>
          <w:sz w:val="20"/>
        </w:rPr>
        <w:t xml:space="preserve">01  </w:t>
      </w:r>
      <w:proofErr w:type="spellStart"/>
      <w:r>
        <w:rPr>
          <w:b/>
          <w:color w:val="2E6FA8"/>
          <w:sz w:val="20"/>
        </w:rPr>
        <w:t>회의</w:t>
      </w:r>
      <w:proofErr w:type="spellEnd"/>
      <w:r>
        <w:rPr>
          <w:b/>
          <w:color w:val="2E6FA8"/>
          <w:sz w:val="20"/>
        </w:rPr>
        <w:t xml:space="preserve"> </w:t>
      </w:r>
      <w:proofErr w:type="spellStart"/>
      <w:r>
        <w:rPr>
          <w:b/>
          <w:color w:val="2E6FA8"/>
          <w:sz w:val="20"/>
        </w:rPr>
        <w:t>정보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3572"/>
        <w:gridCol w:w="1587"/>
        <w:gridCol w:w="3572"/>
      </w:tblGrid>
      <w:tr w:rsidR="00D06294" w14:paraId="61A848FA" w14:textId="77777777">
        <w:trPr>
          <w:trHeight w:val="493"/>
          <w:jc w:val="center"/>
        </w:trPr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8F1F9"/>
            <w:vAlign w:val="center"/>
          </w:tcPr>
          <w:p w14:paraId="61BFA58A" w14:textId="77777777" w:rsidR="00D06294" w:rsidRDefault="00000000">
            <w:pPr>
              <w:jc w:val="center"/>
            </w:pPr>
            <w:r>
              <w:rPr>
                <w:b/>
                <w:color w:val="263442"/>
              </w:rPr>
              <w:t>회의명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103E7C1F" w14:textId="77777777" w:rsidR="00D06294" w:rsidRDefault="00D06294"/>
        </w:tc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8F1F9"/>
            <w:vAlign w:val="center"/>
          </w:tcPr>
          <w:p w14:paraId="482C74B2" w14:textId="77777777" w:rsidR="00D06294" w:rsidRDefault="00000000">
            <w:pPr>
              <w:jc w:val="center"/>
            </w:pPr>
            <w:r>
              <w:rPr>
                <w:b/>
                <w:color w:val="263442"/>
              </w:rPr>
              <w:t>일시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6C85BCC8" w14:textId="77777777" w:rsidR="00D06294" w:rsidRDefault="00D06294"/>
        </w:tc>
      </w:tr>
      <w:tr w:rsidR="00D06294" w14:paraId="1D775345" w14:textId="77777777">
        <w:trPr>
          <w:trHeight w:val="493"/>
          <w:jc w:val="center"/>
        </w:trPr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8F1F9"/>
            <w:vAlign w:val="center"/>
          </w:tcPr>
          <w:p w14:paraId="100496A2" w14:textId="77777777" w:rsidR="00D06294" w:rsidRDefault="00000000">
            <w:pPr>
              <w:jc w:val="center"/>
            </w:pPr>
            <w:r>
              <w:rPr>
                <w:b/>
                <w:color w:val="263442"/>
              </w:rPr>
              <w:t>장소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1B138957" w14:textId="77777777" w:rsidR="00D06294" w:rsidRDefault="00D06294"/>
        </w:tc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8F1F9"/>
            <w:vAlign w:val="center"/>
          </w:tcPr>
          <w:p w14:paraId="578882D4" w14:textId="77777777" w:rsidR="00D06294" w:rsidRDefault="00000000">
            <w:pPr>
              <w:jc w:val="center"/>
            </w:pPr>
            <w:r>
              <w:rPr>
                <w:b/>
                <w:color w:val="263442"/>
              </w:rPr>
              <w:t>주관부서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2B0FF002" w14:textId="77777777" w:rsidR="00D06294" w:rsidRDefault="00D06294"/>
        </w:tc>
      </w:tr>
      <w:tr w:rsidR="00D06294" w14:paraId="7E64155B" w14:textId="77777777">
        <w:trPr>
          <w:trHeight w:val="493"/>
          <w:jc w:val="center"/>
        </w:trPr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8F1F9"/>
            <w:vAlign w:val="center"/>
          </w:tcPr>
          <w:p w14:paraId="05C2500B" w14:textId="77777777" w:rsidR="00D06294" w:rsidRDefault="00000000">
            <w:pPr>
              <w:jc w:val="center"/>
            </w:pPr>
            <w:r>
              <w:rPr>
                <w:b/>
                <w:color w:val="263442"/>
              </w:rPr>
              <w:t>작성자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0A855E89" w14:textId="77777777" w:rsidR="00D06294" w:rsidRDefault="00D06294"/>
        </w:tc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8F1F9"/>
            <w:vAlign w:val="center"/>
          </w:tcPr>
          <w:p w14:paraId="39886B83" w14:textId="77777777" w:rsidR="00D06294" w:rsidRDefault="00000000">
            <w:pPr>
              <w:jc w:val="center"/>
            </w:pPr>
            <w:r>
              <w:rPr>
                <w:b/>
                <w:color w:val="263442"/>
              </w:rPr>
              <w:t>참석인원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41914DD7" w14:textId="77777777" w:rsidR="00D06294" w:rsidRDefault="00D06294"/>
        </w:tc>
      </w:tr>
    </w:tbl>
    <w:p w14:paraId="6094459C" w14:textId="77777777" w:rsidR="00D06294" w:rsidRDefault="00000000">
      <w:pPr>
        <w:spacing w:before="70" w:after="50"/>
      </w:pPr>
      <w:r>
        <w:rPr>
          <w:b/>
          <w:color w:val="2E6FA8"/>
          <w:sz w:val="20"/>
        </w:rPr>
        <w:t>02  목적 · 안건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04"/>
      </w:tblGrid>
      <w:tr w:rsidR="00D06294" w14:paraId="1F43F674" w14:textId="77777777">
        <w:trPr>
          <w:trHeight w:val="850"/>
          <w:jc w:val="center"/>
        </w:trPr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DCEAF6"/>
            <w:vAlign w:val="center"/>
          </w:tcPr>
          <w:p w14:paraId="333F4DC3" w14:textId="77777777" w:rsidR="00D06294" w:rsidRDefault="00000000">
            <w:pPr>
              <w:jc w:val="center"/>
            </w:pPr>
            <w:r>
              <w:rPr>
                <w:b/>
                <w:color w:val="263442"/>
              </w:rPr>
              <w:t>목적 / 안건</w:t>
            </w:r>
          </w:p>
        </w:tc>
        <w:tc>
          <w:tcPr>
            <w:tcW w:w="850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1E96EE62" w14:textId="77777777" w:rsidR="00D06294" w:rsidRDefault="00D06294"/>
        </w:tc>
      </w:tr>
    </w:tbl>
    <w:p w14:paraId="0D52733F" w14:textId="77777777" w:rsidR="00D06294" w:rsidRDefault="00000000">
      <w:pPr>
        <w:spacing w:before="70" w:after="50"/>
      </w:pPr>
      <w:r>
        <w:rPr>
          <w:b/>
          <w:color w:val="2E6FA8"/>
          <w:sz w:val="20"/>
        </w:rPr>
        <w:t>03  핵심 논의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04"/>
      </w:tblGrid>
      <w:tr w:rsidR="00D06294" w14:paraId="25D95CAD" w14:textId="77777777">
        <w:trPr>
          <w:trHeight w:val="1644"/>
          <w:jc w:val="center"/>
        </w:trPr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DCEAF6"/>
            <w:vAlign w:val="center"/>
          </w:tcPr>
          <w:p w14:paraId="2F1BE6B8" w14:textId="77777777" w:rsidR="00D06294" w:rsidRDefault="00000000">
            <w:pPr>
              <w:jc w:val="center"/>
            </w:pPr>
            <w:r>
              <w:rPr>
                <w:b/>
                <w:color w:val="263442"/>
              </w:rPr>
              <w:t>논의 요약</w:t>
            </w:r>
          </w:p>
        </w:tc>
        <w:tc>
          <w:tcPr>
            <w:tcW w:w="850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5C6EE879" w14:textId="77777777" w:rsidR="00D06294" w:rsidRDefault="00D06294"/>
        </w:tc>
      </w:tr>
    </w:tbl>
    <w:p w14:paraId="1EC50FD9" w14:textId="77777777" w:rsidR="00D06294" w:rsidRDefault="00000000">
      <w:pPr>
        <w:spacing w:before="70" w:after="50"/>
      </w:pPr>
      <w:r>
        <w:rPr>
          <w:b/>
          <w:color w:val="2E6FA8"/>
          <w:sz w:val="20"/>
        </w:rPr>
        <w:t>04  결정 · 결과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04"/>
      </w:tblGrid>
      <w:tr w:rsidR="00D06294" w14:paraId="09130AC1" w14:textId="77777777">
        <w:trPr>
          <w:trHeight w:val="1304"/>
          <w:jc w:val="center"/>
        </w:trPr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DCEAF6"/>
            <w:vAlign w:val="center"/>
          </w:tcPr>
          <w:p w14:paraId="08FDB7C0" w14:textId="77777777" w:rsidR="00D06294" w:rsidRDefault="00000000">
            <w:pPr>
              <w:jc w:val="center"/>
            </w:pPr>
            <w:r>
              <w:rPr>
                <w:b/>
                <w:color w:val="263442"/>
              </w:rPr>
              <w:t>결정사항</w:t>
            </w:r>
          </w:p>
        </w:tc>
        <w:tc>
          <w:tcPr>
            <w:tcW w:w="850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087EF1E8" w14:textId="77777777" w:rsidR="00D06294" w:rsidRDefault="00D06294"/>
        </w:tc>
      </w:tr>
    </w:tbl>
    <w:p w14:paraId="3A904DCE" w14:textId="77777777" w:rsidR="00D06294" w:rsidRDefault="00000000">
      <w:pPr>
        <w:spacing w:before="70" w:after="50"/>
      </w:pPr>
      <w:r>
        <w:rPr>
          <w:b/>
          <w:color w:val="2E6FA8"/>
          <w:sz w:val="20"/>
        </w:rPr>
        <w:t>05  ACTION ITEM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37"/>
        <w:gridCol w:w="4365"/>
        <w:gridCol w:w="1814"/>
        <w:gridCol w:w="1701"/>
        <w:gridCol w:w="1701"/>
      </w:tblGrid>
      <w:tr w:rsidR="00D06294" w14:paraId="4D26C2EE" w14:textId="77777777">
        <w:trPr>
          <w:trHeight w:val="465"/>
          <w:jc w:val="center"/>
        </w:trPr>
        <w:tc>
          <w:tcPr>
            <w:tcW w:w="73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D8E7F4"/>
            <w:vAlign w:val="center"/>
          </w:tcPr>
          <w:p w14:paraId="4D059A72" w14:textId="77777777" w:rsidR="00D06294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번호</w:t>
            </w:r>
          </w:p>
        </w:tc>
        <w:tc>
          <w:tcPr>
            <w:tcW w:w="4365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D8E7F4"/>
            <w:vAlign w:val="center"/>
          </w:tcPr>
          <w:p w14:paraId="6B02F39C" w14:textId="77777777" w:rsidR="00D06294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후속 조치 / 업무</w:t>
            </w:r>
          </w:p>
        </w:tc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D8E7F4"/>
            <w:vAlign w:val="center"/>
          </w:tcPr>
          <w:p w14:paraId="6B488C99" w14:textId="77777777" w:rsidR="00D06294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담당자</w:t>
            </w: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D8E7F4"/>
            <w:vAlign w:val="center"/>
          </w:tcPr>
          <w:p w14:paraId="5946BD32" w14:textId="77777777" w:rsidR="00D06294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기한</w:t>
            </w: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D8E7F4"/>
            <w:vAlign w:val="center"/>
          </w:tcPr>
          <w:p w14:paraId="09D50B7F" w14:textId="77777777" w:rsidR="00D06294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진행상태</w:t>
            </w:r>
          </w:p>
        </w:tc>
      </w:tr>
      <w:tr w:rsidR="00D06294" w14:paraId="19CB22CD" w14:textId="77777777">
        <w:trPr>
          <w:trHeight w:val="539"/>
          <w:jc w:val="center"/>
        </w:trPr>
        <w:tc>
          <w:tcPr>
            <w:tcW w:w="73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6310FC5A" w14:textId="77777777" w:rsidR="00D06294" w:rsidRDefault="00000000">
            <w:pPr>
              <w:jc w:val="center"/>
            </w:pPr>
            <w:r>
              <w:rPr>
                <w:color w:val="263442"/>
                <w:sz w:val="16"/>
              </w:rPr>
              <w:t>1</w:t>
            </w:r>
          </w:p>
        </w:tc>
        <w:tc>
          <w:tcPr>
            <w:tcW w:w="4365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1DADE502" w14:textId="77777777" w:rsidR="00D06294" w:rsidRDefault="00D06294"/>
        </w:tc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33374F2D" w14:textId="77777777" w:rsidR="00D06294" w:rsidRDefault="00D06294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6BE535D4" w14:textId="77777777" w:rsidR="00D06294" w:rsidRDefault="00D06294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534F06F7" w14:textId="77777777" w:rsidR="00D06294" w:rsidRDefault="00D06294">
            <w:pPr>
              <w:jc w:val="center"/>
            </w:pPr>
          </w:p>
        </w:tc>
      </w:tr>
      <w:tr w:rsidR="00D06294" w14:paraId="137AF1AF" w14:textId="77777777">
        <w:trPr>
          <w:trHeight w:val="539"/>
          <w:jc w:val="center"/>
        </w:trPr>
        <w:tc>
          <w:tcPr>
            <w:tcW w:w="73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2102C99F" w14:textId="77777777" w:rsidR="00D06294" w:rsidRDefault="00000000">
            <w:pPr>
              <w:jc w:val="center"/>
            </w:pPr>
            <w:r>
              <w:rPr>
                <w:color w:val="263442"/>
                <w:sz w:val="16"/>
              </w:rPr>
              <w:t>2</w:t>
            </w:r>
          </w:p>
        </w:tc>
        <w:tc>
          <w:tcPr>
            <w:tcW w:w="4365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02FDA69E" w14:textId="77777777" w:rsidR="00D06294" w:rsidRDefault="00D06294"/>
        </w:tc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57EDA44F" w14:textId="77777777" w:rsidR="00D06294" w:rsidRDefault="00D06294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52C54B49" w14:textId="77777777" w:rsidR="00D06294" w:rsidRDefault="00D06294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75E5FF2A" w14:textId="77777777" w:rsidR="00D06294" w:rsidRDefault="00D06294">
            <w:pPr>
              <w:jc w:val="center"/>
            </w:pPr>
          </w:p>
        </w:tc>
      </w:tr>
      <w:tr w:rsidR="00D06294" w14:paraId="23C39EA2" w14:textId="77777777">
        <w:trPr>
          <w:trHeight w:val="539"/>
          <w:jc w:val="center"/>
        </w:trPr>
        <w:tc>
          <w:tcPr>
            <w:tcW w:w="73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6E969120" w14:textId="77777777" w:rsidR="00D06294" w:rsidRDefault="00000000">
            <w:pPr>
              <w:jc w:val="center"/>
            </w:pPr>
            <w:r>
              <w:rPr>
                <w:color w:val="263442"/>
                <w:sz w:val="16"/>
              </w:rPr>
              <w:t>3</w:t>
            </w:r>
          </w:p>
        </w:tc>
        <w:tc>
          <w:tcPr>
            <w:tcW w:w="4365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214A6E90" w14:textId="77777777" w:rsidR="00D06294" w:rsidRDefault="00D06294"/>
        </w:tc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3F80608E" w14:textId="77777777" w:rsidR="00D06294" w:rsidRDefault="00D06294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3B05040C" w14:textId="77777777" w:rsidR="00D06294" w:rsidRDefault="00D06294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4A791FBE" w14:textId="77777777" w:rsidR="00D06294" w:rsidRDefault="00D06294">
            <w:pPr>
              <w:jc w:val="center"/>
            </w:pPr>
          </w:p>
        </w:tc>
      </w:tr>
    </w:tbl>
    <w:p w14:paraId="22A961D4" w14:textId="77777777" w:rsidR="00D06294" w:rsidRDefault="00000000">
      <w:pPr>
        <w:spacing w:before="70" w:after="50"/>
      </w:pPr>
      <w:r>
        <w:rPr>
          <w:b/>
          <w:color w:val="2E6FA8"/>
          <w:sz w:val="20"/>
        </w:rPr>
        <w:t>06  비고 · 첨부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04"/>
      </w:tblGrid>
      <w:tr w:rsidR="00D06294" w14:paraId="6DF0014B" w14:textId="77777777" w:rsidTr="0070777C">
        <w:trPr>
          <w:trHeight w:val="1032"/>
          <w:jc w:val="center"/>
        </w:trPr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DCEAF6"/>
            <w:vAlign w:val="center"/>
          </w:tcPr>
          <w:p w14:paraId="571AC59A" w14:textId="77777777" w:rsidR="00D06294" w:rsidRDefault="00000000">
            <w:pPr>
              <w:jc w:val="center"/>
            </w:pPr>
            <w:proofErr w:type="spellStart"/>
            <w:r>
              <w:rPr>
                <w:b/>
                <w:color w:val="263442"/>
              </w:rPr>
              <w:t>비고</w:t>
            </w:r>
            <w:proofErr w:type="spellEnd"/>
            <w:r>
              <w:rPr>
                <w:b/>
                <w:color w:val="263442"/>
              </w:rPr>
              <w:t xml:space="preserve"> / </w:t>
            </w:r>
            <w:proofErr w:type="spellStart"/>
            <w:r>
              <w:rPr>
                <w:b/>
                <w:color w:val="263442"/>
              </w:rPr>
              <w:t>첨부</w:t>
            </w:r>
            <w:proofErr w:type="spellEnd"/>
          </w:p>
        </w:tc>
        <w:tc>
          <w:tcPr>
            <w:tcW w:w="850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391B78A4" w14:textId="77777777" w:rsidR="00D06294" w:rsidRDefault="00D06294"/>
        </w:tc>
      </w:tr>
    </w:tbl>
    <w:p w14:paraId="33C91266" w14:textId="77777777" w:rsidR="0070777C" w:rsidRDefault="0070777C">
      <w:pPr>
        <w:spacing w:before="70"/>
        <w:jc w:val="right"/>
        <w:rPr>
          <w:color w:val="596A79"/>
          <w:sz w:val="16"/>
        </w:rPr>
      </w:pPr>
    </w:p>
    <w:p w14:paraId="27B7003B" w14:textId="77777777" w:rsidR="0070777C" w:rsidRDefault="0070777C">
      <w:pPr>
        <w:spacing w:before="70"/>
        <w:jc w:val="right"/>
        <w:rPr>
          <w:color w:val="596A79"/>
          <w:sz w:val="16"/>
        </w:rPr>
      </w:pPr>
    </w:p>
    <w:p w14:paraId="2B6E92A8" w14:textId="43D39990" w:rsidR="00D06294" w:rsidRDefault="00000000">
      <w:pPr>
        <w:spacing w:before="70"/>
        <w:jc w:val="right"/>
      </w:pPr>
      <w:r>
        <w:rPr>
          <w:color w:val="596A79"/>
          <w:sz w:val="16"/>
        </w:rPr>
        <w:t>20     년     월     일      작성자:                    (서명)</w:t>
      </w:r>
    </w:p>
    <w:sectPr w:rsidR="00D06294" w:rsidSect="00034616">
      <w:pgSz w:w="11906" w:h="16838"/>
      <w:pgMar w:top="624" w:right="794" w:bottom="56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2687215">
    <w:abstractNumId w:val="8"/>
  </w:num>
  <w:num w:numId="2" w16cid:durableId="1404371285">
    <w:abstractNumId w:val="6"/>
  </w:num>
  <w:num w:numId="3" w16cid:durableId="2119330641">
    <w:abstractNumId w:val="5"/>
  </w:num>
  <w:num w:numId="4" w16cid:durableId="1782648602">
    <w:abstractNumId w:val="4"/>
  </w:num>
  <w:num w:numId="5" w16cid:durableId="599988305">
    <w:abstractNumId w:val="7"/>
  </w:num>
  <w:num w:numId="6" w16cid:durableId="1267035638">
    <w:abstractNumId w:val="3"/>
  </w:num>
  <w:num w:numId="7" w16cid:durableId="1482580183">
    <w:abstractNumId w:val="2"/>
  </w:num>
  <w:num w:numId="8" w16cid:durableId="1546017701">
    <w:abstractNumId w:val="1"/>
  </w:num>
  <w:num w:numId="9" w16cid:durableId="585193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777C"/>
    <w:rsid w:val="00762318"/>
    <w:rsid w:val="00AA1D8D"/>
    <w:rsid w:val="00B47730"/>
    <w:rsid w:val="00CB0664"/>
    <w:rsid w:val="00D062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997D6A"/>
  <w14:defaultImageDpi w14:val="300"/>
  <w15:docId w15:val="{44D2FA51-76A4-4A66-8E06-B5A44FE3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2026-08-25T05:57:00Z</dcterms:modified>
  <cp:category/>
</cp:coreProperties>
</file>