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E70F8" w14:textId="77777777" w:rsidR="005C0372" w:rsidRPr="005C0372" w:rsidRDefault="005C0372">
      <w:pPr>
        <w:spacing w:after="30"/>
        <w:jc w:val="center"/>
        <w:rPr>
          <w:b/>
          <w:sz w:val="20"/>
          <w:szCs w:val="20"/>
          <w:lang w:eastAsia="ko-KR"/>
        </w:rPr>
      </w:pPr>
    </w:p>
    <w:p w14:paraId="7C595215" w14:textId="7C0D12FD" w:rsidR="008132F6" w:rsidRDefault="00000000">
      <w:pPr>
        <w:spacing w:after="30"/>
        <w:jc w:val="center"/>
        <w:rPr>
          <w:lang w:eastAsia="ko-KR"/>
        </w:rPr>
      </w:pPr>
      <w:r>
        <w:rPr>
          <w:b/>
          <w:sz w:val="36"/>
          <w:lang w:eastAsia="ko-KR"/>
        </w:rPr>
        <w:t xml:space="preserve">회 </w:t>
      </w:r>
      <w:proofErr w:type="gramStart"/>
      <w:r>
        <w:rPr>
          <w:b/>
          <w:sz w:val="36"/>
          <w:lang w:eastAsia="ko-KR"/>
        </w:rPr>
        <w:t>의  결</w:t>
      </w:r>
      <w:proofErr w:type="gramEnd"/>
      <w:r>
        <w:rPr>
          <w:b/>
          <w:sz w:val="36"/>
          <w:lang w:eastAsia="ko-KR"/>
        </w:rPr>
        <w:t xml:space="preserve"> 과 보 고 서</w:t>
      </w:r>
    </w:p>
    <w:p w14:paraId="09AEF8D4" w14:textId="77777777" w:rsidR="008132F6" w:rsidRDefault="00000000">
      <w:pPr>
        <w:spacing w:after="80"/>
        <w:jc w:val="center"/>
        <w:rPr>
          <w:lang w:eastAsia="ko-KR"/>
        </w:rPr>
      </w:pPr>
      <w:r>
        <w:rPr>
          <w:color w:val="646464"/>
          <w:lang w:eastAsia="ko-KR"/>
        </w:rPr>
        <w:t>회의 주요 내용과 결정사항, 후속 조치를 정리하는 기본형 서식</w:t>
      </w:r>
    </w:p>
    <w:p w14:paraId="188C809C" w14:textId="77777777" w:rsidR="008132F6" w:rsidRDefault="00000000">
      <w:pPr>
        <w:spacing w:before="70" w:after="50"/>
      </w:pPr>
      <w:r>
        <w:rPr>
          <w:b/>
          <w:color w:val="222222"/>
          <w:sz w:val="20"/>
        </w:rPr>
        <w:t xml:space="preserve">1. </w:t>
      </w:r>
      <w:proofErr w:type="spellStart"/>
      <w:r>
        <w:rPr>
          <w:b/>
          <w:color w:val="222222"/>
          <w:sz w:val="20"/>
        </w:rPr>
        <w:t>회의</w:t>
      </w:r>
      <w:proofErr w:type="spellEnd"/>
      <w:r>
        <w:rPr>
          <w:b/>
          <w:color w:val="222222"/>
          <w:sz w:val="20"/>
        </w:rPr>
        <w:t xml:space="preserve"> </w:t>
      </w:r>
      <w:proofErr w:type="spellStart"/>
      <w:r>
        <w:rPr>
          <w:b/>
          <w:color w:val="222222"/>
          <w:sz w:val="20"/>
        </w:rPr>
        <w:t>정보</w:t>
      </w:r>
      <w:proofErr w:type="spell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587"/>
        <w:gridCol w:w="3572"/>
        <w:gridCol w:w="1587"/>
        <w:gridCol w:w="3572"/>
      </w:tblGrid>
      <w:tr w:rsidR="008132F6" w14:paraId="108ED97E" w14:textId="77777777">
        <w:trPr>
          <w:trHeight w:val="493"/>
          <w:jc w:val="center"/>
        </w:trPr>
        <w:tc>
          <w:tcPr>
            <w:tcW w:w="1587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shd w:val="clear" w:color="auto" w:fill="ECEFF2"/>
            <w:vAlign w:val="center"/>
          </w:tcPr>
          <w:p w14:paraId="612E9EDC" w14:textId="77777777" w:rsidR="008132F6" w:rsidRDefault="00000000">
            <w:pPr>
              <w:jc w:val="center"/>
            </w:pPr>
            <w:r>
              <w:rPr>
                <w:b/>
                <w:color w:val="263442"/>
              </w:rPr>
              <w:t>회의명</w:t>
            </w:r>
          </w:p>
        </w:tc>
        <w:tc>
          <w:tcPr>
            <w:tcW w:w="3572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vAlign w:val="center"/>
          </w:tcPr>
          <w:p w14:paraId="549154FB" w14:textId="77777777" w:rsidR="008132F6" w:rsidRDefault="008132F6"/>
        </w:tc>
        <w:tc>
          <w:tcPr>
            <w:tcW w:w="1587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shd w:val="clear" w:color="auto" w:fill="ECEFF2"/>
            <w:vAlign w:val="center"/>
          </w:tcPr>
          <w:p w14:paraId="66761313" w14:textId="77777777" w:rsidR="008132F6" w:rsidRDefault="00000000">
            <w:pPr>
              <w:jc w:val="center"/>
            </w:pPr>
            <w:r>
              <w:rPr>
                <w:b/>
                <w:color w:val="263442"/>
              </w:rPr>
              <w:t>일시</w:t>
            </w:r>
          </w:p>
        </w:tc>
        <w:tc>
          <w:tcPr>
            <w:tcW w:w="3572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vAlign w:val="center"/>
          </w:tcPr>
          <w:p w14:paraId="5AC69D56" w14:textId="77777777" w:rsidR="008132F6" w:rsidRDefault="008132F6"/>
        </w:tc>
      </w:tr>
      <w:tr w:rsidR="008132F6" w14:paraId="41BC8A38" w14:textId="77777777">
        <w:trPr>
          <w:trHeight w:val="493"/>
          <w:jc w:val="center"/>
        </w:trPr>
        <w:tc>
          <w:tcPr>
            <w:tcW w:w="1587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shd w:val="clear" w:color="auto" w:fill="ECEFF2"/>
            <w:vAlign w:val="center"/>
          </w:tcPr>
          <w:p w14:paraId="533A63CE" w14:textId="77777777" w:rsidR="008132F6" w:rsidRDefault="00000000">
            <w:pPr>
              <w:jc w:val="center"/>
            </w:pPr>
            <w:r>
              <w:rPr>
                <w:b/>
                <w:color w:val="263442"/>
              </w:rPr>
              <w:t>장소</w:t>
            </w:r>
          </w:p>
        </w:tc>
        <w:tc>
          <w:tcPr>
            <w:tcW w:w="3572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vAlign w:val="center"/>
          </w:tcPr>
          <w:p w14:paraId="0213B60C" w14:textId="77777777" w:rsidR="008132F6" w:rsidRDefault="008132F6"/>
        </w:tc>
        <w:tc>
          <w:tcPr>
            <w:tcW w:w="1587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shd w:val="clear" w:color="auto" w:fill="ECEFF2"/>
            <w:vAlign w:val="center"/>
          </w:tcPr>
          <w:p w14:paraId="493BA687" w14:textId="77777777" w:rsidR="008132F6" w:rsidRDefault="00000000">
            <w:pPr>
              <w:jc w:val="center"/>
            </w:pPr>
            <w:r>
              <w:rPr>
                <w:b/>
                <w:color w:val="263442"/>
              </w:rPr>
              <w:t>주관부서</w:t>
            </w:r>
          </w:p>
        </w:tc>
        <w:tc>
          <w:tcPr>
            <w:tcW w:w="3572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vAlign w:val="center"/>
          </w:tcPr>
          <w:p w14:paraId="10705D6B" w14:textId="77777777" w:rsidR="008132F6" w:rsidRDefault="008132F6"/>
        </w:tc>
      </w:tr>
      <w:tr w:rsidR="008132F6" w14:paraId="24D2951A" w14:textId="77777777">
        <w:trPr>
          <w:trHeight w:val="493"/>
          <w:jc w:val="center"/>
        </w:trPr>
        <w:tc>
          <w:tcPr>
            <w:tcW w:w="1587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shd w:val="clear" w:color="auto" w:fill="ECEFF2"/>
            <w:vAlign w:val="center"/>
          </w:tcPr>
          <w:p w14:paraId="790F5098" w14:textId="77777777" w:rsidR="008132F6" w:rsidRDefault="00000000">
            <w:pPr>
              <w:jc w:val="center"/>
            </w:pPr>
            <w:r>
              <w:rPr>
                <w:b/>
                <w:color w:val="263442"/>
              </w:rPr>
              <w:t>작성자</w:t>
            </w:r>
          </w:p>
        </w:tc>
        <w:tc>
          <w:tcPr>
            <w:tcW w:w="3572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vAlign w:val="center"/>
          </w:tcPr>
          <w:p w14:paraId="5B93D7A5" w14:textId="77777777" w:rsidR="008132F6" w:rsidRDefault="008132F6"/>
        </w:tc>
        <w:tc>
          <w:tcPr>
            <w:tcW w:w="1587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shd w:val="clear" w:color="auto" w:fill="ECEFF2"/>
            <w:vAlign w:val="center"/>
          </w:tcPr>
          <w:p w14:paraId="51C4BBAB" w14:textId="77777777" w:rsidR="008132F6" w:rsidRDefault="00000000">
            <w:pPr>
              <w:jc w:val="center"/>
            </w:pPr>
            <w:r>
              <w:rPr>
                <w:b/>
                <w:color w:val="263442"/>
              </w:rPr>
              <w:t>참석인원</w:t>
            </w:r>
          </w:p>
        </w:tc>
        <w:tc>
          <w:tcPr>
            <w:tcW w:w="3572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vAlign w:val="center"/>
          </w:tcPr>
          <w:p w14:paraId="03606A17" w14:textId="77777777" w:rsidR="008132F6" w:rsidRDefault="008132F6"/>
        </w:tc>
      </w:tr>
    </w:tbl>
    <w:p w14:paraId="3DAEC862" w14:textId="77777777" w:rsidR="008132F6" w:rsidRDefault="00000000">
      <w:pPr>
        <w:spacing w:before="70" w:after="50"/>
      </w:pPr>
      <w:r>
        <w:rPr>
          <w:b/>
          <w:color w:val="222222"/>
          <w:sz w:val="20"/>
        </w:rPr>
        <w:t>2. 회의 목적 / 안건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14"/>
        <w:gridCol w:w="8504"/>
      </w:tblGrid>
      <w:tr w:rsidR="008132F6" w14:paraId="55E3B47E" w14:textId="77777777">
        <w:trPr>
          <w:trHeight w:val="907"/>
          <w:jc w:val="center"/>
        </w:trPr>
        <w:tc>
          <w:tcPr>
            <w:tcW w:w="1814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shd w:val="clear" w:color="auto" w:fill="ECEFF2"/>
            <w:vAlign w:val="center"/>
          </w:tcPr>
          <w:p w14:paraId="754A2B72" w14:textId="77777777" w:rsidR="008132F6" w:rsidRDefault="00000000">
            <w:pPr>
              <w:jc w:val="center"/>
            </w:pPr>
            <w:r>
              <w:rPr>
                <w:b/>
                <w:color w:val="263442"/>
              </w:rPr>
              <w:t>목적 / 안건</w:t>
            </w:r>
          </w:p>
        </w:tc>
        <w:tc>
          <w:tcPr>
            <w:tcW w:w="8504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vAlign w:val="center"/>
          </w:tcPr>
          <w:p w14:paraId="39719812" w14:textId="77777777" w:rsidR="008132F6" w:rsidRDefault="008132F6"/>
        </w:tc>
      </w:tr>
    </w:tbl>
    <w:p w14:paraId="1B902A54" w14:textId="77777777" w:rsidR="008132F6" w:rsidRDefault="00000000">
      <w:pPr>
        <w:spacing w:before="70" w:after="50"/>
      </w:pPr>
      <w:r>
        <w:rPr>
          <w:b/>
          <w:color w:val="222222"/>
          <w:sz w:val="20"/>
        </w:rPr>
        <w:t>3. 주요 논의 내용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14"/>
        <w:gridCol w:w="8504"/>
      </w:tblGrid>
      <w:tr w:rsidR="008132F6" w14:paraId="3AB84EAA" w14:textId="77777777">
        <w:trPr>
          <w:trHeight w:val="1814"/>
          <w:jc w:val="center"/>
        </w:trPr>
        <w:tc>
          <w:tcPr>
            <w:tcW w:w="1814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shd w:val="clear" w:color="auto" w:fill="ECEFF2"/>
            <w:vAlign w:val="center"/>
          </w:tcPr>
          <w:p w14:paraId="04B4A938" w14:textId="77777777" w:rsidR="008132F6" w:rsidRDefault="00000000">
            <w:pPr>
              <w:jc w:val="center"/>
            </w:pPr>
            <w:r>
              <w:rPr>
                <w:b/>
                <w:color w:val="263442"/>
              </w:rPr>
              <w:t>논의 내용</w:t>
            </w:r>
          </w:p>
        </w:tc>
        <w:tc>
          <w:tcPr>
            <w:tcW w:w="8504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vAlign w:val="center"/>
          </w:tcPr>
          <w:p w14:paraId="21CC6E83" w14:textId="77777777" w:rsidR="008132F6" w:rsidRDefault="008132F6"/>
        </w:tc>
      </w:tr>
    </w:tbl>
    <w:p w14:paraId="4BAE96A4" w14:textId="77777777" w:rsidR="008132F6" w:rsidRDefault="00000000">
      <w:pPr>
        <w:spacing w:before="70" w:after="50"/>
      </w:pPr>
      <w:r>
        <w:rPr>
          <w:b/>
          <w:color w:val="222222"/>
          <w:sz w:val="20"/>
        </w:rPr>
        <w:t>4. 결정사항 / 회의 결과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14"/>
        <w:gridCol w:w="8504"/>
      </w:tblGrid>
      <w:tr w:rsidR="008132F6" w14:paraId="77C5D049" w14:textId="77777777">
        <w:trPr>
          <w:trHeight w:val="1417"/>
          <w:jc w:val="center"/>
        </w:trPr>
        <w:tc>
          <w:tcPr>
            <w:tcW w:w="1814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shd w:val="clear" w:color="auto" w:fill="ECEFF2"/>
            <w:vAlign w:val="center"/>
          </w:tcPr>
          <w:p w14:paraId="03D5E4FA" w14:textId="77777777" w:rsidR="008132F6" w:rsidRDefault="00000000">
            <w:pPr>
              <w:jc w:val="center"/>
            </w:pPr>
            <w:r>
              <w:rPr>
                <w:b/>
                <w:color w:val="263442"/>
              </w:rPr>
              <w:t>결정사항</w:t>
            </w:r>
          </w:p>
        </w:tc>
        <w:tc>
          <w:tcPr>
            <w:tcW w:w="8504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vAlign w:val="center"/>
          </w:tcPr>
          <w:p w14:paraId="3FBE04AA" w14:textId="77777777" w:rsidR="008132F6" w:rsidRDefault="008132F6"/>
        </w:tc>
      </w:tr>
    </w:tbl>
    <w:p w14:paraId="7AD47B40" w14:textId="77777777" w:rsidR="008132F6" w:rsidRDefault="00000000">
      <w:pPr>
        <w:spacing w:before="70" w:after="50"/>
      </w:pPr>
      <w:r>
        <w:rPr>
          <w:b/>
          <w:color w:val="222222"/>
          <w:sz w:val="20"/>
        </w:rPr>
        <w:t>5. 후속 조치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37"/>
        <w:gridCol w:w="4365"/>
        <w:gridCol w:w="1814"/>
        <w:gridCol w:w="1701"/>
        <w:gridCol w:w="1701"/>
      </w:tblGrid>
      <w:tr w:rsidR="008132F6" w14:paraId="1DCC5C17" w14:textId="77777777">
        <w:trPr>
          <w:trHeight w:val="465"/>
          <w:jc w:val="center"/>
        </w:trPr>
        <w:tc>
          <w:tcPr>
            <w:tcW w:w="737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shd w:val="clear" w:color="auto" w:fill="E5E8EB"/>
            <w:vAlign w:val="center"/>
          </w:tcPr>
          <w:p w14:paraId="44893478" w14:textId="77777777" w:rsidR="008132F6" w:rsidRDefault="00000000">
            <w:pPr>
              <w:jc w:val="center"/>
            </w:pPr>
            <w:r>
              <w:rPr>
                <w:b/>
                <w:color w:val="263442"/>
                <w:sz w:val="16"/>
              </w:rPr>
              <w:t>번호</w:t>
            </w:r>
          </w:p>
        </w:tc>
        <w:tc>
          <w:tcPr>
            <w:tcW w:w="4365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shd w:val="clear" w:color="auto" w:fill="E5E8EB"/>
            <w:vAlign w:val="center"/>
          </w:tcPr>
          <w:p w14:paraId="5EAEC0ED" w14:textId="77777777" w:rsidR="008132F6" w:rsidRDefault="00000000">
            <w:pPr>
              <w:jc w:val="center"/>
            </w:pPr>
            <w:r>
              <w:rPr>
                <w:b/>
                <w:color w:val="263442"/>
                <w:sz w:val="16"/>
              </w:rPr>
              <w:t>후속 조치 / 업무</w:t>
            </w:r>
          </w:p>
        </w:tc>
        <w:tc>
          <w:tcPr>
            <w:tcW w:w="1814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shd w:val="clear" w:color="auto" w:fill="E5E8EB"/>
            <w:vAlign w:val="center"/>
          </w:tcPr>
          <w:p w14:paraId="712C1C10" w14:textId="77777777" w:rsidR="008132F6" w:rsidRDefault="00000000">
            <w:pPr>
              <w:jc w:val="center"/>
            </w:pPr>
            <w:r>
              <w:rPr>
                <w:b/>
                <w:color w:val="263442"/>
                <w:sz w:val="16"/>
              </w:rPr>
              <w:t>담당자</w:t>
            </w:r>
          </w:p>
        </w:tc>
        <w:tc>
          <w:tcPr>
            <w:tcW w:w="1701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shd w:val="clear" w:color="auto" w:fill="E5E8EB"/>
            <w:vAlign w:val="center"/>
          </w:tcPr>
          <w:p w14:paraId="443D7518" w14:textId="77777777" w:rsidR="008132F6" w:rsidRDefault="00000000">
            <w:pPr>
              <w:jc w:val="center"/>
            </w:pPr>
            <w:r>
              <w:rPr>
                <w:b/>
                <w:color w:val="263442"/>
                <w:sz w:val="16"/>
              </w:rPr>
              <w:t>기한</w:t>
            </w:r>
          </w:p>
        </w:tc>
        <w:tc>
          <w:tcPr>
            <w:tcW w:w="1701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shd w:val="clear" w:color="auto" w:fill="E5E8EB"/>
            <w:vAlign w:val="center"/>
          </w:tcPr>
          <w:p w14:paraId="04C1E720" w14:textId="77777777" w:rsidR="008132F6" w:rsidRDefault="00000000">
            <w:pPr>
              <w:jc w:val="center"/>
            </w:pPr>
            <w:r>
              <w:rPr>
                <w:b/>
                <w:color w:val="263442"/>
                <w:sz w:val="16"/>
              </w:rPr>
              <w:t>진행상태</w:t>
            </w:r>
          </w:p>
        </w:tc>
      </w:tr>
      <w:tr w:rsidR="008132F6" w14:paraId="1A5827E7" w14:textId="77777777">
        <w:trPr>
          <w:trHeight w:val="539"/>
          <w:jc w:val="center"/>
        </w:trPr>
        <w:tc>
          <w:tcPr>
            <w:tcW w:w="737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vAlign w:val="center"/>
          </w:tcPr>
          <w:p w14:paraId="43F5B14D" w14:textId="77777777" w:rsidR="008132F6" w:rsidRDefault="00000000">
            <w:pPr>
              <w:jc w:val="center"/>
            </w:pPr>
            <w:r>
              <w:rPr>
                <w:color w:val="263442"/>
                <w:sz w:val="16"/>
              </w:rPr>
              <w:t>1</w:t>
            </w:r>
          </w:p>
        </w:tc>
        <w:tc>
          <w:tcPr>
            <w:tcW w:w="4365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vAlign w:val="center"/>
          </w:tcPr>
          <w:p w14:paraId="439FB3BC" w14:textId="77777777" w:rsidR="008132F6" w:rsidRDefault="008132F6"/>
        </w:tc>
        <w:tc>
          <w:tcPr>
            <w:tcW w:w="1814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vAlign w:val="center"/>
          </w:tcPr>
          <w:p w14:paraId="60BF0830" w14:textId="77777777" w:rsidR="008132F6" w:rsidRDefault="008132F6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vAlign w:val="center"/>
          </w:tcPr>
          <w:p w14:paraId="1BAA11ED" w14:textId="77777777" w:rsidR="008132F6" w:rsidRDefault="008132F6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vAlign w:val="center"/>
          </w:tcPr>
          <w:p w14:paraId="667E6792" w14:textId="77777777" w:rsidR="008132F6" w:rsidRDefault="008132F6">
            <w:pPr>
              <w:jc w:val="center"/>
            </w:pPr>
          </w:p>
        </w:tc>
      </w:tr>
      <w:tr w:rsidR="008132F6" w14:paraId="524ACF63" w14:textId="77777777">
        <w:trPr>
          <w:trHeight w:val="539"/>
          <w:jc w:val="center"/>
        </w:trPr>
        <w:tc>
          <w:tcPr>
            <w:tcW w:w="737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vAlign w:val="center"/>
          </w:tcPr>
          <w:p w14:paraId="42FF96EB" w14:textId="77777777" w:rsidR="008132F6" w:rsidRDefault="00000000">
            <w:pPr>
              <w:jc w:val="center"/>
            </w:pPr>
            <w:r>
              <w:rPr>
                <w:color w:val="263442"/>
                <w:sz w:val="16"/>
              </w:rPr>
              <w:t>2</w:t>
            </w:r>
          </w:p>
        </w:tc>
        <w:tc>
          <w:tcPr>
            <w:tcW w:w="4365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vAlign w:val="center"/>
          </w:tcPr>
          <w:p w14:paraId="624D9295" w14:textId="77777777" w:rsidR="008132F6" w:rsidRDefault="008132F6"/>
        </w:tc>
        <w:tc>
          <w:tcPr>
            <w:tcW w:w="1814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vAlign w:val="center"/>
          </w:tcPr>
          <w:p w14:paraId="54FD3678" w14:textId="77777777" w:rsidR="008132F6" w:rsidRDefault="008132F6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vAlign w:val="center"/>
          </w:tcPr>
          <w:p w14:paraId="111F795B" w14:textId="77777777" w:rsidR="008132F6" w:rsidRDefault="008132F6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vAlign w:val="center"/>
          </w:tcPr>
          <w:p w14:paraId="7F7F50C7" w14:textId="77777777" w:rsidR="008132F6" w:rsidRDefault="008132F6">
            <w:pPr>
              <w:jc w:val="center"/>
            </w:pPr>
          </w:p>
        </w:tc>
      </w:tr>
      <w:tr w:rsidR="008132F6" w14:paraId="5379EF43" w14:textId="77777777">
        <w:trPr>
          <w:trHeight w:val="539"/>
          <w:jc w:val="center"/>
        </w:trPr>
        <w:tc>
          <w:tcPr>
            <w:tcW w:w="737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vAlign w:val="center"/>
          </w:tcPr>
          <w:p w14:paraId="1B02F4CA" w14:textId="77777777" w:rsidR="008132F6" w:rsidRDefault="00000000">
            <w:pPr>
              <w:jc w:val="center"/>
            </w:pPr>
            <w:r>
              <w:rPr>
                <w:color w:val="263442"/>
                <w:sz w:val="16"/>
              </w:rPr>
              <w:t>3</w:t>
            </w:r>
          </w:p>
        </w:tc>
        <w:tc>
          <w:tcPr>
            <w:tcW w:w="4365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vAlign w:val="center"/>
          </w:tcPr>
          <w:p w14:paraId="5B75AB78" w14:textId="77777777" w:rsidR="008132F6" w:rsidRDefault="008132F6"/>
        </w:tc>
        <w:tc>
          <w:tcPr>
            <w:tcW w:w="1814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vAlign w:val="center"/>
          </w:tcPr>
          <w:p w14:paraId="4C3FFC60" w14:textId="77777777" w:rsidR="008132F6" w:rsidRDefault="008132F6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vAlign w:val="center"/>
          </w:tcPr>
          <w:p w14:paraId="4DC1CA49" w14:textId="77777777" w:rsidR="008132F6" w:rsidRDefault="008132F6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vAlign w:val="center"/>
          </w:tcPr>
          <w:p w14:paraId="1E7A4370" w14:textId="77777777" w:rsidR="008132F6" w:rsidRDefault="008132F6">
            <w:pPr>
              <w:jc w:val="center"/>
            </w:pPr>
          </w:p>
        </w:tc>
      </w:tr>
    </w:tbl>
    <w:p w14:paraId="07DCB370" w14:textId="77777777" w:rsidR="008132F6" w:rsidRDefault="00000000">
      <w:pPr>
        <w:spacing w:before="70" w:after="50"/>
      </w:pPr>
      <w:r>
        <w:rPr>
          <w:b/>
          <w:color w:val="222222"/>
          <w:sz w:val="20"/>
        </w:rPr>
        <w:t>6. 비고 / 첨부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14"/>
        <w:gridCol w:w="8504"/>
      </w:tblGrid>
      <w:tr w:rsidR="008132F6" w14:paraId="6A9B155C" w14:textId="77777777" w:rsidTr="005C0372">
        <w:trPr>
          <w:trHeight w:val="1190"/>
          <w:jc w:val="center"/>
        </w:trPr>
        <w:tc>
          <w:tcPr>
            <w:tcW w:w="1814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shd w:val="clear" w:color="auto" w:fill="ECEFF2"/>
            <w:vAlign w:val="center"/>
          </w:tcPr>
          <w:p w14:paraId="38DC77DA" w14:textId="77777777" w:rsidR="008132F6" w:rsidRDefault="00000000">
            <w:pPr>
              <w:jc w:val="center"/>
            </w:pPr>
            <w:proofErr w:type="spellStart"/>
            <w:r>
              <w:rPr>
                <w:b/>
                <w:color w:val="263442"/>
              </w:rPr>
              <w:t>비고</w:t>
            </w:r>
            <w:proofErr w:type="spellEnd"/>
            <w:r>
              <w:rPr>
                <w:b/>
                <w:color w:val="263442"/>
              </w:rPr>
              <w:t xml:space="preserve"> / </w:t>
            </w:r>
            <w:proofErr w:type="spellStart"/>
            <w:r>
              <w:rPr>
                <w:b/>
                <w:color w:val="263442"/>
              </w:rPr>
              <w:t>첨부</w:t>
            </w:r>
            <w:proofErr w:type="spellEnd"/>
          </w:p>
        </w:tc>
        <w:tc>
          <w:tcPr>
            <w:tcW w:w="8504" w:type="dxa"/>
            <w:tcBorders>
              <w:top w:val="single" w:sz="6" w:space="0" w:color="BCC5CE"/>
              <w:left w:val="single" w:sz="6" w:space="0" w:color="BCC5CE"/>
              <w:bottom w:val="single" w:sz="6" w:space="0" w:color="BCC5CE"/>
              <w:right w:val="single" w:sz="6" w:space="0" w:color="BCC5CE"/>
            </w:tcBorders>
            <w:vAlign w:val="center"/>
          </w:tcPr>
          <w:p w14:paraId="7CEEA774" w14:textId="77777777" w:rsidR="008132F6" w:rsidRDefault="008132F6"/>
        </w:tc>
      </w:tr>
    </w:tbl>
    <w:p w14:paraId="6DF4AC6B" w14:textId="77777777" w:rsidR="005C0372" w:rsidRDefault="005C0372">
      <w:pPr>
        <w:spacing w:before="80"/>
        <w:jc w:val="right"/>
        <w:rPr>
          <w:sz w:val="16"/>
          <w:lang w:eastAsia="ko-KR"/>
        </w:rPr>
      </w:pPr>
    </w:p>
    <w:p w14:paraId="0CC1A16A" w14:textId="77777777" w:rsidR="005C0372" w:rsidRDefault="005C0372">
      <w:pPr>
        <w:spacing w:before="80"/>
        <w:jc w:val="right"/>
        <w:rPr>
          <w:sz w:val="16"/>
          <w:lang w:eastAsia="ko-KR"/>
        </w:rPr>
      </w:pPr>
    </w:p>
    <w:p w14:paraId="5A8F4CF4" w14:textId="5E876F31" w:rsidR="008132F6" w:rsidRDefault="00000000">
      <w:pPr>
        <w:spacing w:before="80"/>
        <w:jc w:val="right"/>
        <w:rPr>
          <w:lang w:eastAsia="ko-KR"/>
        </w:rPr>
      </w:pPr>
      <w:proofErr w:type="gramStart"/>
      <w:r>
        <w:rPr>
          <w:sz w:val="16"/>
          <w:lang w:eastAsia="ko-KR"/>
        </w:rPr>
        <w:t>작성일  20</w:t>
      </w:r>
      <w:proofErr w:type="gramEnd"/>
      <w:r>
        <w:rPr>
          <w:sz w:val="16"/>
          <w:lang w:eastAsia="ko-KR"/>
        </w:rPr>
        <w:t xml:space="preserve">     년     월     일      작성자:                    (서명)</w:t>
      </w:r>
    </w:p>
    <w:sectPr w:rsidR="008132F6" w:rsidSect="00034616">
      <w:pgSz w:w="11906" w:h="16838"/>
      <w:pgMar w:top="624" w:right="794" w:bottom="567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49427108">
    <w:abstractNumId w:val="8"/>
  </w:num>
  <w:num w:numId="2" w16cid:durableId="1410152003">
    <w:abstractNumId w:val="6"/>
  </w:num>
  <w:num w:numId="3" w16cid:durableId="670060020">
    <w:abstractNumId w:val="5"/>
  </w:num>
  <w:num w:numId="4" w16cid:durableId="699548610">
    <w:abstractNumId w:val="4"/>
  </w:num>
  <w:num w:numId="5" w16cid:durableId="48959887">
    <w:abstractNumId w:val="7"/>
  </w:num>
  <w:num w:numId="6" w16cid:durableId="120151508">
    <w:abstractNumId w:val="3"/>
  </w:num>
  <w:num w:numId="7" w16cid:durableId="793669255">
    <w:abstractNumId w:val="2"/>
  </w:num>
  <w:num w:numId="8" w16cid:durableId="1359310444">
    <w:abstractNumId w:val="1"/>
  </w:num>
  <w:num w:numId="9" w16cid:durableId="1683237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C0372"/>
    <w:rsid w:val="00762318"/>
    <w:rsid w:val="008132F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839534"/>
  <w14:defaultImageDpi w14:val="300"/>
  <w15:docId w15:val="{44D2FA51-76A4-4A66-8E06-B5A44FE33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/>
    </w:pPr>
    <w:rPr>
      <w:rFonts w:ascii="맑은 고딕" w:eastAsia="맑은 고딕" w:hAnsi="맑은 고딕"/>
      <w:sz w:val="17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jihye hong</cp:lastModifiedBy>
  <cp:revision>2</cp:revision>
  <dcterms:created xsi:type="dcterms:W3CDTF">2013-12-23T23:15:00Z</dcterms:created>
  <dcterms:modified xsi:type="dcterms:W3CDTF">2026-08-25T05:58:00Z</dcterms:modified>
  <cp:category/>
</cp:coreProperties>
</file>