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8BD67" w14:textId="39CE3E88" w:rsidR="00782095" w:rsidRDefault="00000000" w:rsidP="00B97173">
      <w:pPr>
        <w:spacing w:after="60"/>
        <w:jc w:val="center"/>
        <w:rPr>
          <w:rFonts w:hint="eastAsia"/>
          <w:lang w:eastAsia="ko-KR"/>
        </w:rPr>
      </w:pPr>
      <w:proofErr w:type="spellStart"/>
      <w:r>
        <w:rPr>
          <w:b/>
          <w:sz w:val="40"/>
          <w:lang w:eastAsia="ko-KR"/>
        </w:rPr>
        <w:t>프</w:t>
      </w:r>
      <w:proofErr w:type="spellEnd"/>
      <w:r>
        <w:rPr>
          <w:b/>
          <w:sz w:val="40"/>
          <w:lang w:eastAsia="ko-KR"/>
        </w:rPr>
        <w:t xml:space="preserve"> 리 랜 </w:t>
      </w:r>
      <w:proofErr w:type="gramStart"/>
      <w:r>
        <w:rPr>
          <w:b/>
          <w:sz w:val="40"/>
          <w:lang w:eastAsia="ko-KR"/>
        </w:rPr>
        <w:t>서  업</w:t>
      </w:r>
      <w:proofErr w:type="gramEnd"/>
      <w:r>
        <w:rPr>
          <w:b/>
          <w:sz w:val="40"/>
          <w:lang w:eastAsia="ko-KR"/>
        </w:rPr>
        <w:t xml:space="preserve"> 무 위 </w:t>
      </w:r>
      <w:proofErr w:type="gramStart"/>
      <w:r>
        <w:rPr>
          <w:b/>
          <w:sz w:val="40"/>
          <w:lang w:eastAsia="ko-KR"/>
        </w:rPr>
        <w:t>탁  계</w:t>
      </w:r>
      <w:proofErr w:type="gramEnd"/>
      <w:r>
        <w:rPr>
          <w:b/>
          <w:sz w:val="40"/>
          <w:lang w:eastAsia="ko-KR"/>
        </w:rPr>
        <w:t xml:space="preserve"> 약 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782095" w14:paraId="7BF35A96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A86DABC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위탁자</w:t>
            </w:r>
            <w:proofErr w:type="spellEnd"/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2820841" w14:textId="77777777" w:rsidR="00782095" w:rsidRDefault="00000000">
            <w:pPr>
              <w:spacing w:after="0"/>
            </w:pPr>
            <w:r>
              <w:rPr>
                <w:color w:val="263241"/>
              </w:rPr>
              <w:t>[회사명 / 성명]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1839B08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수탁자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30DF274C" w14:textId="77777777" w:rsidR="00782095" w:rsidRDefault="00000000">
            <w:pPr>
              <w:spacing w:after="0"/>
            </w:pPr>
            <w:r>
              <w:rPr>
                <w:color w:val="263241"/>
              </w:rPr>
              <w:t>[성명 / 상호]</w:t>
            </w:r>
          </w:p>
        </w:tc>
      </w:tr>
      <w:tr w:rsidR="00782095" w14:paraId="7C0F5D38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1E718E0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연락처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9B22CA7" w14:textId="77777777" w:rsidR="00782095" w:rsidRDefault="00000000">
            <w:pPr>
              <w:spacing w:after="0"/>
            </w:pPr>
            <w:r>
              <w:rPr>
                <w:color w:val="263241"/>
              </w:rPr>
              <w:t>[연락처]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2367F65C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연락처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6662EC47" w14:textId="77777777" w:rsidR="00782095" w:rsidRDefault="00000000">
            <w:pPr>
              <w:spacing w:after="0"/>
            </w:pPr>
            <w:r>
              <w:rPr>
                <w:color w:val="263241"/>
              </w:rPr>
              <w:t>[연락처]</w:t>
            </w:r>
          </w:p>
        </w:tc>
      </w:tr>
      <w:tr w:rsidR="00782095" w14:paraId="7B3426A1" w14:textId="77777777">
        <w:trPr>
          <w:trHeight w:val="482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74783017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주소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41D9E136" w14:textId="77777777" w:rsidR="00782095" w:rsidRDefault="00000000">
            <w:pPr>
              <w:spacing w:after="0"/>
            </w:pPr>
            <w:r>
              <w:rPr>
                <w:color w:val="263241"/>
              </w:rPr>
              <w:t>[주소]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5EA19C06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주소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8EB6FFD" w14:textId="77777777" w:rsidR="00782095" w:rsidRDefault="00000000">
            <w:pPr>
              <w:spacing w:after="0"/>
            </w:pPr>
            <w:r>
              <w:rPr>
                <w:color w:val="263241"/>
              </w:rPr>
              <w:t>[주소]</w:t>
            </w:r>
          </w:p>
        </w:tc>
      </w:tr>
    </w:tbl>
    <w:p w14:paraId="1ABAFA15" w14:textId="77777777" w:rsidR="00782095" w:rsidRDefault="00000000">
      <w:pPr>
        <w:spacing w:before="80" w:after="40"/>
      </w:pPr>
      <w:r>
        <w:rPr>
          <w:b/>
          <w:color w:val="2F67B8"/>
          <w:sz w:val="20"/>
        </w:rPr>
        <w:t>1. 계약 및 업무 내용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782095" w14:paraId="51C735C4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1218BA65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계약기간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9B36219" w14:textId="77777777" w:rsidR="00782095" w:rsidRDefault="00000000">
            <w:pPr>
              <w:spacing w:after="0"/>
            </w:pPr>
            <w:r>
              <w:rPr>
                <w:color w:val="263241"/>
              </w:rPr>
              <w:t>20   년   월   일  ~  20   년   월   일</w:t>
            </w:r>
          </w:p>
        </w:tc>
      </w:tr>
      <w:tr w:rsidR="00782095" w14:paraId="14B181EB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6266947D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업무명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145B7C05" w14:textId="77777777" w:rsidR="00782095" w:rsidRDefault="00000000">
            <w:pPr>
              <w:spacing w:after="0"/>
            </w:pPr>
            <w:r>
              <w:rPr>
                <w:color w:val="263241"/>
              </w:rPr>
              <w:t>[프로젝트 / 업무명]</w:t>
            </w:r>
          </w:p>
        </w:tc>
      </w:tr>
      <w:tr w:rsidR="00782095" w14:paraId="4B574729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78D1CD63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업무 범위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3C157F0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[수행 업무, 산출물, 납품 범위 등을 구체적으로 기재]</w:t>
            </w:r>
          </w:p>
        </w:tc>
      </w:tr>
      <w:tr w:rsidR="00782095" w14:paraId="2262AC0E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6E51D9D7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납품</w:t>
            </w:r>
            <w:proofErr w:type="spellEnd"/>
            <w:r>
              <w:rPr>
                <w:b/>
                <w:color w:val="263241"/>
              </w:rPr>
              <w:t xml:space="preserve"> / </w:t>
            </w:r>
            <w:proofErr w:type="spellStart"/>
            <w:r>
              <w:rPr>
                <w:b/>
                <w:color w:val="263241"/>
              </w:rPr>
              <w:t>완료일</w:t>
            </w:r>
            <w:proofErr w:type="spellEnd"/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51F072A" w14:textId="77777777" w:rsidR="00782095" w:rsidRDefault="00000000">
            <w:pPr>
              <w:spacing w:after="0"/>
            </w:pPr>
            <w:r>
              <w:rPr>
                <w:color w:val="263241"/>
              </w:rPr>
              <w:t>20   년   월   일</w:t>
            </w:r>
          </w:p>
        </w:tc>
      </w:tr>
    </w:tbl>
    <w:p w14:paraId="3E6F47BD" w14:textId="77777777" w:rsidR="00782095" w:rsidRDefault="00000000">
      <w:pPr>
        <w:spacing w:before="80" w:after="40"/>
      </w:pPr>
      <w:r>
        <w:rPr>
          <w:b/>
          <w:color w:val="2F67B8"/>
          <w:sz w:val="20"/>
        </w:rPr>
        <w:t>2. 보수 및 지급 조건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782095" w14:paraId="6972B42E" w14:textId="77777777">
        <w:trPr>
          <w:trHeight w:val="624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E1FEF68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계약금액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3A304924" w14:textId="77777777" w:rsidR="00782095" w:rsidRDefault="00000000">
            <w:pPr>
              <w:spacing w:after="0"/>
            </w:pPr>
            <w:r>
              <w:rPr>
                <w:color w:val="263241"/>
              </w:rPr>
              <w:t>금                              원 (₩                 )</w:t>
            </w:r>
          </w:p>
        </w:tc>
      </w:tr>
      <w:tr w:rsidR="00782095" w14:paraId="5891DCAF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70773B33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지급방법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9270259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 xml:space="preserve">□ 일괄지급   □ 분할지급   □ </w:t>
            </w:r>
            <w:proofErr w:type="spellStart"/>
            <w:r>
              <w:rPr>
                <w:color w:val="263241"/>
                <w:lang w:eastAsia="ko-KR"/>
              </w:rPr>
              <w:t>건별지급</w:t>
            </w:r>
            <w:proofErr w:type="spellEnd"/>
            <w:r>
              <w:rPr>
                <w:color w:val="263241"/>
                <w:lang w:eastAsia="ko-KR"/>
              </w:rPr>
              <w:t xml:space="preserve">   □ 기타</w:t>
            </w:r>
          </w:p>
        </w:tc>
      </w:tr>
      <w:tr w:rsidR="00782095" w14:paraId="5094CA09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6ECC02EF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지급일</w:t>
            </w:r>
            <w:proofErr w:type="spellEnd"/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399711A" w14:textId="77777777" w:rsidR="00782095" w:rsidRDefault="00000000">
            <w:pPr>
              <w:spacing w:after="0"/>
            </w:pPr>
            <w:r>
              <w:rPr>
                <w:color w:val="263241"/>
              </w:rPr>
              <w:t>[지급일 또는 지급 기준]</w:t>
            </w:r>
          </w:p>
        </w:tc>
      </w:tr>
      <w:tr w:rsidR="00782095" w14:paraId="11E7DB05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7717A211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비용 부담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60B16E78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[교통비·재료비·기타 비용 부담 주체 및 정산 기준]</w:t>
            </w:r>
          </w:p>
        </w:tc>
      </w:tr>
    </w:tbl>
    <w:p w14:paraId="06CA181A" w14:textId="77777777" w:rsidR="00782095" w:rsidRDefault="00000000">
      <w:pPr>
        <w:spacing w:before="80" w:after="40"/>
      </w:pPr>
      <w:r>
        <w:rPr>
          <w:b/>
          <w:color w:val="2F67B8"/>
          <w:sz w:val="20"/>
        </w:rPr>
        <w:t xml:space="preserve">3. </w:t>
      </w:r>
      <w:proofErr w:type="spellStart"/>
      <w:r>
        <w:rPr>
          <w:b/>
          <w:color w:val="2F67B8"/>
          <w:sz w:val="20"/>
        </w:rPr>
        <w:t>업무</w:t>
      </w:r>
      <w:proofErr w:type="spellEnd"/>
      <w:r>
        <w:rPr>
          <w:b/>
          <w:color w:val="2F67B8"/>
          <w:sz w:val="20"/>
        </w:rPr>
        <w:t xml:space="preserve"> </w:t>
      </w:r>
      <w:proofErr w:type="spellStart"/>
      <w:r>
        <w:rPr>
          <w:b/>
          <w:color w:val="2F67B8"/>
          <w:sz w:val="20"/>
        </w:rPr>
        <w:t>수행</w:t>
      </w:r>
      <w:proofErr w:type="spellEnd"/>
      <w:r>
        <w:rPr>
          <w:b/>
          <w:color w:val="2F67B8"/>
          <w:sz w:val="20"/>
        </w:rPr>
        <w:t xml:space="preserve"> 및 </w:t>
      </w:r>
      <w:proofErr w:type="spellStart"/>
      <w:r>
        <w:rPr>
          <w:b/>
          <w:color w:val="2F67B8"/>
          <w:sz w:val="20"/>
        </w:rPr>
        <w:t>결과물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782095" w14:paraId="717A0A11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120B434A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업무 진행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552116F1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[진행 보고, 수정 요청, 연락 방법 등]</w:t>
            </w:r>
          </w:p>
        </w:tc>
      </w:tr>
      <w:tr w:rsidR="00782095" w14:paraId="54FD5E55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71E12B4E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결과물</w:t>
            </w:r>
            <w:proofErr w:type="spellEnd"/>
            <w:r>
              <w:rPr>
                <w:b/>
                <w:color w:val="263241"/>
              </w:rPr>
              <w:t xml:space="preserve"> </w:t>
            </w:r>
            <w:proofErr w:type="spellStart"/>
            <w:r>
              <w:rPr>
                <w:b/>
                <w:color w:val="263241"/>
              </w:rPr>
              <w:t>권리</w:t>
            </w:r>
            <w:proofErr w:type="spellEnd"/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6647365C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[저작권·사용권·소유권 등 당사자 합의 내용]</w:t>
            </w:r>
          </w:p>
        </w:tc>
      </w:tr>
      <w:tr w:rsidR="00782095" w14:paraId="47FE6895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1718C6D6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비밀유지</w:t>
            </w:r>
            <w:proofErr w:type="spellEnd"/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C90BF0F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[업무 중 알게 된 비공개 정보의 취급 기준]</w:t>
            </w:r>
          </w:p>
        </w:tc>
      </w:tr>
      <w:tr w:rsidR="00782095" w14:paraId="14D713B9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5FEF692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자료</w:t>
            </w:r>
            <w:proofErr w:type="spellEnd"/>
            <w:r>
              <w:rPr>
                <w:b/>
                <w:color w:val="263241"/>
              </w:rPr>
              <w:t xml:space="preserve"> </w:t>
            </w:r>
            <w:proofErr w:type="spellStart"/>
            <w:r>
              <w:rPr>
                <w:b/>
                <w:color w:val="263241"/>
              </w:rPr>
              <w:t>반환</w:t>
            </w:r>
            <w:proofErr w:type="spellEnd"/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145FBBC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[자료·계정·장비 등의 반환 또는 삭제 기준]</w:t>
            </w:r>
          </w:p>
        </w:tc>
      </w:tr>
    </w:tbl>
    <w:p w14:paraId="1A1C4B12" w14:textId="77777777" w:rsidR="00782095" w:rsidRDefault="00000000">
      <w:pPr>
        <w:spacing w:before="80" w:after="40"/>
      </w:pPr>
      <w:r>
        <w:rPr>
          <w:b/>
          <w:color w:val="2F67B8"/>
          <w:sz w:val="20"/>
        </w:rPr>
        <w:t xml:space="preserve">4. </w:t>
      </w:r>
      <w:proofErr w:type="spellStart"/>
      <w:r>
        <w:rPr>
          <w:b/>
          <w:color w:val="2F67B8"/>
          <w:sz w:val="20"/>
        </w:rPr>
        <w:t>계약</w:t>
      </w:r>
      <w:proofErr w:type="spellEnd"/>
      <w:r>
        <w:rPr>
          <w:b/>
          <w:color w:val="2F67B8"/>
          <w:sz w:val="20"/>
        </w:rPr>
        <w:t xml:space="preserve"> </w:t>
      </w:r>
      <w:proofErr w:type="spellStart"/>
      <w:r>
        <w:rPr>
          <w:b/>
          <w:color w:val="2F67B8"/>
          <w:sz w:val="20"/>
        </w:rPr>
        <w:t>변경</w:t>
      </w:r>
      <w:proofErr w:type="spellEnd"/>
      <w:r>
        <w:rPr>
          <w:b/>
          <w:color w:val="2F67B8"/>
          <w:sz w:val="20"/>
        </w:rPr>
        <w:t xml:space="preserve"> 및 </w:t>
      </w:r>
      <w:proofErr w:type="spellStart"/>
      <w:r>
        <w:rPr>
          <w:b/>
          <w:color w:val="2F67B8"/>
          <w:sz w:val="20"/>
        </w:rPr>
        <w:t>종료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6"/>
        <w:gridCol w:w="5326"/>
      </w:tblGrid>
      <w:tr w:rsidR="00782095" w14:paraId="2C108EB4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A78A11E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변경 / 추가업무</w:t>
            </w:r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10C9E2DA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[업무 범위 변경 시 보수·일정 협의 기준]</w:t>
            </w:r>
          </w:p>
        </w:tc>
      </w:tr>
      <w:tr w:rsidR="00782095" w14:paraId="602E1292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123F4A23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중도</w:t>
            </w:r>
            <w:proofErr w:type="spellEnd"/>
            <w:r>
              <w:rPr>
                <w:b/>
                <w:color w:val="263241"/>
              </w:rPr>
              <w:t xml:space="preserve"> </w:t>
            </w:r>
            <w:proofErr w:type="spellStart"/>
            <w:r>
              <w:rPr>
                <w:b/>
                <w:color w:val="263241"/>
              </w:rPr>
              <w:t>종료</w:t>
            </w:r>
            <w:proofErr w:type="spellEnd"/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210BE3C7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[계약 종료 통보, 정산, 완료된 업무 처리 기준]</w:t>
            </w:r>
          </w:p>
        </w:tc>
      </w:tr>
      <w:tr w:rsidR="00782095" w14:paraId="76AB3E73" w14:textId="77777777">
        <w:trPr>
          <w:trHeight w:val="482"/>
          <w:jc w:val="center"/>
        </w:trPr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628B5D9A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분쟁</w:t>
            </w:r>
            <w:proofErr w:type="spellEnd"/>
            <w:r>
              <w:rPr>
                <w:b/>
                <w:color w:val="263241"/>
              </w:rPr>
              <w:t xml:space="preserve"> </w:t>
            </w:r>
            <w:proofErr w:type="spellStart"/>
            <w:r>
              <w:rPr>
                <w:b/>
                <w:color w:val="263241"/>
              </w:rPr>
              <w:t>처리</w:t>
            </w:r>
            <w:proofErr w:type="spellEnd"/>
          </w:p>
        </w:tc>
        <w:tc>
          <w:tcPr>
            <w:tcW w:w="5326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1792D2BC" w14:textId="77777777" w:rsidR="00782095" w:rsidRDefault="00000000">
            <w:pPr>
              <w:spacing w:after="0"/>
              <w:rPr>
                <w:lang w:eastAsia="ko-KR"/>
              </w:rPr>
            </w:pPr>
            <w:r>
              <w:rPr>
                <w:color w:val="263241"/>
                <w:lang w:eastAsia="ko-KR"/>
              </w:rPr>
              <w:t>[협의 방법 및 필요한 경우 관할 등 당사자 합의사항]</w:t>
            </w:r>
          </w:p>
        </w:tc>
      </w:tr>
    </w:tbl>
    <w:p w14:paraId="2287BEE9" w14:textId="77777777" w:rsidR="00782095" w:rsidRDefault="00000000">
      <w:pPr>
        <w:spacing w:before="140" w:after="80"/>
        <w:jc w:val="center"/>
        <w:rPr>
          <w:lang w:eastAsia="ko-KR"/>
        </w:rPr>
      </w:pPr>
      <w:r>
        <w:rPr>
          <w:b/>
          <w:sz w:val="18"/>
          <w:lang w:eastAsia="ko-KR"/>
        </w:rPr>
        <w:t>위 계약 내용을 확인하고 상호 합의하여 본 계약서를 작성합니다.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782095" w14:paraId="0FF9D5F4" w14:textId="77777777">
        <w:trPr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4CB3B14F" w14:textId="77777777" w:rsidR="00782095" w:rsidRDefault="00000000">
            <w:pPr>
              <w:spacing w:after="0"/>
              <w:jc w:val="center"/>
            </w:pPr>
            <w:proofErr w:type="spellStart"/>
            <w:r>
              <w:rPr>
                <w:b/>
                <w:color w:val="263241"/>
              </w:rPr>
              <w:t>계약일</w:t>
            </w:r>
            <w:proofErr w:type="spellEnd"/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24A5F42D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위탁자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0D9518F9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수탁자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shd w:val="clear" w:color="auto" w:fill="E8EEF7"/>
            <w:vAlign w:val="center"/>
          </w:tcPr>
          <w:p w14:paraId="2BEBCBE5" w14:textId="77777777" w:rsidR="00782095" w:rsidRDefault="00000000">
            <w:pPr>
              <w:spacing w:after="0"/>
              <w:jc w:val="center"/>
            </w:pPr>
            <w:r>
              <w:rPr>
                <w:b/>
                <w:color w:val="263241"/>
              </w:rPr>
              <w:t>확인</w:t>
            </w:r>
          </w:p>
        </w:tc>
      </w:tr>
      <w:tr w:rsidR="00782095" w14:paraId="6C3FDD60" w14:textId="77777777" w:rsidTr="00302E73">
        <w:trPr>
          <w:trHeight w:val="801"/>
          <w:jc w:val="center"/>
        </w:trPr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7E91A93C" w14:textId="77777777" w:rsidR="00782095" w:rsidRDefault="00000000">
            <w:pPr>
              <w:spacing w:after="0"/>
              <w:jc w:val="center"/>
            </w:pPr>
            <w:r>
              <w:rPr>
                <w:color w:val="263241"/>
              </w:rPr>
              <w:t>20   년   월   일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35165A75" w14:textId="77777777" w:rsidR="00782095" w:rsidRDefault="00000000" w:rsidP="00B97173">
            <w:pPr>
              <w:spacing w:after="0"/>
              <w:jc w:val="right"/>
            </w:pPr>
            <w:r>
              <w:rPr>
                <w:color w:val="263241"/>
              </w:rPr>
              <w:t>(서명 또는 인)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3599177E" w14:textId="77777777" w:rsidR="00782095" w:rsidRDefault="00000000" w:rsidP="00B97173">
            <w:pPr>
              <w:spacing w:after="0"/>
              <w:jc w:val="right"/>
            </w:pPr>
            <w:r>
              <w:rPr>
                <w:color w:val="263241"/>
              </w:rPr>
              <w:t>(서명 또는 인)</w:t>
            </w:r>
          </w:p>
        </w:tc>
        <w:tc>
          <w:tcPr>
            <w:tcW w:w="2663" w:type="dxa"/>
            <w:tcBorders>
              <w:top w:val="single" w:sz="5" w:space="0" w:color="AAB4C2"/>
              <w:left w:val="single" w:sz="5" w:space="0" w:color="AAB4C2"/>
              <w:bottom w:val="single" w:sz="5" w:space="0" w:color="AAB4C2"/>
              <w:right w:val="single" w:sz="5" w:space="0" w:color="AAB4C2"/>
            </w:tcBorders>
            <w:vAlign w:val="center"/>
          </w:tcPr>
          <w:p w14:paraId="4D270035" w14:textId="77777777" w:rsidR="00782095" w:rsidRDefault="00000000" w:rsidP="00B97173">
            <w:pPr>
              <w:spacing w:after="0"/>
              <w:jc w:val="right"/>
            </w:pPr>
            <w:r>
              <w:rPr>
                <w:color w:val="263241"/>
              </w:rPr>
              <w:t>(서명 또는 인)</w:t>
            </w:r>
          </w:p>
        </w:tc>
      </w:tr>
    </w:tbl>
    <w:p w14:paraId="691C89D5" w14:textId="77777777" w:rsidR="00782095" w:rsidRDefault="00000000">
      <w:pPr>
        <w:spacing w:before="100" w:after="0"/>
        <w:rPr>
          <w:lang w:eastAsia="ko-KR"/>
        </w:rPr>
      </w:pPr>
      <w:r>
        <w:rPr>
          <w:color w:val="667085"/>
          <w:sz w:val="14"/>
          <w:lang w:eastAsia="ko-KR"/>
        </w:rPr>
        <w:t>※ 본 서식은 일반적인 프리랜서 업무위탁 계약 작성을 위한 참고용입니다. 실제 업무 수행 방식에 따라 계약의 법적 성격이 달라질 수 있으므로 중요한 계약은 당사자 간 조건을 충분히 확인해 사용하세요.</w:t>
      </w:r>
    </w:p>
    <w:sectPr w:rsidR="00782095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3181772">
    <w:abstractNumId w:val="8"/>
  </w:num>
  <w:num w:numId="2" w16cid:durableId="943457853">
    <w:abstractNumId w:val="6"/>
  </w:num>
  <w:num w:numId="3" w16cid:durableId="326326689">
    <w:abstractNumId w:val="5"/>
  </w:num>
  <w:num w:numId="4" w16cid:durableId="416176126">
    <w:abstractNumId w:val="4"/>
  </w:num>
  <w:num w:numId="5" w16cid:durableId="150752049">
    <w:abstractNumId w:val="7"/>
  </w:num>
  <w:num w:numId="6" w16cid:durableId="1342008422">
    <w:abstractNumId w:val="3"/>
  </w:num>
  <w:num w:numId="7" w16cid:durableId="634263779">
    <w:abstractNumId w:val="2"/>
  </w:num>
  <w:num w:numId="8" w16cid:durableId="422380931">
    <w:abstractNumId w:val="1"/>
  </w:num>
  <w:num w:numId="9" w16cid:durableId="21582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2E73"/>
    <w:rsid w:val="00326F90"/>
    <w:rsid w:val="00782095"/>
    <w:rsid w:val="00AA1D8D"/>
    <w:rsid w:val="00B47730"/>
    <w:rsid w:val="00B97173"/>
    <w:rsid w:val="00BC39E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F0FFE1"/>
  <w14:defaultImageDpi w14:val="300"/>
  <w15:docId w15:val="{000BF6A4-22DB-47EC-827F-10BBF0CC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2026-08-21T07:38:00Z</dcterms:modified>
  <cp:category/>
</cp:coreProperties>
</file>