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DE324" w14:textId="77777777" w:rsidR="004A6479" w:rsidRDefault="004A6479">
      <w:pPr>
        <w:rPr>
          <w:rFonts w:hint="eastAsia"/>
          <w:lang w:eastAsia="ko-KR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2"/>
        <w:gridCol w:w="5102"/>
      </w:tblGrid>
      <w:tr w:rsidR="00B46C21" w14:paraId="71D73927" w14:textId="77777777">
        <w:trPr>
          <w:jc w:val="center"/>
        </w:trPr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14:paraId="7083FABF" w14:textId="74F40F55" w:rsidR="00B46C21" w:rsidRDefault="00000000">
            <w:r>
              <w:rPr>
                <w:b/>
              </w:rPr>
              <w:t>RETIREMENT CERTIFICATE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14:paraId="123762D5" w14:textId="77777777" w:rsidR="00B46C21" w:rsidRDefault="00000000" w:rsidP="004A6479">
            <w:pPr>
              <w:ind w:firstLineChars="700" w:firstLine="2800"/>
            </w:pPr>
            <w:r>
              <w:rPr>
                <w:b/>
                <w:sz w:val="40"/>
              </w:rPr>
              <w:t>퇴직증명서</w:t>
            </w:r>
          </w:p>
        </w:tc>
      </w:tr>
    </w:tbl>
    <w:p w14:paraId="68B87AB6" w14:textId="77777777" w:rsidR="00B46C21" w:rsidRDefault="00000000">
      <w:pPr>
        <w:spacing w:after="20"/>
        <w:rPr>
          <w:lang w:eastAsia="ko-KR"/>
        </w:rPr>
      </w:pPr>
      <w:r>
        <w:rPr>
          <w:sz w:val="16"/>
          <w:lang w:eastAsia="ko-KR"/>
        </w:rPr>
        <w:t>근무기간과 퇴직 사실, 발급 정보를 한눈에 확인할 수 있도록 구성한 퇴직 확인용 서식</w:t>
      </w:r>
    </w:p>
    <w:p w14:paraId="0848878A" w14:textId="77777777" w:rsidR="00B46C21" w:rsidRDefault="00000000">
      <w:pPr>
        <w:spacing w:after="20"/>
      </w:pPr>
      <w:r>
        <w:rPr>
          <w:b/>
          <w:sz w:val="20"/>
        </w:rPr>
        <w:t xml:space="preserve">01 </w:t>
      </w:r>
      <w:proofErr w:type="spellStart"/>
      <w:r>
        <w:rPr>
          <w:b/>
          <w:sz w:val="20"/>
        </w:rPr>
        <w:t>발급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대상자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정보</w:t>
      </w:r>
      <w:proofErr w:type="spell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63"/>
        <w:gridCol w:w="2663"/>
        <w:gridCol w:w="2663"/>
        <w:gridCol w:w="2663"/>
      </w:tblGrid>
      <w:tr w:rsidR="00B46C21" w14:paraId="58AEA5E0" w14:textId="77777777">
        <w:trPr>
          <w:trHeight w:val="329"/>
          <w:jc w:val="center"/>
        </w:trPr>
        <w:tc>
          <w:tcPr>
            <w:tcW w:w="2663" w:type="dxa"/>
            <w:tcBorders>
              <w:top w:val="single" w:sz="4" w:space="0" w:color="BFC7D1"/>
              <w:left w:val="single" w:sz="4" w:space="0" w:color="BFC7D1"/>
              <w:bottom w:val="single" w:sz="4" w:space="0" w:color="BFC7D1"/>
              <w:right w:val="single" w:sz="4" w:space="0" w:color="BFC7D1"/>
            </w:tcBorders>
            <w:shd w:val="clear" w:color="auto" w:fill="EAF0FD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184706E" w14:textId="77777777" w:rsidR="00B46C21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성명</w:t>
            </w:r>
          </w:p>
        </w:tc>
        <w:tc>
          <w:tcPr>
            <w:tcW w:w="2663" w:type="dxa"/>
            <w:tcBorders>
              <w:top w:val="single" w:sz="4" w:space="0" w:color="BFC7D1"/>
              <w:left w:val="single" w:sz="4" w:space="0" w:color="BFC7D1"/>
              <w:bottom w:val="single" w:sz="4" w:space="0" w:color="BFC7D1"/>
              <w:right w:val="single" w:sz="4" w:space="0" w:color="BFC7D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0DA07C0" w14:textId="77777777" w:rsidR="00B46C21" w:rsidRDefault="00B46C21">
            <w:pPr>
              <w:spacing w:after="0"/>
            </w:pPr>
          </w:p>
        </w:tc>
        <w:tc>
          <w:tcPr>
            <w:tcW w:w="2663" w:type="dxa"/>
            <w:tcBorders>
              <w:top w:val="single" w:sz="4" w:space="0" w:color="BFC7D1"/>
              <w:left w:val="single" w:sz="4" w:space="0" w:color="BFC7D1"/>
              <w:bottom w:val="single" w:sz="4" w:space="0" w:color="BFC7D1"/>
              <w:right w:val="single" w:sz="4" w:space="0" w:color="BFC7D1"/>
            </w:tcBorders>
            <w:shd w:val="clear" w:color="auto" w:fill="EAF0FD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76817C8" w14:textId="77777777" w:rsidR="00B46C21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생년월일</w:t>
            </w:r>
          </w:p>
        </w:tc>
        <w:tc>
          <w:tcPr>
            <w:tcW w:w="2663" w:type="dxa"/>
            <w:tcBorders>
              <w:top w:val="single" w:sz="4" w:space="0" w:color="BFC7D1"/>
              <w:left w:val="single" w:sz="4" w:space="0" w:color="BFC7D1"/>
              <w:bottom w:val="single" w:sz="4" w:space="0" w:color="BFC7D1"/>
              <w:right w:val="single" w:sz="4" w:space="0" w:color="BFC7D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F6534FD" w14:textId="77777777" w:rsidR="00B46C21" w:rsidRDefault="00B46C21">
            <w:pPr>
              <w:spacing w:after="0"/>
            </w:pPr>
          </w:p>
        </w:tc>
      </w:tr>
      <w:tr w:rsidR="00B46C21" w14:paraId="6CC1B93E" w14:textId="77777777">
        <w:trPr>
          <w:trHeight w:val="329"/>
          <w:jc w:val="center"/>
        </w:trPr>
        <w:tc>
          <w:tcPr>
            <w:tcW w:w="2663" w:type="dxa"/>
            <w:tcBorders>
              <w:top w:val="single" w:sz="4" w:space="0" w:color="BFC7D1"/>
              <w:left w:val="single" w:sz="4" w:space="0" w:color="BFC7D1"/>
              <w:bottom w:val="single" w:sz="4" w:space="0" w:color="BFC7D1"/>
              <w:right w:val="single" w:sz="4" w:space="0" w:color="BFC7D1"/>
            </w:tcBorders>
            <w:shd w:val="clear" w:color="auto" w:fill="EAF0FD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F1E65A8" w14:textId="77777777" w:rsidR="00B46C21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연락처</w:t>
            </w:r>
          </w:p>
        </w:tc>
        <w:tc>
          <w:tcPr>
            <w:tcW w:w="2663" w:type="dxa"/>
            <w:tcBorders>
              <w:top w:val="single" w:sz="4" w:space="0" w:color="BFC7D1"/>
              <w:left w:val="single" w:sz="4" w:space="0" w:color="BFC7D1"/>
              <w:bottom w:val="single" w:sz="4" w:space="0" w:color="BFC7D1"/>
              <w:right w:val="single" w:sz="4" w:space="0" w:color="BFC7D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C2EAB5C" w14:textId="77777777" w:rsidR="00B46C21" w:rsidRDefault="00B46C21">
            <w:pPr>
              <w:spacing w:after="0"/>
            </w:pPr>
          </w:p>
        </w:tc>
        <w:tc>
          <w:tcPr>
            <w:tcW w:w="2663" w:type="dxa"/>
            <w:tcBorders>
              <w:top w:val="single" w:sz="4" w:space="0" w:color="BFC7D1"/>
              <w:left w:val="single" w:sz="4" w:space="0" w:color="BFC7D1"/>
              <w:bottom w:val="single" w:sz="4" w:space="0" w:color="BFC7D1"/>
              <w:right w:val="single" w:sz="4" w:space="0" w:color="BFC7D1"/>
            </w:tcBorders>
            <w:shd w:val="clear" w:color="auto" w:fill="EAF0FD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570AD47" w14:textId="77777777" w:rsidR="00B46C21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이메일</w:t>
            </w:r>
          </w:p>
        </w:tc>
        <w:tc>
          <w:tcPr>
            <w:tcW w:w="2663" w:type="dxa"/>
            <w:tcBorders>
              <w:top w:val="single" w:sz="4" w:space="0" w:color="BFC7D1"/>
              <w:left w:val="single" w:sz="4" w:space="0" w:color="BFC7D1"/>
              <w:bottom w:val="single" w:sz="4" w:space="0" w:color="BFC7D1"/>
              <w:right w:val="single" w:sz="4" w:space="0" w:color="BFC7D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EB47A38" w14:textId="77777777" w:rsidR="00B46C21" w:rsidRDefault="00B46C21">
            <w:pPr>
              <w:spacing w:after="0"/>
            </w:pPr>
          </w:p>
        </w:tc>
      </w:tr>
    </w:tbl>
    <w:p w14:paraId="5EEC65F3" w14:textId="77777777" w:rsidR="00B46C21" w:rsidRDefault="00000000">
      <w:pPr>
        <w:spacing w:after="20"/>
      </w:pPr>
      <w:r>
        <w:rPr>
          <w:b/>
          <w:sz w:val="20"/>
        </w:rPr>
        <w:t>02 재직 · 퇴직 정보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63"/>
        <w:gridCol w:w="2663"/>
        <w:gridCol w:w="2663"/>
        <w:gridCol w:w="2663"/>
      </w:tblGrid>
      <w:tr w:rsidR="00B46C21" w14:paraId="33BDBBC1" w14:textId="77777777">
        <w:trPr>
          <w:trHeight w:val="329"/>
          <w:jc w:val="center"/>
        </w:trPr>
        <w:tc>
          <w:tcPr>
            <w:tcW w:w="2663" w:type="dxa"/>
            <w:tcBorders>
              <w:top w:val="single" w:sz="4" w:space="0" w:color="BFC7D1"/>
              <w:left w:val="single" w:sz="4" w:space="0" w:color="BFC7D1"/>
              <w:bottom w:val="single" w:sz="4" w:space="0" w:color="BFC7D1"/>
              <w:right w:val="single" w:sz="4" w:space="0" w:color="BFC7D1"/>
            </w:tcBorders>
            <w:shd w:val="clear" w:color="auto" w:fill="EAF0FD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E1000CE" w14:textId="77777777" w:rsidR="00B46C21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입사일</w:t>
            </w:r>
          </w:p>
        </w:tc>
        <w:tc>
          <w:tcPr>
            <w:tcW w:w="2663" w:type="dxa"/>
            <w:tcBorders>
              <w:top w:val="single" w:sz="4" w:space="0" w:color="BFC7D1"/>
              <w:left w:val="single" w:sz="4" w:space="0" w:color="BFC7D1"/>
              <w:bottom w:val="single" w:sz="4" w:space="0" w:color="BFC7D1"/>
              <w:right w:val="single" w:sz="4" w:space="0" w:color="BFC7D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6FBBD65" w14:textId="77777777" w:rsidR="00B46C21" w:rsidRDefault="00B46C21">
            <w:pPr>
              <w:spacing w:after="0"/>
            </w:pPr>
          </w:p>
        </w:tc>
        <w:tc>
          <w:tcPr>
            <w:tcW w:w="2663" w:type="dxa"/>
            <w:tcBorders>
              <w:top w:val="single" w:sz="4" w:space="0" w:color="BFC7D1"/>
              <w:left w:val="single" w:sz="4" w:space="0" w:color="BFC7D1"/>
              <w:bottom w:val="single" w:sz="4" w:space="0" w:color="BFC7D1"/>
              <w:right w:val="single" w:sz="4" w:space="0" w:color="BFC7D1"/>
            </w:tcBorders>
            <w:shd w:val="clear" w:color="auto" w:fill="EAF0FD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29DAE5F" w14:textId="77777777" w:rsidR="00B46C21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퇴직일</w:t>
            </w:r>
          </w:p>
        </w:tc>
        <w:tc>
          <w:tcPr>
            <w:tcW w:w="2663" w:type="dxa"/>
            <w:tcBorders>
              <w:top w:val="single" w:sz="4" w:space="0" w:color="BFC7D1"/>
              <w:left w:val="single" w:sz="4" w:space="0" w:color="BFC7D1"/>
              <w:bottom w:val="single" w:sz="4" w:space="0" w:color="BFC7D1"/>
              <w:right w:val="single" w:sz="4" w:space="0" w:color="BFC7D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63754D2" w14:textId="77777777" w:rsidR="00B46C21" w:rsidRDefault="00B46C21">
            <w:pPr>
              <w:spacing w:after="0"/>
            </w:pPr>
          </w:p>
        </w:tc>
      </w:tr>
      <w:tr w:rsidR="00B46C21" w14:paraId="2870EADF" w14:textId="77777777">
        <w:trPr>
          <w:trHeight w:val="329"/>
          <w:jc w:val="center"/>
        </w:trPr>
        <w:tc>
          <w:tcPr>
            <w:tcW w:w="2663" w:type="dxa"/>
            <w:tcBorders>
              <w:top w:val="single" w:sz="4" w:space="0" w:color="BFC7D1"/>
              <w:left w:val="single" w:sz="4" w:space="0" w:color="BFC7D1"/>
              <w:bottom w:val="single" w:sz="4" w:space="0" w:color="BFC7D1"/>
              <w:right w:val="single" w:sz="4" w:space="0" w:color="BFC7D1"/>
            </w:tcBorders>
            <w:shd w:val="clear" w:color="auto" w:fill="EAF0FD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0D8AF30" w14:textId="77777777" w:rsidR="00B46C21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최종 부서</w:t>
            </w:r>
          </w:p>
        </w:tc>
        <w:tc>
          <w:tcPr>
            <w:tcW w:w="7989" w:type="dxa"/>
            <w:gridSpan w:val="3"/>
            <w:tcBorders>
              <w:top w:val="single" w:sz="4" w:space="0" w:color="BFC7D1"/>
              <w:left w:val="single" w:sz="4" w:space="0" w:color="BFC7D1"/>
              <w:bottom w:val="single" w:sz="4" w:space="0" w:color="BFC7D1"/>
              <w:right w:val="single" w:sz="4" w:space="0" w:color="BFC7D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3C57045" w14:textId="77777777" w:rsidR="00B46C21" w:rsidRDefault="00B46C21">
            <w:pPr>
              <w:spacing w:after="0"/>
            </w:pPr>
          </w:p>
        </w:tc>
      </w:tr>
    </w:tbl>
    <w:p w14:paraId="0EEF44C2" w14:textId="77777777" w:rsidR="00B46C21" w:rsidRDefault="00000000">
      <w:pPr>
        <w:spacing w:after="20"/>
      </w:pPr>
      <w:r>
        <w:rPr>
          <w:b/>
          <w:sz w:val="20"/>
        </w:rPr>
        <w:t>03 담당업무 및 확인 내용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63"/>
        <w:gridCol w:w="2663"/>
        <w:gridCol w:w="2663"/>
        <w:gridCol w:w="2663"/>
      </w:tblGrid>
      <w:tr w:rsidR="00B46C21" w14:paraId="7FE55371" w14:textId="77777777">
        <w:trPr>
          <w:trHeight w:val="329"/>
          <w:jc w:val="center"/>
        </w:trPr>
        <w:tc>
          <w:tcPr>
            <w:tcW w:w="2663" w:type="dxa"/>
            <w:tcBorders>
              <w:top w:val="single" w:sz="4" w:space="0" w:color="BFC7D1"/>
              <w:left w:val="single" w:sz="4" w:space="0" w:color="BFC7D1"/>
              <w:bottom w:val="single" w:sz="4" w:space="0" w:color="BFC7D1"/>
              <w:right w:val="single" w:sz="4" w:space="0" w:color="BFC7D1"/>
            </w:tcBorders>
            <w:shd w:val="clear" w:color="auto" w:fill="EAF0FD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C2D6E7E" w14:textId="77777777" w:rsidR="00B46C21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근무기간</w:t>
            </w:r>
          </w:p>
        </w:tc>
        <w:tc>
          <w:tcPr>
            <w:tcW w:w="2663" w:type="dxa"/>
            <w:tcBorders>
              <w:top w:val="single" w:sz="4" w:space="0" w:color="BFC7D1"/>
              <w:left w:val="single" w:sz="4" w:space="0" w:color="BFC7D1"/>
              <w:bottom w:val="single" w:sz="4" w:space="0" w:color="BFC7D1"/>
              <w:right w:val="single" w:sz="4" w:space="0" w:color="BFC7D1"/>
            </w:tcBorders>
            <w:shd w:val="clear" w:color="auto" w:fill="EAF0FD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5F48B19" w14:textId="77777777" w:rsidR="00B46C21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회사명</w:t>
            </w:r>
          </w:p>
        </w:tc>
        <w:tc>
          <w:tcPr>
            <w:tcW w:w="2663" w:type="dxa"/>
            <w:tcBorders>
              <w:top w:val="single" w:sz="4" w:space="0" w:color="BFC7D1"/>
              <w:left w:val="single" w:sz="4" w:space="0" w:color="BFC7D1"/>
              <w:bottom w:val="single" w:sz="4" w:space="0" w:color="BFC7D1"/>
              <w:right w:val="single" w:sz="4" w:space="0" w:color="BFC7D1"/>
            </w:tcBorders>
            <w:shd w:val="clear" w:color="auto" w:fill="EAF0FD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189282E" w14:textId="77777777" w:rsidR="00B46C21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부서 / 직위</w:t>
            </w:r>
          </w:p>
        </w:tc>
        <w:tc>
          <w:tcPr>
            <w:tcW w:w="2663" w:type="dxa"/>
            <w:tcBorders>
              <w:top w:val="single" w:sz="4" w:space="0" w:color="BFC7D1"/>
              <w:left w:val="single" w:sz="4" w:space="0" w:color="BFC7D1"/>
              <w:bottom w:val="single" w:sz="4" w:space="0" w:color="BFC7D1"/>
              <w:right w:val="single" w:sz="4" w:space="0" w:color="BFC7D1"/>
            </w:tcBorders>
            <w:shd w:val="clear" w:color="auto" w:fill="EAF0FD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5D74E58" w14:textId="77777777" w:rsidR="00B46C21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담당업무</w:t>
            </w:r>
          </w:p>
        </w:tc>
      </w:tr>
      <w:tr w:rsidR="00B46C21" w14:paraId="3E26DC48" w14:textId="77777777">
        <w:trPr>
          <w:trHeight w:val="465"/>
          <w:jc w:val="center"/>
        </w:trPr>
        <w:tc>
          <w:tcPr>
            <w:tcW w:w="2663" w:type="dxa"/>
            <w:tcBorders>
              <w:top w:val="single" w:sz="4" w:space="0" w:color="BFC7D1"/>
              <w:left w:val="single" w:sz="4" w:space="0" w:color="BFC7D1"/>
              <w:bottom w:val="single" w:sz="4" w:space="0" w:color="BFC7D1"/>
              <w:right w:val="single" w:sz="4" w:space="0" w:color="BFC7D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BBF0F36" w14:textId="77777777" w:rsidR="00B46C21" w:rsidRDefault="00B46C21">
            <w:pPr>
              <w:spacing w:after="0"/>
            </w:pPr>
          </w:p>
        </w:tc>
        <w:tc>
          <w:tcPr>
            <w:tcW w:w="2663" w:type="dxa"/>
            <w:tcBorders>
              <w:top w:val="single" w:sz="4" w:space="0" w:color="BFC7D1"/>
              <w:left w:val="single" w:sz="4" w:space="0" w:color="BFC7D1"/>
              <w:bottom w:val="single" w:sz="4" w:space="0" w:color="BFC7D1"/>
              <w:right w:val="single" w:sz="4" w:space="0" w:color="BFC7D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BB75985" w14:textId="77777777" w:rsidR="00B46C21" w:rsidRDefault="00B46C21">
            <w:pPr>
              <w:spacing w:after="0"/>
            </w:pPr>
          </w:p>
        </w:tc>
        <w:tc>
          <w:tcPr>
            <w:tcW w:w="2663" w:type="dxa"/>
            <w:tcBorders>
              <w:top w:val="single" w:sz="4" w:space="0" w:color="BFC7D1"/>
              <w:left w:val="single" w:sz="4" w:space="0" w:color="BFC7D1"/>
              <w:bottom w:val="single" w:sz="4" w:space="0" w:color="BFC7D1"/>
              <w:right w:val="single" w:sz="4" w:space="0" w:color="BFC7D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3F2010F" w14:textId="77777777" w:rsidR="00B46C21" w:rsidRDefault="00B46C21">
            <w:pPr>
              <w:spacing w:after="0"/>
            </w:pPr>
          </w:p>
        </w:tc>
        <w:tc>
          <w:tcPr>
            <w:tcW w:w="2663" w:type="dxa"/>
            <w:tcBorders>
              <w:top w:val="single" w:sz="4" w:space="0" w:color="BFC7D1"/>
              <w:left w:val="single" w:sz="4" w:space="0" w:color="BFC7D1"/>
              <w:bottom w:val="single" w:sz="4" w:space="0" w:color="BFC7D1"/>
              <w:right w:val="single" w:sz="4" w:space="0" w:color="BFC7D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61F69B3" w14:textId="77777777" w:rsidR="00B46C21" w:rsidRDefault="00B46C21">
            <w:pPr>
              <w:spacing w:after="0"/>
            </w:pPr>
          </w:p>
        </w:tc>
      </w:tr>
      <w:tr w:rsidR="00B46C21" w14:paraId="3BD59B86" w14:textId="77777777">
        <w:trPr>
          <w:trHeight w:val="465"/>
          <w:jc w:val="center"/>
        </w:trPr>
        <w:tc>
          <w:tcPr>
            <w:tcW w:w="2663" w:type="dxa"/>
            <w:tcBorders>
              <w:top w:val="single" w:sz="4" w:space="0" w:color="BFC7D1"/>
              <w:left w:val="single" w:sz="4" w:space="0" w:color="BFC7D1"/>
              <w:bottom w:val="single" w:sz="4" w:space="0" w:color="BFC7D1"/>
              <w:right w:val="single" w:sz="4" w:space="0" w:color="BFC7D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3DD9157" w14:textId="77777777" w:rsidR="00B46C21" w:rsidRDefault="00B46C21">
            <w:pPr>
              <w:spacing w:after="0"/>
            </w:pPr>
          </w:p>
        </w:tc>
        <w:tc>
          <w:tcPr>
            <w:tcW w:w="2663" w:type="dxa"/>
            <w:tcBorders>
              <w:top w:val="single" w:sz="4" w:space="0" w:color="BFC7D1"/>
              <w:left w:val="single" w:sz="4" w:space="0" w:color="BFC7D1"/>
              <w:bottom w:val="single" w:sz="4" w:space="0" w:color="BFC7D1"/>
              <w:right w:val="single" w:sz="4" w:space="0" w:color="BFC7D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61DB8FC" w14:textId="77777777" w:rsidR="00B46C21" w:rsidRDefault="00B46C21">
            <w:pPr>
              <w:spacing w:after="0"/>
            </w:pPr>
          </w:p>
        </w:tc>
        <w:tc>
          <w:tcPr>
            <w:tcW w:w="2663" w:type="dxa"/>
            <w:tcBorders>
              <w:top w:val="single" w:sz="4" w:space="0" w:color="BFC7D1"/>
              <w:left w:val="single" w:sz="4" w:space="0" w:color="BFC7D1"/>
              <w:bottom w:val="single" w:sz="4" w:space="0" w:color="BFC7D1"/>
              <w:right w:val="single" w:sz="4" w:space="0" w:color="BFC7D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D4E5120" w14:textId="77777777" w:rsidR="00B46C21" w:rsidRDefault="00B46C21">
            <w:pPr>
              <w:spacing w:after="0"/>
            </w:pPr>
          </w:p>
        </w:tc>
        <w:tc>
          <w:tcPr>
            <w:tcW w:w="2663" w:type="dxa"/>
            <w:tcBorders>
              <w:top w:val="single" w:sz="4" w:space="0" w:color="BFC7D1"/>
              <w:left w:val="single" w:sz="4" w:space="0" w:color="BFC7D1"/>
              <w:bottom w:val="single" w:sz="4" w:space="0" w:color="BFC7D1"/>
              <w:right w:val="single" w:sz="4" w:space="0" w:color="BFC7D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08AE73C" w14:textId="77777777" w:rsidR="00B46C21" w:rsidRDefault="00B46C21">
            <w:pPr>
              <w:spacing w:after="0"/>
            </w:pPr>
          </w:p>
        </w:tc>
      </w:tr>
      <w:tr w:rsidR="00B46C21" w14:paraId="4A766CBF" w14:textId="77777777">
        <w:trPr>
          <w:trHeight w:val="465"/>
          <w:jc w:val="center"/>
        </w:trPr>
        <w:tc>
          <w:tcPr>
            <w:tcW w:w="2663" w:type="dxa"/>
            <w:tcBorders>
              <w:top w:val="single" w:sz="4" w:space="0" w:color="BFC7D1"/>
              <w:left w:val="single" w:sz="4" w:space="0" w:color="BFC7D1"/>
              <w:bottom w:val="single" w:sz="4" w:space="0" w:color="BFC7D1"/>
              <w:right w:val="single" w:sz="4" w:space="0" w:color="BFC7D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CBC3C66" w14:textId="77777777" w:rsidR="00B46C21" w:rsidRDefault="00B46C21">
            <w:pPr>
              <w:spacing w:after="0"/>
            </w:pPr>
          </w:p>
        </w:tc>
        <w:tc>
          <w:tcPr>
            <w:tcW w:w="2663" w:type="dxa"/>
            <w:tcBorders>
              <w:top w:val="single" w:sz="4" w:space="0" w:color="BFC7D1"/>
              <w:left w:val="single" w:sz="4" w:space="0" w:color="BFC7D1"/>
              <w:bottom w:val="single" w:sz="4" w:space="0" w:color="BFC7D1"/>
              <w:right w:val="single" w:sz="4" w:space="0" w:color="BFC7D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C65CAEE" w14:textId="77777777" w:rsidR="00B46C21" w:rsidRDefault="00B46C21">
            <w:pPr>
              <w:spacing w:after="0"/>
            </w:pPr>
          </w:p>
        </w:tc>
        <w:tc>
          <w:tcPr>
            <w:tcW w:w="2663" w:type="dxa"/>
            <w:tcBorders>
              <w:top w:val="single" w:sz="4" w:space="0" w:color="BFC7D1"/>
              <w:left w:val="single" w:sz="4" w:space="0" w:color="BFC7D1"/>
              <w:bottom w:val="single" w:sz="4" w:space="0" w:color="BFC7D1"/>
              <w:right w:val="single" w:sz="4" w:space="0" w:color="BFC7D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826D6F0" w14:textId="77777777" w:rsidR="00B46C21" w:rsidRDefault="00B46C21">
            <w:pPr>
              <w:spacing w:after="0"/>
            </w:pPr>
          </w:p>
        </w:tc>
        <w:tc>
          <w:tcPr>
            <w:tcW w:w="2663" w:type="dxa"/>
            <w:tcBorders>
              <w:top w:val="single" w:sz="4" w:space="0" w:color="BFC7D1"/>
              <w:left w:val="single" w:sz="4" w:space="0" w:color="BFC7D1"/>
              <w:bottom w:val="single" w:sz="4" w:space="0" w:color="BFC7D1"/>
              <w:right w:val="single" w:sz="4" w:space="0" w:color="BFC7D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510A428" w14:textId="77777777" w:rsidR="00B46C21" w:rsidRDefault="00B46C21">
            <w:pPr>
              <w:spacing w:after="0"/>
            </w:pPr>
          </w:p>
        </w:tc>
      </w:tr>
    </w:tbl>
    <w:p w14:paraId="3C36A98A" w14:textId="77777777" w:rsidR="00B46C21" w:rsidRDefault="00000000">
      <w:pPr>
        <w:spacing w:after="20"/>
      </w:pPr>
      <w:r>
        <w:rPr>
          <w:b/>
          <w:sz w:val="20"/>
        </w:rPr>
        <w:t>04 발급 정보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6"/>
        <w:gridCol w:w="5326"/>
      </w:tblGrid>
      <w:tr w:rsidR="00B46C21" w14:paraId="5521361A" w14:textId="77777777">
        <w:trPr>
          <w:trHeight w:val="357"/>
          <w:jc w:val="center"/>
        </w:trPr>
        <w:tc>
          <w:tcPr>
            <w:tcW w:w="5326" w:type="dxa"/>
            <w:tcBorders>
              <w:top w:val="single" w:sz="4" w:space="0" w:color="BFC7D1"/>
              <w:left w:val="single" w:sz="4" w:space="0" w:color="BFC7D1"/>
              <w:bottom w:val="single" w:sz="4" w:space="0" w:color="BFC7D1"/>
              <w:right w:val="single" w:sz="4" w:space="0" w:color="BFC7D1"/>
            </w:tcBorders>
            <w:shd w:val="clear" w:color="auto" w:fill="EAF0FD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812D7EB" w14:textId="77777777" w:rsidR="00B46C21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재직 기간</w:t>
            </w:r>
          </w:p>
        </w:tc>
        <w:tc>
          <w:tcPr>
            <w:tcW w:w="5326" w:type="dxa"/>
            <w:tcBorders>
              <w:top w:val="single" w:sz="4" w:space="0" w:color="BFC7D1"/>
              <w:left w:val="single" w:sz="4" w:space="0" w:color="BFC7D1"/>
              <w:bottom w:val="single" w:sz="4" w:space="0" w:color="BFC7D1"/>
              <w:right w:val="single" w:sz="4" w:space="0" w:color="BFC7D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5F22279" w14:textId="77777777" w:rsidR="00B46C21" w:rsidRDefault="00B46C21">
            <w:pPr>
              <w:spacing w:after="0"/>
            </w:pPr>
          </w:p>
        </w:tc>
      </w:tr>
      <w:tr w:rsidR="00B46C21" w14:paraId="5EE6C2F6" w14:textId="77777777">
        <w:trPr>
          <w:trHeight w:val="357"/>
          <w:jc w:val="center"/>
        </w:trPr>
        <w:tc>
          <w:tcPr>
            <w:tcW w:w="5326" w:type="dxa"/>
            <w:tcBorders>
              <w:top w:val="single" w:sz="4" w:space="0" w:color="BFC7D1"/>
              <w:left w:val="single" w:sz="4" w:space="0" w:color="BFC7D1"/>
              <w:bottom w:val="single" w:sz="4" w:space="0" w:color="BFC7D1"/>
              <w:right w:val="single" w:sz="4" w:space="0" w:color="BFC7D1"/>
            </w:tcBorders>
            <w:shd w:val="clear" w:color="auto" w:fill="EAF0FD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6255B7C" w14:textId="77777777" w:rsidR="00B46C21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주요 담당업무</w:t>
            </w:r>
          </w:p>
        </w:tc>
        <w:tc>
          <w:tcPr>
            <w:tcW w:w="5326" w:type="dxa"/>
            <w:tcBorders>
              <w:top w:val="single" w:sz="4" w:space="0" w:color="BFC7D1"/>
              <w:left w:val="single" w:sz="4" w:space="0" w:color="BFC7D1"/>
              <w:bottom w:val="single" w:sz="4" w:space="0" w:color="BFC7D1"/>
              <w:right w:val="single" w:sz="4" w:space="0" w:color="BFC7D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2338E4C" w14:textId="77777777" w:rsidR="00B46C21" w:rsidRDefault="00B46C21">
            <w:pPr>
              <w:spacing w:after="0"/>
            </w:pPr>
          </w:p>
        </w:tc>
      </w:tr>
      <w:tr w:rsidR="00B46C21" w14:paraId="5C15483C" w14:textId="77777777">
        <w:trPr>
          <w:trHeight w:val="357"/>
          <w:jc w:val="center"/>
        </w:trPr>
        <w:tc>
          <w:tcPr>
            <w:tcW w:w="5326" w:type="dxa"/>
            <w:tcBorders>
              <w:top w:val="single" w:sz="4" w:space="0" w:color="BFC7D1"/>
              <w:left w:val="single" w:sz="4" w:space="0" w:color="BFC7D1"/>
              <w:bottom w:val="single" w:sz="4" w:space="0" w:color="BFC7D1"/>
              <w:right w:val="single" w:sz="4" w:space="0" w:color="BFC7D1"/>
            </w:tcBorders>
            <w:shd w:val="clear" w:color="auto" w:fill="EAF0FD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5D250E6" w14:textId="77777777" w:rsidR="00B46C21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퇴직일</w:t>
            </w:r>
          </w:p>
        </w:tc>
        <w:tc>
          <w:tcPr>
            <w:tcW w:w="5326" w:type="dxa"/>
            <w:tcBorders>
              <w:top w:val="single" w:sz="4" w:space="0" w:color="BFC7D1"/>
              <w:left w:val="single" w:sz="4" w:space="0" w:color="BFC7D1"/>
              <w:bottom w:val="single" w:sz="4" w:space="0" w:color="BFC7D1"/>
              <w:right w:val="single" w:sz="4" w:space="0" w:color="BFC7D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076793A" w14:textId="77777777" w:rsidR="00B46C21" w:rsidRDefault="00B46C21">
            <w:pPr>
              <w:spacing w:after="0"/>
            </w:pPr>
          </w:p>
        </w:tc>
      </w:tr>
      <w:tr w:rsidR="00B46C21" w14:paraId="36CCC8B6" w14:textId="77777777">
        <w:trPr>
          <w:trHeight w:val="357"/>
          <w:jc w:val="center"/>
        </w:trPr>
        <w:tc>
          <w:tcPr>
            <w:tcW w:w="5326" w:type="dxa"/>
            <w:tcBorders>
              <w:top w:val="single" w:sz="4" w:space="0" w:color="BFC7D1"/>
              <w:left w:val="single" w:sz="4" w:space="0" w:color="BFC7D1"/>
              <w:bottom w:val="single" w:sz="4" w:space="0" w:color="BFC7D1"/>
              <w:right w:val="single" w:sz="4" w:space="0" w:color="BFC7D1"/>
            </w:tcBorders>
            <w:shd w:val="clear" w:color="auto" w:fill="EAF0FD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7811F68" w14:textId="77777777" w:rsidR="00B46C21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퇴직 구분</w:t>
            </w:r>
          </w:p>
        </w:tc>
        <w:tc>
          <w:tcPr>
            <w:tcW w:w="5326" w:type="dxa"/>
            <w:tcBorders>
              <w:top w:val="single" w:sz="4" w:space="0" w:color="BFC7D1"/>
              <w:left w:val="single" w:sz="4" w:space="0" w:color="BFC7D1"/>
              <w:bottom w:val="single" w:sz="4" w:space="0" w:color="BFC7D1"/>
              <w:right w:val="single" w:sz="4" w:space="0" w:color="BFC7D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F9EB684" w14:textId="77777777" w:rsidR="00B46C21" w:rsidRDefault="00B46C21">
            <w:pPr>
              <w:spacing w:after="0"/>
            </w:pPr>
          </w:p>
        </w:tc>
      </w:tr>
      <w:tr w:rsidR="00B46C21" w14:paraId="5B5AAE79" w14:textId="77777777">
        <w:trPr>
          <w:trHeight w:val="357"/>
          <w:jc w:val="center"/>
        </w:trPr>
        <w:tc>
          <w:tcPr>
            <w:tcW w:w="5326" w:type="dxa"/>
            <w:tcBorders>
              <w:top w:val="single" w:sz="4" w:space="0" w:color="BFC7D1"/>
              <w:left w:val="single" w:sz="4" w:space="0" w:color="BFC7D1"/>
              <w:bottom w:val="single" w:sz="4" w:space="0" w:color="BFC7D1"/>
              <w:right w:val="single" w:sz="4" w:space="0" w:color="BFC7D1"/>
            </w:tcBorders>
            <w:shd w:val="clear" w:color="auto" w:fill="EAF0FD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93CB12D" w14:textId="77777777" w:rsidR="00B46C21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사용 목적</w:t>
            </w:r>
          </w:p>
        </w:tc>
        <w:tc>
          <w:tcPr>
            <w:tcW w:w="5326" w:type="dxa"/>
            <w:tcBorders>
              <w:top w:val="single" w:sz="4" w:space="0" w:color="BFC7D1"/>
              <w:left w:val="single" w:sz="4" w:space="0" w:color="BFC7D1"/>
              <w:bottom w:val="single" w:sz="4" w:space="0" w:color="BFC7D1"/>
              <w:right w:val="single" w:sz="4" w:space="0" w:color="BFC7D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865FAFD" w14:textId="77777777" w:rsidR="00B46C21" w:rsidRDefault="00B46C21">
            <w:pPr>
              <w:spacing w:after="0"/>
            </w:pPr>
          </w:p>
        </w:tc>
      </w:tr>
    </w:tbl>
    <w:p w14:paraId="40E44DBF" w14:textId="77777777" w:rsidR="00B46C21" w:rsidRDefault="00000000">
      <w:pPr>
        <w:spacing w:after="20"/>
      </w:pPr>
      <w:r>
        <w:rPr>
          <w:b/>
          <w:sz w:val="20"/>
        </w:rPr>
        <w:t>05 발급 확인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551"/>
        <w:gridCol w:w="3551"/>
        <w:gridCol w:w="3551"/>
      </w:tblGrid>
      <w:tr w:rsidR="00B46C21" w14:paraId="5283D6E1" w14:textId="77777777">
        <w:trPr>
          <w:trHeight w:val="329"/>
          <w:jc w:val="center"/>
        </w:trPr>
        <w:tc>
          <w:tcPr>
            <w:tcW w:w="3551" w:type="dxa"/>
            <w:tcBorders>
              <w:top w:val="single" w:sz="4" w:space="0" w:color="BFC7D1"/>
              <w:left w:val="single" w:sz="4" w:space="0" w:color="BFC7D1"/>
              <w:bottom w:val="single" w:sz="4" w:space="0" w:color="BFC7D1"/>
              <w:right w:val="single" w:sz="4" w:space="0" w:color="BFC7D1"/>
            </w:tcBorders>
            <w:shd w:val="clear" w:color="auto" w:fill="E7F3E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187608C" w14:textId="77777777" w:rsidR="00B46C21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구분</w:t>
            </w:r>
          </w:p>
        </w:tc>
        <w:tc>
          <w:tcPr>
            <w:tcW w:w="3551" w:type="dxa"/>
            <w:tcBorders>
              <w:top w:val="single" w:sz="4" w:space="0" w:color="BFC7D1"/>
              <w:left w:val="single" w:sz="4" w:space="0" w:color="BFC7D1"/>
              <w:bottom w:val="single" w:sz="4" w:space="0" w:color="BFC7D1"/>
              <w:right w:val="single" w:sz="4" w:space="0" w:color="BFC7D1"/>
            </w:tcBorders>
            <w:shd w:val="clear" w:color="auto" w:fill="E7F3E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18F8B44" w14:textId="77777777" w:rsidR="00B46C21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내용</w:t>
            </w:r>
          </w:p>
        </w:tc>
        <w:tc>
          <w:tcPr>
            <w:tcW w:w="3551" w:type="dxa"/>
            <w:tcBorders>
              <w:top w:val="single" w:sz="4" w:space="0" w:color="BFC7D1"/>
              <w:left w:val="single" w:sz="4" w:space="0" w:color="BFC7D1"/>
              <w:bottom w:val="single" w:sz="4" w:space="0" w:color="BFC7D1"/>
              <w:right w:val="single" w:sz="4" w:space="0" w:color="BFC7D1"/>
            </w:tcBorders>
            <w:shd w:val="clear" w:color="auto" w:fill="E7F3E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ADE7037" w14:textId="77777777" w:rsidR="00B46C21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확인</w:t>
            </w:r>
          </w:p>
        </w:tc>
      </w:tr>
      <w:tr w:rsidR="00B46C21" w14:paraId="4AD90850" w14:textId="77777777">
        <w:trPr>
          <w:trHeight w:val="329"/>
          <w:jc w:val="center"/>
        </w:trPr>
        <w:tc>
          <w:tcPr>
            <w:tcW w:w="3551" w:type="dxa"/>
            <w:tcBorders>
              <w:top w:val="single" w:sz="4" w:space="0" w:color="BFC7D1"/>
              <w:left w:val="single" w:sz="4" w:space="0" w:color="BFC7D1"/>
              <w:bottom w:val="single" w:sz="4" w:space="0" w:color="BFC7D1"/>
              <w:right w:val="single" w:sz="4" w:space="0" w:color="BFC7D1"/>
            </w:tcBorders>
            <w:shd w:val="clear" w:color="auto" w:fill="E7F3E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6D75AF8" w14:textId="77777777" w:rsidR="00B46C21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회사명</w:t>
            </w:r>
          </w:p>
        </w:tc>
        <w:tc>
          <w:tcPr>
            <w:tcW w:w="3551" w:type="dxa"/>
            <w:tcBorders>
              <w:top w:val="single" w:sz="4" w:space="0" w:color="BFC7D1"/>
              <w:left w:val="single" w:sz="4" w:space="0" w:color="BFC7D1"/>
              <w:bottom w:val="single" w:sz="4" w:space="0" w:color="BFC7D1"/>
              <w:right w:val="single" w:sz="4" w:space="0" w:color="BFC7D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EC99EC8" w14:textId="77777777" w:rsidR="00B46C21" w:rsidRDefault="00B46C21">
            <w:pPr>
              <w:spacing w:after="0"/>
            </w:pPr>
          </w:p>
        </w:tc>
        <w:tc>
          <w:tcPr>
            <w:tcW w:w="3551" w:type="dxa"/>
            <w:tcBorders>
              <w:top w:val="single" w:sz="4" w:space="0" w:color="BFC7D1"/>
              <w:left w:val="single" w:sz="4" w:space="0" w:color="BFC7D1"/>
              <w:bottom w:val="single" w:sz="4" w:space="0" w:color="BFC7D1"/>
              <w:right w:val="single" w:sz="4" w:space="0" w:color="BFC7D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7DD2B76" w14:textId="77777777" w:rsidR="00B46C21" w:rsidRDefault="00B46C21">
            <w:pPr>
              <w:spacing w:after="0"/>
              <w:jc w:val="center"/>
            </w:pPr>
          </w:p>
        </w:tc>
      </w:tr>
      <w:tr w:rsidR="00B46C21" w14:paraId="0A7723DD" w14:textId="77777777">
        <w:trPr>
          <w:trHeight w:val="329"/>
          <w:jc w:val="center"/>
        </w:trPr>
        <w:tc>
          <w:tcPr>
            <w:tcW w:w="3551" w:type="dxa"/>
            <w:tcBorders>
              <w:top w:val="single" w:sz="4" w:space="0" w:color="BFC7D1"/>
              <w:left w:val="single" w:sz="4" w:space="0" w:color="BFC7D1"/>
              <w:bottom w:val="single" w:sz="4" w:space="0" w:color="BFC7D1"/>
              <w:right w:val="single" w:sz="4" w:space="0" w:color="BFC7D1"/>
            </w:tcBorders>
            <w:shd w:val="clear" w:color="auto" w:fill="E7F3E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320B29E" w14:textId="77777777" w:rsidR="00B46C21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발급일</w:t>
            </w:r>
          </w:p>
        </w:tc>
        <w:tc>
          <w:tcPr>
            <w:tcW w:w="3551" w:type="dxa"/>
            <w:tcBorders>
              <w:top w:val="single" w:sz="4" w:space="0" w:color="BFC7D1"/>
              <w:left w:val="single" w:sz="4" w:space="0" w:color="BFC7D1"/>
              <w:bottom w:val="single" w:sz="4" w:space="0" w:color="BFC7D1"/>
              <w:right w:val="single" w:sz="4" w:space="0" w:color="BFC7D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8710ACD" w14:textId="77777777" w:rsidR="00B46C21" w:rsidRDefault="00B46C21">
            <w:pPr>
              <w:spacing w:after="0"/>
            </w:pPr>
          </w:p>
        </w:tc>
        <w:tc>
          <w:tcPr>
            <w:tcW w:w="3551" w:type="dxa"/>
            <w:tcBorders>
              <w:top w:val="single" w:sz="4" w:space="0" w:color="BFC7D1"/>
              <w:left w:val="single" w:sz="4" w:space="0" w:color="BFC7D1"/>
              <w:bottom w:val="single" w:sz="4" w:space="0" w:color="BFC7D1"/>
              <w:right w:val="single" w:sz="4" w:space="0" w:color="BFC7D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3B8252E" w14:textId="77777777" w:rsidR="00B46C21" w:rsidRDefault="00B46C21">
            <w:pPr>
              <w:spacing w:after="0"/>
              <w:jc w:val="center"/>
            </w:pPr>
          </w:p>
        </w:tc>
      </w:tr>
      <w:tr w:rsidR="00B46C21" w14:paraId="05E09E40" w14:textId="77777777">
        <w:trPr>
          <w:trHeight w:val="329"/>
          <w:jc w:val="center"/>
        </w:trPr>
        <w:tc>
          <w:tcPr>
            <w:tcW w:w="3551" w:type="dxa"/>
            <w:tcBorders>
              <w:top w:val="single" w:sz="4" w:space="0" w:color="BFC7D1"/>
              <w:left w:val="single" w:sz="4" w:space="0" w:color="BFC7D1"/>
              <w:bottom w:val="single" w:sz="4" w:space="0" w:color="BFC7D1"/>
              <w:right w:val="single" w:sz="4" w:space="0" w:color="BFC7D1"/>
            </w:tcBorders>
            <w:shd w:val="clear" w:color="auto" w:fill="E7F3EF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7A79A12" w14:textId="77777777" w:rsidR="00B46C21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발급 담당자</w:t>
            </w:r>
          </w:p>
        </w:tc>
        <w:tc>
          <w:tcPr>
            <w:tcW w:w="3551" w:type="dxa"/>
            <w:tcBorders>
              <w:top w:val="single" w:sz="4" w:space="0" w:color="BFC7D1"/>
              <w:left w:val="single" w:sz="4" w:space="0" w:color="BFC7D1"/>
              <w:bottom w:val="single" w:sz="4" w:space="0" w:color="BFC7D1"/>
              <w:right w:val="single" w:sz="4" w:space="0" w:color="BFC7D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3CE74A4" w14:textId="77777777" w:rsidR="00B46C21" w:rsidRDefault="00B46C21">
            <w:pPr>
              <w:spacing w:after="0"/>
            </w:pPr>
          </w:p>
        </w:tc>
        <w:tc>
          <w:tcPr>
            <w:tcW w:w="3551" w:type="dxa"/>
            <w:tcBorders>
              <w:top w:val="single" w:sz="4" w:space="0" w:color="BFC7D1"/>
              <w:left w:val="single" w:sz="4" w:space="0" w:color="BFC7D1"/>
              <w:bottom w:val="single" w:sz="4" w:space="0" w:color="BFC7D1"/>
              <w:right w:val="single" w:sz="4" w:space="0" w:color="BFC7D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25D71B8" w14:textId="77777777" w:rsidR="00B46C21" w:rsidRDefault="00000000">
            <w:pPr>
              <w:spacing w:after="0"/>
              <w:jc w:val="center"/>
            </w:pPr>
            <w:r>
              <w:rPr>
                <w:sz w:val="16"/>
              </w:rPr>
              <w:t>(서명 또는 인)</w:t>
            </w:r>
          </w:p>
        </w:tc>
      </w:tr>
    </w:tbl>
    <w:p w14:paraId="3BD30C42" w14:textId="77777777" w:rsidR="004A6479" w:rsidRDefault="004A6479">
      <w:pPr>
        <w:spacing w:after="20"/>
        <w:jc w:val="center"/>
        <w:rPr>
          <w:sz w:val="13"/>
          <w:lang w:eastAsia="ko-KR"/>
        </w:rPr>
      </w:pPr>
    </w:p>
    <w:p w14:paraId="1523C137" w14:textId="1E1F8F8E" w:rsidR="00B46C21" w:rsidRDefault="00000000">
      <w:pPr>
        <w:spacing w:after="20"/>
        <w:jc w:val="center"/>
        <w:rPr>
          <w:lang w:eastAsia="ko-KR"/>
        </w:rPr>
      </w:pPr>
      <w:r>
        <w:rPr>
          <w:sz w:val="13"/>
          <w:lang w:eastAsia="ko-KR"/>
        </w:rPr>
        <w:t>※ 회사의 인사기록 등 확인 가능한 자료를 기준으로 작성하고, 제출기관에서 별도의 지정 양식을 요구하는 경우 해당 서식을 우선 확인하세요.</w:t>
      </w:r>
    </w:p>
    <w:sectPr w:rsidR="00B46C21" w:rsidSect="00034616">
      <w:pgSz w:w="12240" w:h="15840"/>
      <w:pgMar w:top="369" w:right="794" w:bottom="312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96264119">
    <w:abstractNumId w:val="8"/>
  </w:num>
  <w:num w:numId="2" w16cid:durableId="553199183">
    <w:abstractNumId w:val="6"/>
  </w:num>
  <w:num w:numId="3" w16cid:durableId="873545142">
    <w:abstractNumId w:val="5"/>
  </w:num>
  <w:num w:numId="4" w16cid:durableId="1893342028">
    <w:abstractNumId w:val="4"/>
  </w:num>
  <w:num w:numId="5" w16cid:durableId="680279253">
    <w:abstractNumId w:val="7"/>
  </w:num>
  <w:num w:numId="6" w16cid:durableId="1865510874">
    <w:abstractNumId w:val="3"/>
  </w:num>
  <w:num w:numId="7" w16cid:durableId="1116675704">
    <w:abstractNumId w:val="2"/>
  </w:num>
  <w:num w:numId="8" w16cid:durableId="167135665">
    <w:abstractNumId w:val="1"/>
  </w:num>
  <w:num w:numId="9" w16cid:durableId="704142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A6479"/>
    <w:rsid w:val="009E3205"/>
    <w:rsid w:val="00AA1D8D"/>
    <w:rsid w:val="00B46C21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0B81BA"/>
  <w14:defaultImageDpi w14:val="300"/>
  <w15:docId w15:val="{80ADC42E-D3E0-4EB8-A068-37F10C71B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eastAsia="맑은 고딕" w:hAnsi="맑은 고딕"/>
      <w:sz w:val="18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jihye hong</cp:lastModifiedBy>
  <cp:revision>2</cp:revision>
  <dcterms:created xsi:type="dcterms:W3CDTF">2013-12-23T23:15:00Z</dcterms:created>
  <dcterms:modified xsi:type="dcterms:W3CDTF">2026-08-18T11:56:00Z</dcterms:modified>
  <cp:category/>
</cp:coreProperties>
</file>