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88DF4" w14:textId="77777777" w:rsidR="00FF1842" w:rsidRDefault="00FF1842">
      <w:pPr>
        <w:spacing w:after="40"/>
        <w:jc w:val="center"/>
        <w:rPr>
          <w:b/>
          <w:color w:val="111111"/>
          <w:sz w:val="42"/>
          <w:lang w:eastAsia="ko-KR"/>
        </w:rPr>
      </w:pPr>
    </w:p>
    <w:p w14:paraId="59C6C581" w14:textId="26296947" w:rsidR="00CB2264" w:rsidRDefault="00000000">
      <w:pPr>
        <w:spacing w:after="40"/>
        <w:jc w:val="center"/>
        <w:rPr>
          <w:lang w:eastAsia="ko-KR"/>
        </w:rPr>
      </w:pPr>
      <w:r>
        <w:rPr>
          <w:b/>
          <w:color w:val="111111"/>
          <w:sz w:val="42"/>
          <w:lang w:eastAsia="ko-KR"/>
        </w:rPr>
        <w:t>퇴 직 증 명 서</w:t>
      </w:r>
    </w:p>
    <w:p w14:paraId="3993B969" w14:textId="77777777" w:rsidR="00CB2264" w:rsidRDefault="00000000">
      <w:pPr>
        <w:spacing w:after="140"/>
        <w:jc w:val="center"/>
        <w:rPr>
          <w:lang w:eastAsia="ko-KR"/>
        </w:rPr>
      </w:pPr>
      <w:r>
        <w:rPr>
          <w:color w:val="333333"/>
          <w:sz w:val="16"/>
          <w:lang w:eastAsia="ko-KR"/>
        </w:rPr>
        <w:t>근무 및 퇴직 사실을 확인할 수 있도록 주요 정보를 정리하는 기본형 퇴직증명서</w:t>
      </w:r>
    </w:p>
    <w:p w14:paraId="733CB8EC" w14:textId="77777777" w:rsidR="00CB2264" w:rsidRDefault="00000000">
      <w:pPr>
        <w:spacing w:before="120" w:after="60"/>
      </w:pPr>
      <w:r>
        <w:rPr>
          <w:b/>
          <w:color w:val="171717"/>
        </w:rPr>
        <w:t xml:space="preserve">1. </w:t>
      </w:r>
      <w:proofErr w:type="spellStart"/>
      <w:r>
        <w:rPr>
          <w:b/>
          <w:color w:val="171717"/>
        </w:rPr>
        <w:t>발급</w:t>
      </w:r>
      <w:proofErr w:type="spellEnd"/>
      <w:r>
        <w:rPr>
          <w:b/>
          <w:color w:val="171717"/>
        </w:rPr>
        <w:t xml:space="preserve"> </w:t>
      </w:r>
      <w:proofErr w:type="spellStart"/>
      <w:r>
        <w:rPr>
          <w:b/>
          <w:color w:val="171717"/>
        </w:rPr>
        <w:t>대상자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231"/>
        <w:gridCol w:w="1587"/>
        <w:gridCol w:w="3231"/>
      </w:tblGrid>
      <w:tr w:rsidR="00CB2264" w14:paraId="6E4AADF1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8F3662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성명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264929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D1719B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생년월일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FFF444" w14:textId="77777777" w:rsidR="00CB2264" w:rsidRDefault="00CB2264">
            <w:pPr>
              <w:spacing w:after="0"/>
            </w:pPr>
          </w:p>
        </w:tc>
      </w:tr>
      <w:tr w:rsidR="00CB2264" w14:paraId="018E28D9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FFDD34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주소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D5E80A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337A70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연락처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ECD401" w14:textId="77777777" w:rsidR="00CB2264" w:rsidRDefault="00CB2264">
            <w:pPr>
              <w:spacing w:after="0"/>
            </w:pPr>
          </w:p>
        </w:tc>
      </w:tr>
      <w:tr w:rsidR="00CB2264" w14:paraId="5BAF1FAA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C1B152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사번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BC823D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DD2F3D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소속 부서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69D8CE" w14:textId="77777777" w:rsidR="00CB2264" w:rsidRDefault="00CB2264">
            <w:pPr>
              <w:spacing w:after="0"/>
            </w:pPr>
          </w:p>
        </w:tc>
      </w:tr>
    </w:tbl>
    <w:p w14:paraId="685EABE0" w14:textId="77777777" w:rsidR="00CB2264" w:rsidRDefault="00000000">
      <w:pPr>
        <w:spacing w:before="120" w:after="60"/>
      </w:pPr>
      <w:r>
        <w:rPr>
          <w:b/>
          <w:color w:val="171717"/>
        </w:rPr>
        <w:t>2. 재직 및 퇴직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231"/>
        <w:gridCol w:w="1587"/>
        <w:gridCol w:w="3231"/>
      </w:tblGrid>
      <w:tr w:rsidR="00CB2264" w14:paraId="79F5F613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F49887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입사일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8C38F3" w14:textId="77777777" w:rsidR="00CB2264" w:rsidRDefault="00000000">
            <w:pPr>
              <w:spacing w:after="0"/>
            </w:pPr>
            <w:r>
              <w:rPr>
                <w:color w:val="30343A"/>
                <w:sz w:val="16"/>
              </w:rPr>
              <w:t>20   년   월   일</w:t>
            </w: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71AE2D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퇴직일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33BD67" w14:textId="77777777" w:rsidR="00CB2264" w:rsidRDefault="00000000">
            <w:pPr>
              <w:spacing w:after="0"/>
            </w:pPr>
            <w:r>
              <w:rPr>
                <w:color w:val="30343A"/>
                <w:sz w:val="16"/>
              </w:rPr>
              <w:t>20   년   월   일</w:t>
            </w:r>
          </w:p>
        </w:tc>
      </w:tr>
      <w:tr w:rsidR="00CB2264" w14:paraId="2CC3C26E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EE390D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최종 부서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0F9532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DB612D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최종 직위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2BD62A" w14:textId="77777777" w:rsidR="00CB2264" w:rsidRDefault="00CB2264">
            <w:pPr>
              <w:spacing w:after="0"/>
            </w:pPr>
          </w:p>
        </w:tc>
      </w:tr>
      <w:tr w:rsidR="00CB2264" w14:paraId="76D22CC3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06C024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담당 업무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060690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3681EC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재직 기간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23431B" w14:textId="77777777" w:rsidR="00CB2264" w:rsidRDefault="00CB2264">
            <w:pPr>
              <w:spacing w:after="0"/>
            </w:pPr>
          </w:p>
        </w:tc>
      </w:tr>
      <w:tr w:rsidR="00CB2264" w14:paraId="218BBBE5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0C1964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퇴직 구분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37088B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4F6FAB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비고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7BF5A7" w14:textId="77777777" w:rsidR="00CB2264" w:rsidRDefault="00CB2264">
            <w:pPr>
              <w:spacing w:after="0"/>
            </w:pPr>
          </w:p>
        </w:tc>
      </w:tr>
    </w:tbl>
    <w:p w14:paraId="08B40AD3" w14:textId="77777777" w:rsidR="00CB2264" w:rsidRDefault="00000000">
      <w:pPr>
        <w:spacing w:before="120" w:after="60"/>
      </w:pPr>
      <w:r>
        <w:rPr>
          <w:b/>
          <w:color w:val="171717"/>
        </w:rPr>
        <w:t>3. 증명 내용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7880"/>
      </w:tblGrid>
      <w:tr w:rsidR="00CB2264" w14:paraId="6D1C64BE" w14:textId="77777777">
        <w:trPr>
          <w:trHeight w:val="510"/>
          <w:jc w:val="center"/>
        </w:trPr>
        <w:tc>
          <w:tcPr>
            <w:tcW w:w="175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0FF0D4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증명 내용</w:t>
            </w:r>
          </w:p>
        </w:tc>
        <w:tc>
          <w:tcPr>
            <w:tcW w:w="7880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96ED5A" w14:textId="77777777" w:rsidR="00CB2264" w:rsidRDefault="00000000">
            <w:pPr>
              <w:spacing w:after="0"/>
              <w:rPr>
                <w:lang w:eastAsia="ko-KR"/>
              </w:rPr>
            </w:pPr>
            <w:r>
              <w:rPr>
                <w:color w:val="30343A"/>
                <w:sz w:val="16"/>
                <w:lang w:eastAsia="ko-KR"/>
              </w:rPr>
              <w:t>위 사람의 근무 및 퇴직 사실을 회사 기록에 따라 확인합니다.</w:t>
            </w:r>
          </w:p>
        </w:tc>
      </w:tr>
      <w:tr w:rsidR="00CB2264" w14:paraId="2DE213E5" w14:textId="77777777">
        <w:trPr>
          <w:trHeight w:val="442"/>
          <w:jc w:val="center"/>
        </w:trPr>
        <w:tc>
          <w:tcPr>
            <w:tcW w:w="175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51BF10" w14:textId="77777777" w:rsidR="00CB2264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7384B"/>
                <w:sz w:val="16"/>
              </w:rPr>
              <w:t>사용</w:t>
            </w:r>
            <w:proofErr w:type="spellEnd"/>
            <w:r>
              <w:rPr>
                <w:b/>
                <w:color w:val="27384B"/>
                <w:sz w:val="16"/>
              </w:rPr>
              <w:t xml:space="preserve"> </w:t>
            </w:r>
            <w:proofErr w:type="spellStart"/>
            <w:r>
              <w:rPr>
                <w:b/>
                <w:color w:val="27384B"/>
                <w:sz w:val="16"/>
              </w:rPr>
              <w:t>목적</w:t>
            </w:r>
            <w:proofErr w:type="spellEnd"/>
          </w:p>
        </w:tc>
        <w:tc>
          <w:tcPr>
            <w:tcW w:w="7880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1BB455" w14:textId="77777777" w:rsidR="00CB2264" w:rsidRDefault="00CB2264">
            <w:pPr>
              <w:spacing w:after="0"/>
            </w:pPr>
          </w:p>
        </w:tc>
      </w:tr>
    </w:tbl>
    <w:p w14:paraId="55220B10" w14:textId="77777777" w:rsidR="00CB2264" w:rsidRDefault="00000000">
      <w:pPr>
        <w:spacing w:before="120" w:after="60"/>
      </w:pPr>
      <w:r>
        <w:rPr>
          <w:b/>
          <w:color w:val="171717"/>
        </w:rPr>
        <w:t>4. 발급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231"/>
        <w:gridCol w:w="1587"/>
        <w:gridCol w:w="3231"/>
      </w:tblGrid>
      <w:tr w:rsidR="00CB2264" w14:paraId="2F6E381D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0F3A9C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발급일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482552" w14:textId="77777777" w:rsidR="00CB2264" w:rsidRDefault="00000000">
            <w:pPr>
              <w:spacing w:after="0"/>
            </w:pPr>
            <w:r>
              <w:rPr>
                <w:color w:val="30343A"/>
                <w:sz w:val="16"/>
              </w:rPr>
              <w:t>20   년   월   일</w:t>
            </w: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CCB2E7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발급번호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F801E9" w14:textId="77777777" w:rsidR="00CB2264" w:rsidRDefault="00CB2264">
            <w:pPr>
              <w:spacing w:after="0"/>
            </w:pPr>
          </w:p>
        </w:tc>
      </w:tr>
      <w:tr w:rsidR="00CB2264" w14:paraId="5473C9EA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6B7CBD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회사명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9D2E15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FDCA27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대표자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40EA93" w14:textId="77777777" w:rsidR="00CB2264" w:rsidRDefault="00CB2264">
            <w:pPr>
              <w:spacing w:after="0"/>
            </w:pPr>
          </w:p>
        </w:tc>
      </w:tr>
      <w:tr w:rsidR="00CB2264" w14:paraId="30ECF0EB" w14:textId="77777777">
        <w:trPr>
          <w:trHeight w:val="386"/>
          <w:jc w:val="center"/>
        </w:trPr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15FEE7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사업장 주소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E0EF82" w14:textId="77777777" w:rsidR="00CB2264" w:rsidRDefault="00CB2264">
            <w:pPr>
              <w:spacing w:after="0"/>
            </w:pPr>
          </w:p>
        </w:tc>
        <w:tc>
          <w:tcPr>
            <w:tcW w:w="1587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513759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연락처</w:t>
            </w:r>
          </w:p>
        </w:tc>
        <w:tc>
          <w:tcPr>
            <w:tcW w:w="323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C54B77" w14:textId="77777777" w:rsidR="00CB2264" w:rsidRDefault="00CB2264">
            <w:pPr>
              <w:spacing w:after="0"/>
            </w:pPr>
          </w:p>
        </w:tc>
      </w:tr>
    </w:tbl>
    <w:p w14:paraId="0CE3354D" w14:textId="77777777" w:rsidR="00CB2264" w:rsidRDefault="00000000">
      <w:pPr>
        <w:spacing w:before="120" w:after="60"/>
      </w:pPr>
      <w:r>
        <w:rPr>
          <w:b/>
          <w:color w:val="171717"/>
        </w:rPr>
        <w:t>5. 발급 확인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4989"/>
        <w:gridCol w:w="2778"/>
      </w:tblGrid>
      <w:tr w:rsidR="00CB2264" w14:paraId="48F38230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807ADB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발급 담당자</w:t>
            </w:r>
          </w:p>
        </w:tc>
        <w:tc>
          <w:tcPr>
            <w:tcW w:w="4989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F5D9A7" w14:textId="77777777" w:rsidR="00CB2264" w:rsidRDefault="00CB2264">
            <w:pPr>
              <w:spacing w:after="0"/>
            </w:pPr>
          </w:p>
        </w:tc>
        <w:tc>
          <w:tcPr>
            <w:tcW w:w="2778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ABE16A" w14:textId="77777777" w:rsidR="00CB2264" w:rsidRDefault="00000000">
            <w:pPr>
              <w:spacing w:after="0"/>
              <w:jc w:val="center"/>
            </w:pPr>
            <w:r>
              <w:rPr>
                <w:color w:val="333333"/>
                <w:sz w:val="16"/>
              </w:rPr>
              <w:t>(서명 또는 인)</w:t>
            </w:r>
          </w:p>
        </w:tc>
      </w:tr>
      <w:tr w:rsidR="00CB2264" w14:paraId="62B0750C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E8EE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D64DBE" w14:textId="77777777" w:rsidR="00CB2264" w:rsidRDefault="00000000">
            <w:pPr>
              <w:spacing w:after="0"/>
              <w:jc w:val="center"/>
            </w:pPr>
            <w:r>
              <w:rPr>
                <w:b/>
                <w:color w:val="27384B"/>
                <w:sz w:val="16"/>
              </w:rPr>
              <w:t>회사 확인</w:t>
            </w:r>
          </w:p>
        </w:tc>
        <w:tc>
          <w:tcPr>
            <w:tcW w:w="4989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7157D9" w14:textId="77777777" w:rsidR="00CB2264" w:rsidRDefault="00CB2264">
            <w:pPr>
              <w:spacing w:after="0"/>
            </w:pPr>
          </w:p>
        </w:tc>
        <w:tc>
          <w:tcPr>
            <w:tcW w:w="2778" w:type="dxa"/>
            <w:tcBorders>
              <w:top w:val="single" w:sz="4" w:space="0" w:color="AEBBCB"/>
              <w:left w:val="single" w:sz="4" w:space="0" w:color="AEBBCB"/>
              <w:bottom w:val="single" w:sz="4" w:space="0" w:color="AEBBCB"/>
              <w:right w:val="single" w:sz="4" w:space="0" w:color="AEBBCB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441A44" w14:textId="77777777" w:rsidR="00CB2264" w:rsidRDefault="00000000">
            <w:pPr>
              <w:spacing w:after="0"/>
              <w:jc w:val="center"/>
            </w:pPr>
            <w:r>
              <w:rPr>
                <w:color w:val="333333"/>
                <w:sz w:val="16"/>
              </w:rPr>
              <w:t>(직인 또는 서명)</w:t>
            </w:r>
          </w:p>
        </w:tc>
      </w:tr>
    </w:tbl>
    <w:p w14:paraId="26873F1A" w14:textId="77777777" w:rsidR="00CB2264" w:rsidRDefault="00000000" w:rsidP="00FF1842">
      <w:pPr>
        <w:pBdr>
          <w:top w:val="single" w:sz="4" w:space="4" w:color="B9C4D0"/>
          <w:left w:val="single" w:sz="4" w:space="4" w:color="B9C4D0"/>
          <w:bottom w:val="single" w:sz="4" w:space="4" w:color="B9C4D0"/>
          <w:right w:val="single" w:sz="4" w:space="0" w:color="B9C4D0"/>
        </w:pBdr>
        <w:shd w:val="clear" w:color="auto" w:fill="F7F8FA"/>
        <w:spacing w:before="240" w:after="0"/>
        <w:ind w:left="60" w:right="60"/>
        <w:rPr>
          <w:lang w:eastAsia="ko-KR"/>
        </w:rPr>
      </w:pPr>
      <w:r>
        <w:rPr>
          <w:color w:val="333333"/>
          <w:sz w:val="13"/>
          <w:lang w:eastAsia="ko-KR"/>
        </w:rPr>
        <w:t xml:space="preserve">※ 사용 전 확인: 본 서식은 퇴직 사실과 재직 관련 정보를 확인하기 위한 일반 참고용 서식입니다. 제출기관이나 사용 목적에 따라 지정 서식, 필수 기재사항 또는 추가 서류를 요구할 수 있으므로 제출 전 해당 기관의 최신 안내사항을 확인하세요. 작성 내용은 회사의 인사기록 등 확인 가능한 자료를 기준으로 작성하고, 발급 시에는 실제 </w:t>
      </w:r>
      <w:proofErr w:type="spellStart"/>
      <w:r>
        <w:rPr>
          <w:color w:val="333333"/>
          <w:sz w:val="13"/>
          <w:lang w:eastAsia="ko-KR"/>
        </w:rPr>
        <w:t>요청받은</w:t>
      </w:r>
      <w:proofErr w:type="spellEnd"/>
      <w:r>
        <w:rPr>
          <w:color w:val="333333"/>
          <w:sz w:val="13"/>
          <w:lang w:eastAsia="ko-KR"/>
        </w:rPr>
        <w:t xml:space="preserve"> 확인 항목을 중심으로 기재하세요.</w:t>
      </w:r>
    </w:p>
    <w:sectPr w:rsidR="00CB2264" w:rsidSect="00034616">
      <w:pgSz w:w="11906" w:h="16838"/>
      <w:pgMar w:top="652" w:right="822" w:bottom="567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7835988">
    <w:abstractNumId w:val="8"/>
  </w:num>
  <w:num w:numId="2" w16cid:durableId="1306811336">
    <w:abstractNumId w:val="6"/>
  </w:num>
  <w:num w:numId="3" w16cid:durableId="1651011800">
    <w:abstractNumId w:val="5"/>
  </w:num>
  <w:num w:numId="4" w16cid:durableId="1102340578">
    <w:abstractNumId w:val="4"/>
  </w:num>
  <w:num w:numId="5" w16cid:durableId="964388900">
    <w:abstractNumId w:val="7"/>
  </w:num>
  <w:num w:numId="6" w16cid:durableId="24139337">
    <w:abstractNumId w:val="3"/>
  </w:num>
  <w:num w:numId="7" w16cid:durableId="1617567391">
    <w:abstractNumId w:val="2"/>
  </w:num>
  <w:num w:numId="8" w16cid:durableId="1908221517">
    <w:abstractNumId w:val="1"/>
  </w:num>
  <w:num w:numId="9" w16cid:durableId="7576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64C25"/>
    <w:rsid w:val="00AA1D8D"/>
    <w:rsid w:val="00B47730"/>
    <w:rsid w:val="00CB0664"/>
    <w:rsid w:val="00CB2264"/>
    <w:rsid w:val="00FC693F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D330A"/>
  <w14:defaultImageDpi w14:val="300"/>
  <w15:docId w15:val="{CE409D1B-53DB-4D0A-B04E-EDF3C995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2026-08-18T11:50:00Z</dcterms:modified>
  <cp:category/>
</cp:coreProperties>
</file>