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31D1" w14:textId="77777777" w:rsidR="00C240C5" w:rsidRDefault="00C240C5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34533E" w14:paraId="70AA98F4" w14:textId="77777777">
        <w:trPr>
          <w:jc w:val="center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A0BC" w14:textId="77777777" w:rsidR="0034533E" w:rsidRDefault="00000000">
            <w:r>
              <w:rPr>
                <w:rFonts w:ascii="Arial" w:hAnsi="Arial"/>
                <w:b/>
                <w:color w:val="2F66B3"/>
                <w:sz w:val="17"/>
              </w:rPr>
              <w:t>RETIREMENT PAYMENT CONFIRMATION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2948" w14:textId="77777777" w:rsidR="0034533E" w:rsidRDefault="00000000">
            <w:pPr>
              <w:jc w:val="right"/>
            </w:pPr>
            <w:r>
              <w:rPr>
                <w:b/>
                <w:color w:val="1F2937"/>
                <w:sz w:val="48"/>
              </w:rPr>
              <w:t>퇴직금 지급확인서</w:t>
            </w:r>
          </w:p>
        </w:tc>
      </w:tr>
    </w:tbl>
    <w:p w14:paraId="5BBAB4C3" w14:textId="77777777" w:rsidR="0034533E" w:rsidRDefault="00000000">
      <w:pPr>
        <w:spacing w:before="40" w:after="100"/>
        <w:rPr>
          <w:lang w:eastAsia="ko-KR"/>
        </w:rPr>
      </w:pPr>
      <w:r>
        <w:rPr>
          <w:color w:val="1F2937"/>
          <w:lang w:eastAsia="ko-KR"/>
        </w:rPr>
        <w:t>퇴직금 지급 내역과 수령 사실을 확인하기 위한 서식</w:t>
      </w:r>
    </w:p>
    <w:p w14:paraId="24B57AE0" w14:textId="77777777" w:rsidR="0034533E" w:rsidRDefault="00000000">
      <w:pPr>
        <w:spacing w:after="140"/>
        <w:rPr>
          <w:lang w:eastAsia="ko-KR"/>
        </w:rPr>
      </w:pPr>
      <w:r>
        <w:rPr>
          <w:color w:val="6B7280"/>
          <w:sz w:val="16"/>
          <w:lang w:eastAsia="ko-KR"/>
        </w:rPr>
        <w:t>문서번호  [                    ]       작성일  [       년     월     일]</w:t>
      </w:r>
    </w:p>
    <w:p w14:paraId="6137BBA4" w14:textId="77777777" w:rsidR="0034533E" w:rsidRDefault="00000000">
      <w:pPr>
        <w:spacing w:before="40" w:after="60"/>
      </w:pPr>
      <w:r>
        <w:rPr>
          <w:b/>
          <w:color w:val="2F66B3"/>
          <w:sz w:val="21"/>
        </w:rPr>
        <w:t>01  사업장 정보</w:t>
      </w:r>
    </w:p>
    <w:tbl>
      <w:tblPr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1945"/>
        <w:gridCol w:w="3203"/>
        <w:gridCol w:w="1945"/>
        <w:gridCol w:w="3203"/>
      </w:tblGrid>
      <w:tr w:rsidR="0034533E" w14:paraId="6EE907E3" w14:textId="77777777">
        <w:trPr>
          <w:trHeight w:val="43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265B5F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사업장명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8C085C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[사업장명 입력]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29516B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사업자등록번호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253EDA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[사업자등록번호 입력]</w:t>
            </w:r>
          </w:p>
        </w:tc>
      </w:tr>
      <w:tr w:rsidR="0034533E" w14:paraId="05D33829" w14:textId="77777777">
        <w:trPr>
          <w:trHeight w:val="43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E06F5F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소재지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1D7C88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[사업장 소재지 입력]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3F5257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담당자 / 연락처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467A6C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[담당자명 / 연락처 입력]</w:t>
            </w:r>
          </w:p>
        </w:tc>
      </w:tr>
    </w:tbl>
    <w:p w14:paraId="131E35D8" w14:textId="77777777" w:rsidR="0034533E" w:rsidRDefault="00000000">
      <w:pPr>
        <w:spacing w:before="140" w:after="60"/>
      </w:pPr>
      <w:r>
        <w:rPr>
          <w:b/>
          <w:color w:val="2F66B3"/>
          <w:sz w:val="21"/>
        </w:rPr>
        <w:t>02  지급 대상자 및 근무 정보</w:t>
      </w:r>
    </w:p>
    <w:tbl>
      <w:tblPr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1945"/>
        <w:gridCol w:w="3203"/>
        <w:gridCol w:w="1945"/>
        <w:gridCol w:w="3203"/>
      </w:tblGrid>
      <w:tr w:rsidR="0034533E" w14:paraId="608F951F" w14:textId="77777777">
        <w:trPr>
          <w:trHeight w:val="43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0454BF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성명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33DC7C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[성명 입력]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9E4443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사번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AD6F31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[사번 입력]</w:t>
            </w:r>
          </w:p>
        </w:tc>
      </w:tr>
      <w:tr w:rsidR="0034533E" w14:paraId="19421A25" w14:textId="77777777">
        <w:trPr>
          <w:trHeight w:val="43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58BCCB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부서 / 직위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4FC597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[부서 / 직위 입력]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5BDF7D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생년월일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9989A4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[생년월일 입력]</w:t>
            </w:r>
          </w:p>
        </w:tc>
      </w:tr>
      <w:tr w:rsidR="0034533E" w14:paraId="2AF88874" w14:textId="77777777">
        <w:trPr>
          <w:trHeight w:val="43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F1AE73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입사일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BE1D50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       년     월     일]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774DFE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퇴사일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F7F181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       년     월     일]</w:t>
            </w:r>
          </w:p>
        </w:tc>
      </w:tr>
    </w:tbl>
    <w:p w14:paraId="1B979286" w14:textId="77777777" w:rsidR="0034533E" w:rsidRDefault="00000000">
      <w:pPr>
        <w:spacing w:before="140" w:after="60"/>
      </w:pPr>
      <w:r>
        <w:rPr>
          <w:b/>
          <w:color w:val="2F66B3"/>
          <w:sz w:val="21"/>
        </w:rPr>
        <w:t>03  퇴직금 지급 내역</w:t>
      </w:r>
    </w:p>
    <w:tbl>
      <w:tblPr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1945"/>
        <w:gridCol w:w="3203"/>
        <w:gridCol w:w="1945"/>
        <w:gridCol w:w="3203"/>
      </w:tblGrid>
      <w:tr w:rsidR="0034533E" w14:paraId="0FB2332E" w14:textId="77777777">
        <w:trPr>
          <w:trHeight w:val="44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DCE3FE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재직기간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33B6C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      년      월      일]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AB8842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퇴직 사유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9726A4" w14:textId="77777777" w:rsidR="0034533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1F2937"/>
                <w:sz w:val="17"/>
                <w:lang w:eastAsia="ko-KR"/>
              </w:rPr>
              <w:t>[권고사직 / 자진퇴사 / 계약만료 / 기타]</w:t>
            </w:r>
          </w:p>
        </w:tc>
      </w:tr>
      <w:tr w:rsidR="0034533E" w14:paraId="3AC8CB6E" w14:textId="77777777">
        <w:trPr>
          <w:trHeight w:val="44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6217C5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지급금액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36B2EA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금 [                              ] 원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7A8662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지급일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825376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[       년     월     일]</w:t>
            </w:r>
          </w:p>
        </w:tc>
      </w:tr>
      <w:tr w:rsidR="0034533E" w14:paraId="36A31653" w14:textId="77777777">
        <w:trPr>
          <w:trHeight w:val="44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3114A6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지급방법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F20E68" w14:textId="77777777" w:rsidR="0034533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1F2937"/>
                <w:sz w:val="17"/>
                <w:lang w:eastAsia="ko-KR"/>
              </w:rPr>
              <w:t>□ 계좌이체    □ 현금    □ 기타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1F670D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입금 계좌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C12B33" w14:textId="77777777" w:rsidR="0034533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1F2937"/>
                <w:sz w:val="17"/>
                <w:lang w:eastAsia="ko-KR"/>
              </w:rPr>
              <w:t>[은행명 / 계좌번호 또는 계좌 끝 4자리]</w:t>
            </w:r>
          </w:p>
        </w:tc>
      </w:tr>
      <w:tr w:rsidR="0034533E" w14:paraId="7A469BD2" w14:textId="77777777">
        <w:trPr>
          <w:trHeight w:val="44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9C3CFB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산정 기준 / 비고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DC1FF4" w14:textId="77777777" w:rsidR="0034533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1F2937"/>
                <w:sz w:val="17"/>
                <w:lang w:eastAsia="ko-KR"/>
              </w:rPr>
              <w:t>[산정 기준, 공제 내역 또는 기타 특이사항 입력]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C2CB60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증빙 첨부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0105C2" w14:textId="77777777" w:rsidR="0034533E" w:rsidRDefault="00000000">
            <w:pPr>
              <w:spacing w:after="0" w:line="240" w:lineRule="auto"/>
            </w:pPr>
            <w:r>
              <w:rPr>
                <w:color w:val="1F2937"/>
                <w:sz w:val="17"/>
              </w:rPr>
              <w:t>□ 있음    □ 없음</w:t>
            </w:r>
          </w:p>
        </w:tc>
      </w:tr>
    </w:tbl>
    <w:p w14:paraId="01D4B7E9" w14:textId="77777777" w:rsidR="0034533E" w:rsidRDefault="00000000">
      <w:pPr>
        <w:spacing w:before="140" w:after="60"/>
      </w:pPr>
      <w:r>
        <w:rPr>
          <w:b/>
          <w:color w:val="2F66B3"/>
          <w:sz w:val="21"/>
        </w:rPr>
        <w:t>04  지급 및 수령 확인</w:t>
      </w:r>
    </w:p>
    <w:tbl>
      <w:tblPr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10296"/>
      </w:tblGrid>
      <w:tr w:rsidR="0034533E" w14:paraId="10FC0B6C" w14:textId="77777777">
        <w:trPr>
          <w:trHeight w:val="820"/>
          <w:jc w:val="center"/>
        </w:trPr>
        <w:tc>
          <w:tcPr>
            <w:tcW w:w="1020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140" w:type="dxa"/>
              <w:left w:w="130" w:type="dxa"/>
              <w:bottom w:w="140" w:type="dxa"/>
              <w:right w:w="130" w:type="dxa"/>
            </w:tcMar>
            <w:vAlign w:val="center"/>
          </w:tcPr>
          <w:p w14:paraId="58A0196B" w14:textId="77777777" w:rsidR="0034533E" w:rsidRDefault="00000000">
            <w:pPr>
              <w:spacing w:after="0"/>
              <w:rPr>
                <w:lang w:eastAsia="ko-KR"/>
              </w:rPr>
            </w:pPr>
            <w:r>
              <w:rPr>
                <w:color w:val="1F2937"/>
                <w:sz w:val="16"/>
                <w:lang w:eastAsia="ko-KR"/>
              </w:rPr>
              <w:t>본인은 위 기재 내용에 따라 퇴직금이 지급되었음을 확인합니다. 본 확인서는 퇴직금 지급 사실을 기록하기 위한 용도이며, 별도의 권리 포기 또는 정산 합의 내용을 포함하지 않습니다.</w:t>
            </w:r>
          </w:p>
        </w:tc>
      </w:tr>
    </w:tbl>
    <w:p w14:paraId="304EE7C8" w14:textId="77777777" w:rsidR="0034533E" w:rsidRDefault="00000000">
      <w:pPr>
        <w:spacing w:before="140" w:after="80"/>
        <w:jc w:val="center"/>
      </w:pPr>
      <w:r>
        <w:rPr>
          <w:color w:val="1F2937"/>
        </w:rPr>
        <w:t>[       년     월     일]</w:t>
      </w:r>
    </w:p>
    <w:tbl>
      <w:tblPr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1945"/>
        <w:gridCol w:w="3203"/>
        <w:gridCol w:w="1945"/>
        <w:gridCol w:w="3203"/>
      </w:tblGrid>
      <w:tr w:rsidR="0034533E" w14:paraId="0C33BDEC" w14:textId="77777777">
        <w:trPr>
          <w:trHeight w:val="47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1EAA50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수령인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78A3EA" w14:textId="77777777" w:rsidR="0034533E" w:rsidRDefault="00000000">
            <w:pPr>
              <w:spacing w:after="0" w:line="240" w:lineRule="auto"/>
              <w:jc w:val="center"/>
            </w:pPr>
            <w:r>
              <w:rPr>
                <w:color w:val="1F2937"/>
                <w:sz w:val="17"/>
              </w:rPr>
              <w:t>[성명]  (서명 또는 인)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353495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확인자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2EF32D" w14:textId="77777777" w:rsidR="0034533E" w:rsidRDefault="00000000">
            <w:pPr>
              <w:spacing w:after="0" w:line="240" w:lineRule="auto"/>
              <w:jc w:val="center"/>
              <w:rPr>
                <w:lang w:eastAsia="ko-KR"/>
              </w:rPr>
            </w:pPr>
            <w:r>
              <w:rPr>
                <w:color w:val="1F2937"/>
                <w:sz w:val="17"/>
                <w:lang w:eastAsia="ko-KR"/>
              </w:rPr>
              <w:t>[담당자 성명]  (서명 또는 인)</w:t>
            </w:r>
          </w:p>
        </w:tc>
      </w:tr>
      <w:tr w:rsidR="0034533E" w14:paraId="128CC9FC" w14:textId="77777777">
        <w:trPr>
          <w:trHeight w:val="470"/>
          <w:jc w:val="center"/>
        </w:trPr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09BF88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회사명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05921B" w14:textId="77777777" w:rsidR="0034533E" w:rsidRDefault="00000000">
            <w:pPr>
              <w:spacing w:after="0" w:line="240" w:lineRule="auto"/>
              <w:jc w:val="center"/>
            </w:pPr>
            <w:r>
              <w:rPr>
                <w:color w:val="1F2937"/>
                <w:sz w:val="17"/>
              </w:rPr>
              <w:t>[회사명 입력]</w:t>
            </w:r>
          </w:p>
        </w:tc>
        <w:tc>
          <w:tcPr>
            <w:tcW w:w="1928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DCE7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C2FD83" w14:textId="77777777" w:rsidR="0034533E" w:rsidRDefault="00000000">
            <w:pPr>
              <w:spacing w:after="0" w:line="240" w:lineRule="auto"/>
              <w:jc w:val="center"/>
            </w:pPr>
            <w:r>
              <w:rPr>
                <w:b/>
                <w:color w:val="1F2937"/>
                <w:sz w:val="17"/>
              </w:rPr>
              <w:t>대표자</w:t>
            </w:r>
          </w:p>
        </w:tc>
        <w:tc>
          <w:tcPr>
            <w:tcW w:w="3175" w:type="dxa"/>
            <w:tcBorders>
              <w:top w:val="single" w:sz="5" w:space="0" w:color="AEBFD2"/>
              <w:left w:val="single" w:sz="5" w:space="0" w:color="AEBFD2"/>
              <w:bottom w:val="single" w:sz="5" w:space="0" w:color="AEBFD2"/>
              <w:right w:val="single" w:sz="5" w:space="0" w:color="AEBFD2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844D0C" w14:textId="77777777" w:rsidR="0034533E" w:rsidRDefault="00000000">
            <w:pPr>
              <w:spacing w:after="0" w:line="240" w:lineRule="auto"/>
              <w:jc w:val="center"/>
            </w:pPr>
            <w:r>
              <w:rPr>
                <w:color w:val="1F2937"/>
                <w:sz w:val="17"/>
              </w:rPr>
              <w:t>[대표자 성명]  (직인)</w:t>
            </w:r>
          </w:p>
        </w:tc>
      </w:tr>
    </w:tbl>
    <w:p w14:paraId="3E2D8F81" w14:textId="77777777" w:rsidR="00CA608C" w:rsidRDefault="00CA608C"/>
    <w:sectPr w:rsidR="00CA608C" w:rsidSect="00034616">
      <w:pgSz w:w="11906" w:h="16838"/>
      <w:pgMar w:top="964" w:right="907" w:bottom="964" w:left="90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7625015">
    <w:abstractNumId w:val="8"/>
  </w:num>
  <w:num w:numId="2" w16cid:durableId="105275492">
    <w:abstractNumId w:val="6"/>
  </w:num>
  <w:num w:numId="3" w16cid:durableId="1135106351">
    <w:abstractNumId w:val="5"/>
  </w:num>
  <w:num w:numId="4" w16cid:durableId="1582762322">
    <w:abstractNumId w:val="4"/>
  </w:num>
  <w:num w:numId="5" w16cid:durableId="646786885">
    <w:abstractNumId w:val="7"/>
  </w:num>
  <w:num w:numId="6" w16cid:durableId="464468806">
    <w:abstractNumId w:val="3"/>
  </w:num>
  <w:num w:numId="7" w16cid:durableId="2090273760">
    <w:abstractNumId w:val="2"/>
  </w:num>
  <w:num w:numId="8" w16cid:durableId="58524854">
    <w:abstractNumId w:val="1"/>
  </w:num>
  <w:num w:numId="9" w16cid:durableId="914631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533E"/>
    <w:rsid w:val="00AA1D8D"/>
    <w:rsid w:val="00B47730"/>
    <w:rsid w:val="00BC39E1"/>
    <w:rsid w:val="00C240C5"/>
    <w:rsid w:val="00CA608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7A9567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퇴직금 지급확인서 서식</dc:title>
  <dc:subject>퇴직금 지급확인서</dc:subject>
  <dc:creator>Manus AI</dc:creator>
  <cp:keywords/>
  <dc:description>퇴직금 지급 내역 및 수령 확인을 기록하기 위한 편집 가능한 서식</dc:description>
  <cp:lastModifiedBy>jihye hong</cp:lastModifiedBy>
  <cp:revision>2</cp:revision>
  <dcterms:created xsi:type="dcterms:W3CDTF">2013-12-23T23:15:00Z</dcterms:created>
  <dcterms:modified xsi:type="dcterms:W3CDTF">2026-08-21T08:47:00Z</dcterms:modified>
  <cp:category/>
</cp:coreProperties>
</file>