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  <w:jc w:val="center"/>
      </w:pPr>
      <w:r>
        <w:rPr>
          <w:rFonts w:ascii="맑은 고딕" w:hAnsi="맑은 고딕" w:eastAsia="맑은 고딕"/>
          <w:b/>
          <w:i w:val="0"/>
          <w:color w:val="17365D"/>
          <w:sz w:val="42"/>
        </w:rPr>
        <w:t>퇴 직 금 지 급 확 인 서</w:t>
      </w:r>
    </w:p>
    <w:p>
      <w:pPr>
        <w:spacing w:before="0" w:after="40"/>
      </w:pPr>
      <w:r>
        <w:rPr>
          <w:rFonts w:ascii="맑은 고딕" w:hAnsi="맑은 고딕" w:eastAsia="맑은 고딕"/>
          <w:b w:val="0"/>
          <w:i w:val="0"/>
          <w:color w:val="667085"/>
          <w:sz w:val="16"/>
        </w:rPr>
        <w:t>문서번호  [                    ]       작성일  [       년     월     일]</w:t>
      </w:r>
    </w:p>
    <w:p>
      <w:pPr>
        <w:spacing w:before="160" w:after="60"/>
        <w:pBdr>
          <w:bottom w:val="single" w:sz="10" w:space="3" w:color="2F75B5"/>
        </w:pBdr>
      </w:pPr>
      <w:r>
        <w:rPr>
          <w:rFonts w:ascii="맑은 고딕" w:hAnsi="맑은 고딕" w:eastAsia="맑은 고딕"/>
          <w:b/>
          <w:i w:val="0"/>
          <w:color w:val="17365D"/>
          <w:sz w:val="20"/>
        </w:rPr>
        <w:t>1. 사업장 정보</w:t>
      </w:r>
    </w:p>
    <w:tbl>
      <w:tblPr>
        <w:tblW w:type="dxa" w:w="10296"/>
        <w:jc w:val="left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3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사업장명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[사업장명 입력]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사업자등록번호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[사업자등록번호 입력]</w:t>
            </w:r>
          </w:p>
        </w:tc>
      </w:tr>
      <w:tr>
        <w:trPr>
          <w:trHeight w:val="43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소재지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[사업장 소재지 입력]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담당자 / 연락처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[담당자명 / 연락처 입력]</w:t>
            </w:r>
          </w:p>
        </w:tc>
      </w:tr>
    </w:tbl>
    <w:p>
      <w:pPr>
        <w:spacing w:before="160" w:after="60"/>
        <w:pBdr>
          <w:bottom w:val="single" w:sz="10" w:space="3" w:color="2F75B5"/>
        </w:pBdr>
      </w:pPr>
      <w:r>
        <w:rPr>
          <w:rFonts w:ascii="맑은 고딕" w:hAnsi="맑은 고딕" w:eastAsia="맑은 고딕"/>
          <w:b/>
          <w:i w:val="0"/>
          <w:color w:val="17365D"/>
          <w:sz w:val="20"/>
        </w:rPr>
        <w:t>2. 지급 대상자 및 근무 정보</w:t>
      </w:r>
    </w:p>
    <w:tbl>
      <w:tblPr>
        <w:tblW w:type="dxa" w:w="10296"/>
        <w:jc w:val="left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3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성명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[성명 입력]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사번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[사번 입력]</w:t>
            </w:r>
          </w:p>
        </w:tc>
      </w:tr>
      <w:tr>
        <w:trPr>
          <w:trHeight w:val="43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부서 / 직위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[부서 / 직위 입력]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생년월일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[생년월일 입력]</w:t>
            </w:r>
          </w:p>
        </w:tc>
      </w:tr>
      <w:tr>
        <w:trPr>
          <w:trHeight w:val="43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입사일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       년     월     일]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퇴사일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       년     월     일]</w:t>
            </w:r>
          </w:p>
        </w:tc>
      </w:tr>
    </w:tbl>
    <w:p>
      <w:pPr>
        <w:spacing w:before="160" w:after="60"/>
        <w:pBdr>
          <w:bottom w:val="single" w:sz="10" w:space="3" w:color="2F75B5"/>
        </w:pBdr>
      </w:pPr>
      <w:r>
        <w:rPr>
          <w:rFonts w:ascii="맑은 고딕" w:hAnsi="맑은 고딕" w:eastAsia="맑은 고딕"/>
          <w:b/>
          <w:i w:val="0"/>
          <w:color w:val="17365D"/>
          <w:sz w:val="20"/>
        </w:rPr>
        <w:t>3. 퇴직금 지급 내역</w:t>
      </w:r>
    </w:p>
    <w:tbl>
      <w:tblPr>
        <w:tblW w:type="dxa" w:w="10296"/>
        <w:jc w:val="left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4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재직기간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      년      월      일]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퇴직 사유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[권고사직 / 자진퇴사 / 계약만료 / 기타]</w:t>
            </w:r>
          </w:p>
        </w:tc>
      </w:tr>
      <w:tr>
        <w:trPr>
          <w:trHeight w:val="44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지급금액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금 [                              ] 원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지급일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       년     월     일]</w:t>
            </w:r>
          </w:p>
        </w:tc>
      </w:tr>
      <w:tr>
        <w:trPr>
          <w:trHeight w:val="44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지급방법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7"/>
              </w:rPr>
              <w:t>□ 계좌이체    □ 현금    □ 기타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입금 계좌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[은행명 / 계좌번호 또는 계좌 끝 4자리]</w:t>
            </w:r>
          </w:p>
        </w:tc>
      </w:tr>
      <w:tr>
        <w:trPr>
          <w:trHeight w:val="440" w:hRule="atLeast"/>
        </w:trPr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산정 기준 / 비고</w:t>
            </w:r>
          </w:p>
        </w:tc>
        <w:tc>
          <w:tcPr>
            <w:tcW w:type="dxa" w:w="3240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7"/>
              </w:rPr>
              <w:t>[산정 기준, 공제 내역 또는 기타 특이사항 입력]</w:t>
            </w:r>
          </w:p>
        </w:tc>
        <w:tc>
          <w:tcPr>
            <w:tcW w:type="dxa" w:w="1584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증빙 첨부</w:t>
            </w:r>
          </w:p>
        </w:tc>
        <w:tc>
          <w:tcPr>
            <w:tcW w:type="dxa" w:w="388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□ 있음    □ 없음</w:t>
            </w:r>
          </w:p>
        </w:tc>
      </w:tr>
    </w:tbl>
    <w:p>
      <w:pPr>
        <w:spacing w:before="160" w:after="60"/>
        <w:pBdr>
          <w:bottom w:val="single" w:sz="10" w:space="3" w:color="2F75B5"/>
        </w:pBdr>
      </w:pPr>
      <w:r>
        <w:rPr>
          <w:rFonts w:ascii="맑은 고딕" w:hAnsi="맑은 고딕" w:eastAsia="맑은 고딕"/>
          <w:b/>
          <w:i w:val="0"/>
          <w:color w:val="17365D"/>
          <w:sz w:val="20"/>
        </w:rPr>
        <w:t>4. 지급 및 수령 확인</w:t>
      </w:r>
    </w:p>
    <w:tbl>
      <w:tblPr>
        <w:tblW w:type="dxa" w:w="10296"/>
        <w:jc w:val="left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rPr>
          <w:trHeight w:val="820" w:hRule="atLeast"/>
        </w:trPr>
        <w:tc>
          <w:tcPr>
            <w:tcW w:type="dxa" w:w="10296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본인은 위 기재 내용에 따라 퇴직금이 지급되었음을 확인합니다. 본 확인서는 퇴직금 지급 사실을 기록하기 위한 용도이며, 별도의 권리 포기 또는 정산 합의 내용을 포함하지 않습니다.</w:t>
            </w:r>
          </w:p>
        </w:tc>
      </w:tr>
    </w:tbl>
    <w:p>
      <w:pPr>
        <w:spacing w:before="200" w:after="80"/>
        <w:jc w:val="center"/>
      </w:pPr>
      <w:r>
        <w:rPr>
          <w:rFonts w:ascii="맑은 고딕" w:hAnsi="맑은 고딕" w:eastAsia="맑은 고딕"/>
          <w:b w:val="0"/>
          <w:i w:val="0"/>
          <w:color w:val="17365D"/>
          <w:sz w:val="20"/>
        </w:rPr>
        <w:t>[       년     월     일]</w:t>
      </w:r>
    </w:p>
    <w:tbl>
      <w:tblPr>
        <w:tblW w:type="dxa" w:w="10296"/>
        <w:jc w:val="left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70" w:hRule="atLeast"/>
        </w:trPr>
        <w:tc>
          <w:tcPr>
            <w:tcW w:type="dxa" w:w="1512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수령인</w:t>
            </w:r>
          </w:p>
        </w:tc>
        <w:tc>
          <w:tcPr>
            <w:tcW w:type="dxa" w:w="352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[성명]  (서명 또는 인)</w:t>
            </w:r>
          </w:p>
        </w:tc>
        <w:tc>
          <w:tcPr>
            <w:tcW w:type="dxa" w:w="1512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확인자</w:t>
            </w:r>
          </w:p>
        </w:tc>
        <w:tc>
          <w:tcPr>
            <w:tcW w:type="dxa" w:w="3744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[담당자 성명]  (서명 또는 인)</w:t>
            </w:r>
          </w:p>
        </w:tc>
      </w:tr>
      <w:tr>
        <w:trPr>
          <w:trHeight w:val="470" w:hRule="atLeast"/>
        </w:trPr>
        <w:tc>
          <w:tcPr>
            <w:tcW w:type="dxa" w:w="1512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회사명</w:t>
            </w:r>
          </w:p>
        </w:tc>
        <w:tc>
          <w:tcPr>
            <w:tcW w:type="dxa" w:w="3528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[회사명 입력]</w:t>
            </w:r>
          </w:p>
        </w:tc>
        <w:tc>
          <w:tcPr>
            <w:tcW w:type="dxa" w:w="1512"/>
            <w:shd w:fill="DCEAF7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17365D"/>
                <w:sz w:val="18"/>
              </w:rPr>
              <w:t>대표자</w:t>
            </w:r>
          </w:p>
        </w:tc>
        <w:tc>
          <w:tcPr>
            <w:tcW w:type="dxa" w:w="3744"/>
            <w:shd w:fill="FFFDF4"/>
            <w:tcMar>
              <w:top w:w="55" w:type="dxa"/>
              <w:start w:w="85" w:type="dxa"/>
              <w:bottom w:w="55" w:type="dxa"/>
              <w:end w:w="85" w:type="dxa"/>
            </w:tcMar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25354A"/>
                <w:sz w:val="18"/>
              </w:rPr>
              <w:t>[대표자 성명]  (직인)</w:t>
            </w:r>
          </w:p>
        </w:tc>
      </w:tr>
    </w:tbl>
    <w:sectPr w:rsidR="00FC693F" w:rsidRPr="0006063C" w:rsidSect="00034616">
      <w:pgSz w:w="11906" w:h="16838"/>
      <w:pgMar w:top="737" w:right="794" w:bottom="680" w:left="79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퇴직금 지급확인서 서식</dc:title>
  <dc:subject>퇴직금 지급확인서</dc:subject>
  <dc:creator>Manus AI</dc:creator>
  <cp:keywords/>
  <dc:description>퇴직금 지급 내역 및 수령 확인을 기록하기 위한 편집 가능한 서식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