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1FE7C" w14:textId="77777777" w:rsidR="00CE0DE7" w:rsidRDefault="00000000">
      <w:pPr>
        <w:spacing w:after="60"/>
        <w:jc w:val="center"/>
        <w:rPr>
          <w:lang w:eastAsia="ko-KR"/>
        </w:rPr>
      </w:pPr>
      <w:r>
        <w:rPr>
          <w:b/>
          <w:color w:val="17365D"/>
          <w:sz w:val="44"/>
          <w:lang w:eastAsia="ko-KR"/>
        </w:rPr>
        <w:t>출 장 신 청 서</w:t>
      </w:r>
    </w:p>
    <w:p w14:paraId="44DCCDD6" w14:textId="77777777" w:rsidR="00CE0DE7" w:rsidRDefault="00000000">
      <w:pPr>
        <w:spacing w:after="40"/>
        <w:rPr>
          <w:lang w:eastAsia="ko-KR"/>
        </w:rPr>
      </w:pPr>
      <w:proofErr w:type="gramStart"/>
      <w:r>
        <w:rPr>
          <w:color w:val="6D7782"/>
          <w:sz w:val="16"/>
          <w:lang w:eastAsia="ko-KR"/>
        </w:rPr>
        <w:t>문서번호  [</w:t>
      </w:r>
      <w:proofErr w:type="gramEnd"/>
      <w:r>
        <w:rPr>
          <w:color w:val="6D7782"/>
          <w:sz w:val="16"/>
          <w:lang w:eastAsia="ko-KR"/>
        </w:rPr>
        <w:t xml:space="preserve">                  </w:t>
      </w:r>
      <w:proofErr w:type="gramStart"/>
      <w:r>
        <w:rPr>
          <w:color w:val="6D7782"/>
          <w:sz w:val="16"/>
          <w:lang w:eastAsia="ko-KR"/>
        </w:rPr>
        <w:t xml:space="preserve">  ]</w:t>
      </w:r>
      <w:proofErr w:type="gramEnd"/>
      <w:r>
        <w:rPr>
          <w:color w:val="6D7782"/>
          <w:sz w:val="16"/>
          <w:lang w:eastAsia="ko-KR"/>
        </w:rPr>
        <w:t xml:space="preserve">       </w:t>
      </w:r>
      <w:proofErr w:type="gramStart"/>
      <w:r>
        <w:rPr>
          <w:color w:val="6D7782"/>
          <w:sz w:val="16"/>
          <w:lang w:eastAsia="ko-KR"/>
        </w:rPr>
        <w:t>시행일자  [</w:t>
      </w:r>
      <w:proofErr w:type="gramEnd"/>
      <w:r>
        <w:rPr>
          <w:color w:val="6D7782"/>
          <w:sz w:val="16"/>
          <w:lang w:eastAsia="ko-KR"/>
        </w:rPr>
        <w:t xml:space="preserve">       년     월     일]</w:t>
      </w:r>
    </w:p>
    <w:tbl>
      <w:tblPr>
        <w:tblW w:w="3428" w:type="dxa"/>
        <w:tblInd w:w="6889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60"/>
      </w:tblGrid>
      <w:tr w:rsidR="00CE0DE7" w14:paraId="1A6376E6" w14:textId="77777777" w:rsidTr="00E3047D">
        <w:trPr>
          <w:trHeight w:val="360"/>
        </w:trPr>
        <w:tc>
          <w:tcPr>
            <w:tcW w:w="1134" w:type="dxa"/>
            <w:tcBorders>
              <w:top w:val="single" w:sz="10" w:space="0" w:color="8698AA"/>
              <w:left w:val="single" w:sz="10" w:space="0" w:color="8698AA"/>
              <w:bottom w:val="single" w:sz="10" w:space="0" w:color="8698AA"/>
              <w:right w:val="single" w:sz="10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65D16F12" w14:textId="77777777" w:rsidR="00CE0DE7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17365D"/>
                <w:sz w:val="17"/>
              </w:rPr>
              <w:t>담당</w:t>
            </w:r>
            <w:proofErr w:type="spellEnd"/>
          </w:p>
        </w:tc>
        <w:tc>
          <w:tcPr>
            <w:tcW w:w="1134" w:type="dxa"/>
            <w:tcBorders>
              <w:top w:val="single" w:sz="10" w:space="0" w:color="8698AA"/>
              <w:left w:val="single" w:sz="10" w:space="0" w:color="8698AA"/>
              <w:bottom w:val="single" w:sz="10" w:space="0" w:color="8698AA"/>
              <w:right w:val="single" w:sz="10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2E9EE7B2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  <w:sz w:val="17"/>
              </w:rPr>
              <w:t>팀장</w:t>
            </w:r>
          </w:p>
        </w:tc>
        <w:tc>
          <w:tcPr>
            <w:tcW w:w="1160" w:type="dxa"/>
            <w:tcBorders>
              <w:top w:val="single" w:sz="10" w:space="0" w:color="8698AA"/>
              <w:left w:val="single" w:sz="10" w:space="0" w:color="8698AA"/>
              <w:bottom w:val="single" w:sz="10" w:space="0" w:color="8698AA"/>
              <w:right w:val="single" w:sz="10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212B6F8F" w14:textId="5E9C76AC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  <w:sz w:val="17"/>
              </w:rPr>
              <w:t>부</w:t>
            </w:r>
            <w:r w:rsidR="00E3047D">
              <w:rPr>
                <w:rFonts w:hint="eastAsia"/>
                <w:b/>
                <w:color w:val="17365D"/>
                <w:sz w:val="17"/>
                <w:lang w:eastAsia="ko-KR"/>
              </w:rPr>
              <w:t>사</w:t>
            </w:r>
            <w:r>
              <w:rPr>
                <w:b/>
                <w:color w:val="17365D"/>
                <w:sz w:val="17"/>
              </w:rPr>
              <w:t>장</w:t>
            </w:r>
          </w:p>
        </w:tc>
      </w:tr>
      <w:tr w:rsidR="00CE0DE7" w14:paraId="063FB99C" w14:textId="77777777" w:rsidTr="00E3047D">
        <w:trPr>
          <w:trHeight w:val="760"/>
        </w:trPr>
        <w:tc>
          <w:tcPr>
            <w:tcW w:w="1134" w:type="dxa"/>
            <w:tcBorders>
              <w:top w:val="single" w:sz="10" w:space="0" w:color="8698AA"/>
              <w:left w:val="single" w:sz="10" w:space="0" w:color="8698AA"/>
              <w:bottom w:val="single" w:sz="10" w:space="0" w:color="8698AA"/>
              <w:right w:val="single" w:sz="10" w:space="0" w:color="8698AA"/>
            </w:tcBorders>
            <w:shd w:val="clear" w:color="auto" w:fill="FFFFFF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4D52700" w14:textId="77777777" w:rsidR="00CE0DE7" w:rsidRDefault="00000000">
            <w:pPr>
              <w:spacing w:after="0" w:line="240" w:lineRule="auto"/>
              <w:jc w:val="center"/>
            </w:pPr>
            <w:r>
              <w:rPr>
                <w:color w:val="25354A"/>
                <w:sz w:val="17"/>
              </w:rPr>
              <w:br/>
            </w:r>
          </w:p>
        </w:tc>
        <w:tc>
          <w:tcPr>
            <w:tcW w:w="1134" w:type="dxa"/>
            <w:tcBorders>
              <w:top w:val="single" w:sz="10" w:space="0" w:color="8698AA"/>
              <w:left w:val="single" w:sz="10" w:space="0" w:color="8698AA"/>
              <w:bottom w:val="single" w:sz="10" w:space="0" w:color="8698AA"/>
              <w:right w:val="single" w:sz="10" w:space="0" w:color="8698AA"/>
            </w:tcBorders>
            <w:shd w:val="clear" w:color="auto" w:fill="FFFFFF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04615D9" w14:textId="77777777" w:rsidR="00CE0DE7" w:rsidRDefault="00000000">
            <w:pPr>
              <w:spacing w:after="0" w:line="240" w:lineRule="auto"/>
              <w:jc w:val="center"/>
            </w:pPr>
            <w:r>
              <w:rPr>
                <w:color w:val="25354A"/>
                <w:sz w:val="17"/>
              </w:rPr>
              <w:br/>
            </w:r>
          </w:p>
        </w:tc>
        <w:tc>
          <w:tcPr>
            <w:tcW w:w="1160" w:type="dxa"/>
            <w:tcBorders>
              <w:top w:val="single" w:sz="10" w:space="0" w:color="8698AA"/>
              <w:left w:val="single" w:sz="10" w:space="0" w:color="8698AA"/>
              <w:bottom w:val="single" w:sz="10" w:space="0" w:color="8698AA"/>
              <w:right w:val="single" w:sz="10" w:space="0" w:color="8698AA"/>
            </w:tcBorders>
            <w:shd w:val="clear" w:color="auto" w:fill="FFFFFF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0BC10093" w14:textId="77777777" w:rsidR="00CE0DE7" w:rsidRDefault="00000000">
            <w:pPr>
              <w:spacing w:after="0" w:line="240" w:lineRule="auto"/>
              <w:jc w:val="center"/>
            </w:pPr>
            <w:r>
              <w:rPr>
                <w:color w:val="25354A"/>
                <w:sz w:val="17"/>
              </w:rPr>
              <w:br/>
            </w:r>
          </w:p>
        </w:tc>
      </w:tr>
    </w:tbl>
    <w:p w14:paraId="55C03D9C" w14:textId="77777777" w:rsidR="00CE0DE7" w:rsidRDefault="00000000">
      <w:pPr>
        <w:pBdr>
          <w:bottom w:val="single" w:sz="10" w:space="3" w:color="2F75B5"/>
        </w:pBdr>
        <w:spacing w:before="160" w:after="60"/>
      </w:pPr>
      <w:r>
        <w:rPr>
          <w:b/>
          <w:color w:val="17365D"/>
          <w:sz w:val="20"/>
        </w:rPr>
        <w:t xml:space="preserve">1. </w:t>
      </w:r>
      <w:proofErr w:type="spellStart"/>
      <w:r>
        <w:rPr>
          <w:b/>
          <w:color w:val="17365D"/>
          <w:sz w:val="20"/>
        </w:rPr>
        <w:t>신청자</w:t>
      </w:r>
      <w:proofErr w:type="spellEnd"/>
      <w:r>
        <w:rPr>
          <w:b/>
          <w:color w:val="17365D"/>
          <w:sz w:val="20"/>
        </w:rPr>
        <w:t xml:space="preserve"> </w:t>
      </w:r>
      <w:proofErr w:type="spellStart"/>
      <w:r>
        <w:rPr>
          <w:b/>
          <w:color w:val="17365D"/>
          <w:sz w:val="20"/>
        </w:rPr>
        <w:t>정보</w:t>
      </w:r>
      <w:proofErr w:type="spellEnd"/>
    </w:p>
    <w:tbl>
      <w:tblPr>
        <w:tblW w:w="10316" w:type="dxa"/>
        <w:tblLayout w:type="fixed"/>
        <w:tblLook w:val="04A0" w:firstRow="1" w:lastRow="0" w:firstColumn="1" w:lastColumn="0" w:noHBand="0" w:noVBand="1"/>
      </w:tblPr>
      <w:tblGrid>
        <w:gridCol w:w="1498"/>
        <w:gridCol w:w="3411"/>
        <w:gridCol w:w="1497"/>
        <w:gridCol w:w="3910"/>
      </w:tblGrid>
      <w:tr w:rsidR="00CE0DE7" w14:paraId="46675598" w14:textId="77777777">
        <w:trPr>
          <w:trHeight w:val="420"/>
        </w:trPr>
        <w:tc>
          <w:tcPr>
            <w:tcW w:w="1296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B085C64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성명</w:t>
            </w:r>
          </w:p>
        </w:tc>
        <w:tc>
          <w:tcPr>
            <w:tcW w:w="2952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ACD568D" w14:textId="77777777" w:rsidR="00CE0DE7" w:rsidRDefault="00000000">
            <w:pPr>
              <w:spacing w:after="0" w:line="240" w:lineRule="auto"/>
            </w:pPr>
            <w:r>
              <w:rPr>
                <w:color w:val="25354A"/>
              </w:rPr>
              <w:t>[성명 입력]</w:t>
            </w:r>
          </w:p>
        </w:tc>
        <w:tc>
          <w:tcPr>
            <w:tcW w:w="1296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27E1A1E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사번</w:t>
            </w:r>
          </w:p>
        </w:tc>
        <w:tc>
          <w:tcPr>
            <w:tcW w:w="3384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ABCC1E5" w14:textId="77777777" w:rsidR="00CE0DE7" w:rsidRDefault="00000000">
            <w:pPr>
              <w:spacing w:after="0" w:line="240" w:lineRule="auto"/>
            </w:pPr>
            <w:r>
              <w:rPr>
                <w:color w:val="25354A"/>
              </w:rPr>
              <w:t>[사번 입력]</w:t>
            </w:r>
          </w:p>
        </w:tc>
      </w:tr>
      <w:tr w:rsidR="00CE0DE7" w14:paraId="119CD27B" w14:textId="77777777">
        <w:trPr>
          <w:trHeight w:val="420"/>
        </w:trPr>
        <w:tc>
          <w:tcPr>
            <w:tcW w:w="1296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054B752D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소속</w:t>
            </w:r>
          </w:p>
        </w:tc>
        <w:tc>
          <w:tcPr>
            <w:tcW w:w="2952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ADAE15E" w14:textId="77777777" w:rsidR="00CE0DE7" w:rsidRDefault="00000000">
            <w:pPr>
              <w:spacing w:after="0" w:line="240" w:lineRule="auto"/>
            </w:pPr>
            <w:r>
              <w:rPr>
                <w:color w:val="25354A"/>
              </w:rPr>
              <w:t>[부서 / 팀 입력]</w:t>
            </w:r>
          </w:p>
        </w:tc>
        <w:tc>
          <w:tcPr>
            <w:tcW w:w="1296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A049874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직위</w:t>
            </w:r>
          </w:p>
        </w:tc>
        <w:tc>
          <w:tcPr>
            <w:tcW w:w="3384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D599B05" w14:textId="77777777" w:rsidR="00CE0DE7" w:rsidRDefault="00000000">
            <w:pPr>
              <w:spacing w:after="0" w:line="240" w:lineRule="auto"/>
            </w:pPr>
            <w:r>
              <w:rPr>
                <w:color w:val="25354A"/>
              </w:rPr>
              <w:t>[직위 입력]</w:t>
            </w:r>
          </w:p>
        </w:tc>
      </w:tr>
      <w:tr w:rsidR="00CE0DE7" w14:paraId="7A6D5C3A" w14:textId="77777777">
        <w:trPr>
          <w:trHeight w:val="420"/>
        </w:trPr>
        <w:tc>
          <w:tcPr>
            <w:tcW w:w="1296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8436CFC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연락처</w:t>
            </w:r>
          </w:p>
        </w:tc>
        <w:tc>
          <w:tcPr>
            <w:tcW w:w="2952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DB8D124" w14:textId="77777777" w:rsidR="00CE0DE7" w:rsidRDefault="00000000">
            <w:pPr>
              <w:spacing w:after="0" w:line="240" w:lineRule="auto"/>
            </w:pPr>
            <w:r>
              <w:rPr>
                <w:color w:val="25354A"/>
              </w:rPr>
              <w:t>[교통수단한 번호]</w:t>
            </w:r>
          </w:p>
        </w:tc>
        <w:tc>
          <w:tcPr>
            <w:tcW w:w="1296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63C4ADE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대체 연락처</w:t>
            </w:r>
          </w:p>
        </w:tc>
        <w:tc>
          <w:tcPr>
            <w:tcW w:w="3384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2210D2A2" w14:textId="77777777" w:rsidR="00CE0DE7" w:rsidRDefault="00000000">
            <w:pPr>
              <w:spacing w:after="0" w:line="240" w:lineRule="auto"/>
            </w:pPr>
            <w:r>
              <w:rPr>
                <w:color w:val="25354A"/>
              </w:rPr>
              <w:t>[선택 입력]</w:t>
            </w:r>
          </w:p>
        </w:tc>
      </w:tr>
    </w:tbl>
    <w:p w14:paraId="507812EF" w14:textId="77777777" w:rsidR="00CE0DE7" w:rsidRDefault="00000000">
      <w:pPr>
        <w:pBdr>
          <w:bottom w:val="single" w:sz="10" w:space="3" w:color="2F75B5"/>
        </w:pBdr>
        <w:spacing w:before="160" w:after="60"/>
      </w:pPr>
      <w:r>
        <w:rPr>
          <w:b/>
          <w:color w:val="17365D"/>
          <w:sz w:val="20"/>
        </w:rPr>
        <w:t>2. 출장 내용</w:t>
      </w:r>
    </w:p>
    <w:tbl>
      <w:tblPr>
        <w:tblW w:w="10316" w:type="dxa"/>
        <w:tblLayout w:type="fixed"/>
        <w:tblLook w:val="04A0" w:firstRow="1" w:lastRow="0" w:firstColumn="1" w:lastColumn="0" w:noHBand="0" w:noVBand="1"/>
      </w:tblPr>
      <w:tblGrid>
        <w:gridCol w:w="1650"/>
        <w:gridCol w:w="3219"/>
        <w:gridCol w:w="1651"/>
        <w:gridCol w:w="3796"/>
      </w:tblGrid>
      <w:tr w:rsidR="00CE0DE7" w14:paraId="3D261CF6" w14:textId="77777777">
        <w:trPr>
          <w:trHeight w:val="420"/>
        </w:trPr>
        <w:tc>
          <w:tcPr>
            <w:tcW w:w="1440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297B2A06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출장 기간</w:t>
            </w:r>
          </w:p>
        </w:tc>
        <w:tc>
          <w:tcPr>
            <w:tcW w:w="2808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>
            <w:r>
              <w:t>[       년     월     일  ~       년     월     일]</w:t>
            </w:r>
          </w:p>
        </w:tc>
        <w:tc>
          <w:tcPr>
            <w:tcW w:w="1440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F39ABE0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출발 예정</w:t>
            </w:r>
          </w:p>
        </w:tc>
        <w:tc>
          <w:tcPr>
            <w:tcW w:w="3312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>
            <w:r>
              <w:t>[     시     분]</w:t>
            </w:r>
          </w:p>
        </w:tc>
      </w:tr>
      <w:tr w:rsidR="00CE0DE7" w14:paraId="3451D2DA" w14:textId="77777777">
        <w:trPr>
          <w:trHeight w:val="420"/>
        </w:trPr>
        <w:tc>
          <w:tcPr>
            <w:tcW w:w="1440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A31DBB6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복귀 예정</w:t>
            </w:r>
          </w:p>
        </w:tc>
        <w:tc>
          <w:tcPr>
            <w:tcW w:w="2808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>
            <w:r>
              <w:t>[     시     분]</w:t>
            </w:r>
          </w:p>
        </w:tc>
        <w:tc>
          <w:tcPr>
            <w:tcW w:w="1440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5C7B593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출장 일수</w:t>
            </w:r>
          </w:p>
        </w:tc>
        <w:tc>
          <w:tcPr>
            <w:tcW w:w="3312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>
            <w:r>
              <w:t>[     일]</w:t>
            </w:r>
          </w:p>
        </w:tc>
      </w:tr>
      <w:tr w:rsidR="00CE0DE7" w14:paraId="03AC37DD" w14:textId="77777777">
        <w:trPr>
          <w:trHeight w:val="420"/>
        </w:trPr>
        <w:tc>
          <w:tcPr>
            <w:tcW w:w="1440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212B6D5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출장 구분</w:t>
            </w:r>
          </w:p>
        </w:tc>
        <w:tc>
          <w:tcPr>
            <w:tcW w:w="2808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62FCE7B6" w14:textId="77777777" w:rsidR="00CE0DE7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5354A"/>
                <w:sz w:val="17"/>
                <w:lang w:eastAsia="ko-KR"/>
              </w:rPr>
              <w:t>□ 국내출장    □ 해외출장    □ 당일출장    □ 기타</w:t>
            </w:r>
            <w:proofErr w:type="spellStart"/>
            <w:r>
              <w:rPr>
                <w:color w:val="25354A"/>
                <w:sz w:val="17"/>
                <w:lang w:eastAsia="ko-KR"/>
              </w:rPr>
            </w:r>
            <w:proofErr w:type="spellEnd"/>
            <w:r>
              <w:rPr>
                <w:color w:val="25354A"/>
                <w:sz w:val="17"/>
                <w:lang w:eastAsia="ko-KR"/>
              </w:rPr>
            </w:r>
          </w:p>
        </w:tc>
        <w:tc>
          <w:tcPr>
            <w:tcW w:w="1440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B522542" w14:textId="77777777" w:rsidR="00CE0DE7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17365D"/>
              </w:rPr>
              <w:t>교통수단</w:t>
            </w:r>
            <w:proofErr w:type="spellEnd"/>
            <w:r>
              <w:rPr>
                <w:b/>
                <w:color w:val="17365D"/>
              </w:rPr>
            </w:r>
            <w:proofErr w:type="spellStart"/>
            <w:r>
              <w:rPr>
                <w:b/>
                <w:color w:val="17365D"/>
              </w:rPr>
            </w:r>
            <w:proofErr w:type="spellEnd"/>
          </w:p>
        </w:tc>
        <w:tc>
          <w:tcPr>
            <w:tcW w:w="3312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96C1D48" w14:textId="77777777" w:rsidR="00CE0DE7" w:rsidRDefault="00000000">
            <w:pPr>
              <w:spacing w:after="0" w:line="240" w:lineRule="auto"/>
            </w:pPr>
            <w:r>
              <w:rPr>
                <w:color w:val="25354A"/>
              </w:rPr>
              <w:t>□ 자가용    □ 대중교통    □ 회사차량    □ 기타</w:t>
            </w:r>
          </w:p>
        </w:tc>
      </w:tr>
    </w:tbl>
    <w:p w14:paraId="00E7D18F" w14:textId="77777777" w:rsidR="00CE0DE7" w:rsidRDefault="00000000">
      <w:pPr>
        <w:pBdr>
          <w:bottom w:val="single" w:sz="10" w:space="3" w:color="2F75B5"/>
        </w:pBdr>
        <w:spacing w:before="160" w:after="60"/>
      </w:pPr>
      <w:r>
        <w:rPr>
          <w:b/>
          <w:color w:val="17365D"/>
          <w:sz w:val="20"/>
        </w:rPr>
        <w:t>3. 출장 목적 및 내용</w:t>
      </w:r>
    </w:p>
    <w:tbl>
      <w:tblPr>
        <w:tblW w:w="10318" w:type="dxa"/>
        <w:tblLayout w:type="fixed"/>
        <w:tblLook w:val="04A0" w:firstRow="1" w:lastRow="0" w:firstColumn="1" w:lastColumn="0" w:noHBand="0" w:noVBand="1"/>
      </w:tblPr>
      <w:tblGrid>
        <w:gridCol w:w="10318"/>
      </w:tblGrid>
      <w:tr w:rsidR="00CE0DE7" w14:paraId="5417C1FB" w14:textId="77777777">
        <w:trPr>
          <w:trHeight w:val="1200"/>
        </w:trPr>
        <w:tc>
          <w:tcPr>
            <w:tcW w:w="9000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>
            <w:r>
              <w:t>[출장 목적과 주요 업무 내용을 구체적으로 기재해 주세요. 예: 거래처 미팅, 현장 방문, 교육 참석 등]</w:t>
            </w:r>
          </w:p>
        </w:tc>
      </w:tr>
    </w:tbl>
    <w:p w14:paraId="2E79ABDA" w14:textId="77777777" w:rsidR="00CE0DE7" w:rsidRDefault="00000000">
      <w:pPr>
        <w:pBdr>
          <w:bottom w:val="single" w:sz="10" w:space="3" w:color="2F75B5"/>
        </w:pBdr>
        <w:spacing w:before="160" w:after="60"/>
      </w:pPr>
      <w:r>
        <w:rPr>
          <w:b/>
          <w:color w:val="17365D"/>
          <w:sz w:val="20"/>
        </w:rPr>
        <w:t>4. 출장 일정 및 업무</w:t>
      </w:r>
      <w:proofErr w:type="spellStart"/>
      <w:r>
        <w:rPr>
          <w:b/>
          <w:color w:val="17365D"/>
          <w:sz w:val="20"/>
        </w:rPr>
      </w:r>
      <w:proofErr w:type="spellEnd"/>
      <w:r>
        <w:rPr>
          <w:b/>
          <w:color w:val="17365D"/>
          <w:sz w:val="20"/>
        </w:rPr>
      </w:r>
      <w:proofErr w:type="spellStart"/>
      <w:r>
        <w:rPr>
          <w:b/>
          <w:color w:val="17365D"/>
          <w:sz w:val="20"/>
        </w:rPr>
      </w:r>
      <w:proofErr w:type="spellEnd"/>
    </w:p>
    <w:tbl>
      <w:tblPr>
        <w:tblW w:w="10318" w:type="dxa"/>
        <w:tblLayout w:type="fixed"/>
        <w:tblLook w:val="04A0" w:firstRow="1" w:lastRow="0" w:firstColumn="1" w:lastColumn="0" w:noHBand="0" w:noVBand="1"/>
      </w:tblPr>
      <w:tblGrid>
        <w:gridCol w:w="2229"/>
        <w:gridCol w:w="8089"/>
      </w:tblGrid>
      <w:tr w:rsidR="00CE0DE7" w14:paraId="1BEF7033" w14:textId="77777777">
        <w:trPr>
          <w:trHeight w:val="530"/>
        </w:trPr>
        <w:tc>
          <w:tcPr>
            <w:tcW w:w="1944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0CC292BB" w14:textId="77777777" w:rsidR="00CE0DE7" w:rsidRDefault="00000000">
            <w:pPr>
              <w:spacing w:after="0" w:line="240" w:lineRule="auto"/>
              <w:jc w:val="center"/>
            </w:pPr>
            <w:r>
              <w:rPr>
                <w:b/>
                <w:color w:val="17365D"/>
              </w:rPr>
              <w:t>출장지</w:t>
            </w:r>
          </w:p>
        </w:tc>
        <w:tc>
          <w:tcPr>
            <w:tcW w:w="7056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F83BCD1" w14:textId="77777777" w:rsidR="00CE0DE7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5354A"/>
                <w:lang w:eastAsia="ko-KR"/>
              </w:rPr>
              <w:t>[방문 기관 / 업체명 · 지역 · 주소 등]</w:t>
            </w:r>
            <w:proofErr w:type="gramStart"/>
            <w:r>
              <w:rPr>
                <w:color w:val="25354A"/>
                <w:lang w:eastAsia="ko-KR"/>
              </w:rPr>
            </w:r>
            <w:proofErr w:type="gramEnd"/>
            <w:r>
              <w:rPr>
                <w:color w:val="25354A"/>
                <w:lang w:eastAsia="ko-KR"/>
              </w:rPr>
            </w:r>
            <w:proofErr w:type="gramStart"/>
            <w:r>
              <w:rPr>
                <w:color w:val="25354A"/>
                <w:lang w:eastAsia="ko-KR"/>
              </w:rPr>
            </w:r>
            <w:proofErr w:type="gramEnd"/>
            <w:r>
              <w:rPr>
                <w:color w:val="25354A"/>
                <w:lang w:eastAsia="ko-KR"/>
              </w:rPr>
            </w:r>
          </w:p>
        </w:tc>
      </w:tr>
      <w:tr w:rsidR="00CE0DE7" w14:paraId="10DC0DF4" w14:textId="77777777">
        <w:trPr>
          <w:trHeight w:val="530"/>
        </w:trPr>
        <w:tc>
          <w:tcPr>
            <w:tcW w:w="1944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BB018F0" w14:textId="77777777" w:rsidR="00CE0DE7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17365D"/>
              </w:rPr>
              <w:t>출장 일정</w:t>
            </w:r>
            <w:proofErr w:type="spellEnd"/>
            <w:r>
              <w:rPr>
                <w:b/>
                <w:color w:val="17365D"/>
              </w:rPr>
            </w:r>
            <w:proofErr w:type="spellStart"/>
            <w:r>
              <w:rPr>
                <w:b/>
                <w:color w:val="17365D"/>
              </w:rPr>
            </w:r>
            <w:proofErr w:type="spellEnd"/>
          </w:p>
        </w:tc>
        <w:tc>
          <w:tcPr>
            <w:tcW w:w="7056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DB982CF" w14:textId="77777777" w:rsidR="00CE0DE7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5354A"/>
                <w:lang w:eastAsia="ko-KR"/>
              </w:rPr>
              <w:t>[주요 일정 / 미팅 · 현장 방문 · 업무 내용]</w:t>
            </w:r>
            <w:proofErr w:type="gramStart"/>
            <w:r>
              <w:rPr>
                <w:color w:val="25354A"/>
                <w:lang w:eastAsia="ko-KR"/>
              </w:rPr>
            </w:r>
            <w:proofErr w:type="gramEnd"/>
            <w:r>
              <w:rPr>
                <w:color w:val="25354A"/>
                <w:lang w:eastAsia="ko-KR"/>
              </w:rPr>
            </w:r>
          </w:p>
        </w:tc>
      </w:tr>
      <w:tr w:rsidR="00CE0DE7" w14:paraId="51292AC9" w14:textId="77777777">
        <w:trPr>
          <w:trHeight w:val="420"/>
        </w:trPr>
        <w:tc>
          <w:tcPr>
            <w:tcW w:w="1944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>
            <w:r>
              <w:t>비고</w:t>
            </w:r>
          </w:p>
        </w:tc>
        <w:tc>
          <w:tcPr>
            <w:tcW w:w="7056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>
            <w:r>
              <w:t>[출장 관련 추가사항 또는 특이사항]</w:t>
            </w:r>
          </w:p>
        </w:tc>
      </w:tr>
    </w:tbl>
    <w:p w14:paraId="335B4340" w14:textId="77777777" w:rsidR="00CE0DE7" w:rsidRDefault="00000000">
      <w:pPr>
        <w:spacing w:before="200" w:after="100"/>
        <w:jc w:val="center"/>
        <w:rPr>
          <w:color w:val="17365D"/>
          <w:sz w:val="20"/>
          <w:lang w:eastAsia="ko-KR"/>
        </w:rPr>
      </w:pPr>
      <w:r>
        <w:rPr>
          <w:color w:val="17365D"/>
          <w:sz w:val="20"/>
          <w:lang w:eastAsia="ko-KR"/>
        </w:rPr>
        <w:t>위와 같이 출장을 신청하오니 승인하여 주시기 바랍니다.</w:t>
      </w:r>
      <w:proofErr w:type="spellStart"/>
      <w:r>
        <w:rPr>
          <w:color w:val="17365D"/>
          <w:sz w:val="20"/>
          <w:lang w:eastAsia="ko-KR"/>
        </w:rPr>
      </w:r>
      <w:proofErr w:type="spellEnd"/>
      <w:r>
        <w:rPr>
          <w:color w:val="17365D"/>
          <w:sz w:val="20"/>
          <w:lang w:eastAsia="ko-KR"/>
        </w:rPr>
      </w:r>
    </w:p>
    <w:p w14:paraId="74072F16" w14:textId="77777777" w:rsidR="00E3047D" w:rsidRDefault="00E3047D">
      <w:pPr>
        <w:spacing w:before="200" w:after="100"/>
        <w:jc w:val="center"/>
        <w:rPr>
          <w:lang w:eastAsia="ko-KR"/>
        </w:rPr>
      </w:pPr>
    </w:p>
    <w:tbl>
      <w:tblPr>
        <w:tblW w:w="10318" w:type="dxa"/>
        <w:tblLayout w:type="fixed"/>
        <w:tblLook w:val="04A0" w:firstRow="1" w:lastRow="0" w:firstColumn="1" w:lastColumn="0" w:noHBand="0" w:noVBand="1"/>
      </w:tblPr>
      <w:tblGrid>
        <w:gridCol w:w="4045"/>
        <w:gridCol w:w="6273"/>
      </w:tblGrid>
      <w:tr w:rsidR="00CE0DE7" w14:paraId="61A8589B" w14:textId="77777777">
        <w:trPr>
          <w:trHeight w:val="480"/>
        </w:trPr>
        <w:tc>
          <w:tcPr>
            <w:tcW w:w="3528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DCEAF7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F2FCD1C" w14:textId="77777777" w:rsidR="00CE0DE7" w:rsidRDefault="00000000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b/>
                <w:color w:val="17365D"/>
              </w:rPr>
              <w:t>신청일</w:t>
            </w:r>
            <w:proofErr w:type="spellEnd"/>
            <w:r>
              <w:rPr>
                <w:b/>
                <w:color w:val="17365D"/>
              </w:rPr>
              <w:t xml:space="preserve">  [</w:t>
            </w:r>
            <w:proofErr w:type="gramEnd"/>
            <w:r>
              <w:rPr>
                <w:b/>
                <w:color w:val="17365D"/>
              </w:rPr>
              <w:t xml:space="preserve">       년     월     일]</w:t>
            </w:r>
          </w:p>
        </w:tc>
        <w:tc>
          <w:tcPr>
            <w:tcW w:w="5472" w:type="dxa"/>
            <w:tcBorders>
              <w:top w:val="single" w:sz="7" w:space="0" w:color="8698AA"/>
              <w:left w:val="single" w:sz="7" w:space="0" w:color="8698AA"/>
              <w:bottom w:val="single" w:sz="7" w:space="0" w:color="8698AA"/>
              <w:right w:val="single" w:sz="7" w:space="0" w:color="8698AA"/>
            </w:tcBorders>
            <w:shd w:val="clear" w:color="auto" w:fill="FFFDF4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77DC835C" w14:textId="77777777" w:rsidR="00CE0DE7" w:rsidRDefault="00000000">
            <w:pPr>
              <w:spacing w:after="0" w:line="240" w:lineRule="auto"/>
              <w:jc w:val="center"/>
              <w:rPr>
                <w:lang w:eastAsia="ko-KR"/>
              </w:rPr>
            </w:pPr>
            <w:proofErr w:type="gramStart"/>
            <w:r>
              <w:rPr>
                <w:color w:val="25354A"/>
                <w:lang w:eastAsia="ko-KR"/>
              </w:rPr>
              <w:t>신청인  [</w:t>
            </w:r>
            <w:proofErr w:type="gramEnd"/>
            <w:r>
              <w:rPr>
                <w:color w:val="25354A"/>
                <w:lang w:eastAsia="ko-KR"/>
              </w:rPr>
              <w:t>성명</w:t>
            </w:r>
            <w:proofErr w:type="gramStart"/>
            <w:r>
              <w:rPr>
                <w:color w:val="25354A"/>
                <w:lang w:eastAsia="ko-KR"/>
              </w:rPr>
              <w:t>]  (</w:t>
            </w:r>
            <w:proofErr w:type="gramEnd"/>
            <w:r>
              <w:rPr>
                <w:color w:val="25354A"/>
                <w:lang w:eastAsia="ko-KR"/>
              </w:rPr>
              <w:t>서명 또는 인)</w:t>
            </w:r>
          </w:p>
        </w:tc>
      </w:tr>
    </w:tbl>
    <w:p w14:paraId="125C19A3" w14:textId="77777777" w:rsidR="00901D77" w:rsidRDefault="00901D77">
      <w:pPr>
        <w:rPr>
          <w:lang w:eastAsia="ko-KR"/>
        </w:rPr>
      </w:pPr>
    </w:p>
    <w:sectPr w:rsidR="00901D77" w:rsidSect="00034616">
      <w:pgSz w:w="11906" w:h="16838"/>
      <w:pgMar w:top="737" w:right="794" w:bottom="680" w:left="794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7968390">
    <w:abstractNumId w:val="8"/>
  </w:num>
  <w:num w:numId="2" w16cid:durableId="465047229">
    <w:abstractNumId w:val="6"/>
  </w:num>
  <w:num w:numId="3" w16cid:durableId="1029719895">
    <w:abstractNumId w:val="5"/>
  </w:num>
  <w:num w:numId="4" w16cid:durableId="396978075">
    <w:abstractNumId w:val="4"/>
  </w:num>
  <w:num w:numId="5" w16cid:durableId="259027990">
    <w:abstractNumId w:val="7"/>
  </w:num>
  <w:num w:numId="6" w16cid:durableId="721709220">
    <w:abstractNumId w:val="3"/>
  </w:num>
  <w:num w:numId="7" w16cid:durableId="1633631187">
    <w:abstractNumId w:val="2"/>
  </w:num>
  <w:num w:numId="8" w16cid:durableId="141196534">
    <w:abstractNumId w:val="1"/>
  </w:num>
  <w:num w:numId="9" w16cid:durableId="591016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01D77"/>
    <w:rsid w:val="00AA1D8D"/>
    <w:rsid w:val="00B47730"/>
    <w:rsid w:val="00BC39E1"/>
    <w:rsid w:val="00CB0664"/>
    <w:rsid w:val="00CE0DE7"/>
    <w:rsid w:val="00E304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37D202"/>
  <w14:defaultImageDpi w14:val="300"/>
  <w15:docId w15:val="{000BF6A4-22DB-47EC-827F-10BBF0CC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조퇴신청서 신규 A4 한 페이지 서식</dc:title>
  <dc:subject>조퇴신청서</dc:subject>
  <dc:creator>Manus AI</dc:creator>
  <cp:keywords/>
  <dc:description>모든 표의 좌우 외곽선을 동일한 본문 폭 기준으로 정렬한 버전</dc:description>
  <cp:lastModifiedBy>jihye hong</cp:lastModifiedBy>
  <cp:revision>2</cp:revision>
  <dcterms:created xsi:type="dcterms:W3CDTF">2013-12-23T23:15:00Z</dcterms:created>
  <dcterms:modified xsi:type="dcterms:W3CDTF">2026-08-21T05:34:00Z</dcterms:modified>
  <cp:category/>
</cp:coreProperties>
</file>