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91C9" w14:textId="77777777" w:rsidR="0096614F" w:rsidRDefault="0096614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0E673CB1" w14:textId="77777777">
        <w:trPr>
          <w:jc w:val="center"/>
        </w:trPr>
        <w:tc>
          <w:tcPr>
            <w:tcW w:w="5326" w:type="dxa"/>
          </w:tcPr>
          <w:p w14:paraId="1E95B228" w14:textId="77777777" w:rsidR="002E0ED9" w:rsidRDefault="00000000">
            <w:r>
              <w:rPr>
                <w:b/>
                <w:color w:val="2F67B8"/>
                <w:sz w:val="20"/>
              </w:rPr>
              <w:t>EMPLOYMENT CONFIRMATION</w:t>
            </w:r>
          </w:p>
        </w:tc>
        <w:tc>
          <w:tcPr>
            <w:tcW w:w="5326" w:type="dxa"/>
          </w:tcPr>
          <w:p w14:paraId="6FE063F2" w14:textId="77777777" w:rsidR="002E0ED9" w:rsidRDefault="00000000">
            <w:pPr>
              <w:jc w:val="right"/>
            </w:pPr>
            <w:r>
              <w:rPr>
                <w:b/>
                <w:color w:val="202B3A"/>
                <w:sz w:val="48"/>
              </w:rPr>
              <w:t>채용확정 통보서</w:t>
            </w:r>
          </w:p>
        </w:tc>
      </w:tr>
    </w:tbl>
    <w:p w14:paraId="29901CDB" w14:textId="77777777" w:rsidR="002E0ED9" w:rsidRDefault="00000000">
      <w:pPr>
        <w:spacing w:before="60" w:after="60"/>
        <w:rPr>
          <w:lang w:eastAsia="ko-KR"/>
        </w:rPr>
      </w:pPr>
      <w:r>
        <w:rPr>
          <w:lang w:eastAsia="ko-KR"/>
        </w:rPr>
        <w:t>채용 확정 내용과 입사 예정일, 근무 정보를 안내하기 위한 채용 통보 서식</w:t>
      </w:r>
    </w:p>
    <w:p w14:paraId="18AFCD23" w14:textId="77777777" w:rsidR="002E0ED9" w:rsidRDefault="00000000">
      <w:pPr>
        <w:spacing w:before="100" w:after="40"/>
      </w:pPr>
      <w:proofErr w:type="gramStart"/>
      <w:r>
        <w:rPr>
          <w:b/>
          <w:color w:val="2F67B8"/>
          <w:sz w:val="21"/>
        </w:rPr>
        <w:t>01 채용 대상자 정보</w:t>
      </w:r>
      <w:proofErr w:type="spellStart"/>
      <w:r>
        <w:rPr>
          <w:b/>
          <w:color w:val="2F67B8"/>
          <w:sz w:val="21"/>
        </w:rPr>
      </w:r>
      <w:proofErr w:type="spellEnd"/>
      <w:proofErr w:type="gramEnd"/>
      <w:r>
        <w:rPr>
          <w:b/>
          <w:color w:val="2F67B8"/>
          <w:sz w:val="21"/>
        </w:rPr>
      </w:r>
      <w:proofErr w:type="spellStart"/>
      <w:r>
        <w:rPr>
          <w:b/>
          <w:color w:val="2F67B8"/>
          <w:sz w:val="21"/>
        </w:rPr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0ED9" w14:paraId="68EF7840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B5D6772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성명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39564EF1" w14:textId="77777777" w:rsidR="002E0ED9" w:rsidRDefault="002E0ED9">
            <w:pPr>
              <w:spacing w:after="0"/>
              <w:jc w:val="center"/>
            </w:pPr>
            <w:r/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3F1F34D0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채용 부서 / 직위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2B39F16C" w14:textId="77777777" w:rsidR="002E0ED9" w:rsidRDefault="002E0ED9">
            <w:pPr>
              <w:spacing w:after="0"/>
              <w:jc w:val="center"/>
            </w:pPr>
            <w:r/>
          </w:p>
        </w:tc>
      </w:tr>
      <w:tr w:rsidR="002E0ED9" w14:paraId="3A4DDF54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5E51C0C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통보일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0171C850" w14:textId="01ED2143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>20   년   월   일</w:t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51E5146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입사 예정일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720A459" w14:textId="0979937A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>20   년   월   일</w:t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</w:p>
        </w:tc>
      </w:tr>
      <w:tr w:rsidR="002E0ED9" w14:paraId="17AC7E73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587D70C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연락처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F5D8020" w14:textId="033CEED8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1093E0B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이메일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A9DED7B" w14:textId="6D11A4A2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</w:p>
        </w:tc>
      </w:tr>
      <w:tr w:rsidR="002E0ED9" w14:paraId="5F765F50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F7BB182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근무 장소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75596C0" w14:textId="77777777" w:rsidR="002E0ED9" w:rsidRDefault="002E0ED9">
            <w:pPr>
              <w:spacing w:after="0"/>
              <w:jc w:val="center"/>
            </w:pPr>
            <w:r/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9852B61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고용 형태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4DDE3BB" w14:textId="77777777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</w:r>
          </w:p>
        </w:tc>
      </w:tr>
    </w:tbl>
    <w:p w14:paraId="5B336CDB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02 채용 확정 내용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6C3AB869" w14:textId="77777777">
        <w:trPr>
          <w:trHeight w:val="51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5EE403D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담당 업무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C755495" w14:textId="77777777" w:rsidR="002E0ED9" w:rsidRDefault="00000000">
            <w:pPr>
              <w:spacing w:after="0"/>
              <w:rPr>
                <w:lang w:eastAsia="ko-KR"/>
              </w:rPr>
            </w:pPr>
            <w:r>
              <w:rPr>
                <w:color w:val="202B3A"/>
                <w:lang w:eastAsia="ko-KR"/>
              </w:rPr>
              <w:t>[담당 직무 및 주요 업무]</w:t>
            </w:r>
          </w:p>
        </w:tc>
      </w:tr>
      <w:tr w:rsidR="002E0ED9" w14:paraId="27B0B0A5" w14:textId="77777777">
        <w:trPr>
          <w:trHeight w:val="85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3C17DB8" w14:textId="77777777" w:rsidR="002E0ED9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02B3A"/>
              </w:rPr>
              <w:t>근무시간</w:t>
            </w:r>
            <w:proofErr w:type="spellEnd"/>
            <w:r>
              <w:rPr>
                <w:b/>
                <w:color w:val="202B3A"/>
              </w:rPr>
            </w:r>
            <w:proofErr w:type="spellStart"/>
            <w:r>
              <w:rPr>
                <w:b/>
                <w:color w:val="202B3A"/>
              </w:rPr>
            </w:r>
            <w:proofErr w:type="spellEnd"/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100D322" w14:textId="77777777" w:rsidR="002E0ED9" w:rsidRDefault="002E0ED9">
            <w:pPr>
              <w:spacing w:after="0"/>
            </w:pPr>
            <w:r>
              <w:t>[근무시간 및 출근 안내]</w:t>
            </w:r>
          </w:p>
        </w:tc>
      </w:tr>
      <w:tr w:rsidR="002E0ED9" w14:paraId="2BFF9106" w14:textId="77777777">
        <w:trPr>
          <w:trHeight w:val="85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07575F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급여 / 보수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53C791F" w14:textId="77777777" w:rsidR="002E0ED9" w:rsidRDefault="002E0ED9">
            <w:pPr>
              <w:spacing w:after="0"/>
            </w:pPr>
            <w:r>
              <w:t>[회사 안내 내용에 따라 기재]</w:t>
            </w:r>
          </w:p>
        </w:tc>
      </w:tr>
      <w:tr w:rsidR="002E0ED9" w14:paraId="15A42845" w14:textId="77777777">
        <w:trPr>
          <w:trHeight w:val="51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66B6947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입사 준비사항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1B270F4" w14:textId="77777777" w:rsidR="002E0ED9" w:rsidRDefault="002E0ED9">
            <w:pPr>
              <w:spacing w:after="0"/>
            </w:pPr>
            <w:r>
              <w:t>[제출서류 · 준비물 · 기타 안내]</w:t>
            </w:r>
          </w:p>
        </w:tc>
      </w:tr>
    </w:tbl>
    <w:p w14:paraId="55A99A8F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03 입사 안내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2A703603" w14:textId="77777777">
        <w:trPr>
          <w:trHeight w:val="68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669B4254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통보 내용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D4C7D4F" w14:textId="77777777" w:rsidR="002E0ED9" w:rsidRDefault="00000000">
            <w:pPr>
              <w:spacing w:after="0"/>
              <w:rPr>
                <w:lang w:eastAsia="ko-KR"/>
              </w:rPr>
            </w:pPr>
            <w:r>
              <w:rPr>
                <w:color w:val="202B3A"/>
                <w:lang w:eastAsia="ko-KR"/>
              </w:rPr>
              <w:t>귀하의 채용이 확정되었음을 안내드립니다. 입사 예정일과 준비사항을 확인해 주세요.</w:t>
            </w:r>
            <w:proofErr w:type="spellStart"/>
            <w:r>
              <w:rPr>
                <w:color w:val="202B3A"/>
                <w:lang w:eastAsia="ko-KR"/>
              </w:rPr>
            </w:r>
            <w:proofErr w:type="spellEnd"/>
            <w:r>
              <w:rPr>
                <w:color w:val="202B3A"/>
                <w:lang w:eastAsia="ko-KR"/>
              </w:rPr>
            </w:r>
          </w:p>
        </w:tc>
      </w:tr>
      <w:tr w:rsidR="002E0ED9" w14:paraId="169D023D" w14:textId="77777777">
        <w:trPr>
          <w:trHeight w:val="794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DD4E3BD" w14:textId="77777777" w:rsidR="002E0ED9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02B3A"/>
              </w:rPr>
              <w:t>비고 / 추가사항</w:t>
            </w:r>
            <w:proofErr w:type="spellEnd"/>
            <w:r>
              <w:rPr>
                <w:b/>
                <w:color w:val="202B3A"/>
              </w:rPr>
            </w:r>
            <w:proofErr w:type="spellStart"/>
            <w:r>
              <w:rPr>
                <w:b/>
                <w:color w:val="202B3A"/>
              </w:rPr>
            </w:r>
            <w:proofErr w:type="spellEnd"/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B318A8C" w14:textId="77777777" w:rsidR="002E0ED9" w:rsidRDefault="002E0ED9">
            <w:pPr>
              <w:spacing w:after="0"/>
            </w:pPr>
            <w:r>
              <w:t>[회신 기한 · 담당자 연락처 등 추가 안내]</w:t>
            </w:r>
          </w:p>
        </w:tc>
      </w:tr>
    </w:tbl>
    <w:p w14:paraId="206BAEC9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04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0ED9" w14:paraId="43132783" w14:textId="77777777">
        <w:trPr>
          <w:trHeight w:val="454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5F2EF"/>
            <w:vAlign w:val="center"/>
          </w:tcPr>
          <w:p w14:paraId="5E1D1994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채용 대상자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1D6B2453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채용 담당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325D4AA9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부서장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0060C50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승인권자</w:t>
            </w:r>
          </w:p>
        </w:tc>
      </w:tr>
      <w:tr w:rsidR="002E0ED9" w14:paraId="52CDFF28" w14:textId="77777777">
        <w:trPr>
          <w:trHeight w:val="850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0DFAD3F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(확인)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30062FDE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867134A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255BEE34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</w:tr>
    </w:tbl>
    <w:p w14:paraId="43C27933" w14:textId="77777777" w:rsidR="002E0ED9" w:rsidRDefault="00000000">
      <w:pPr>
        <w:spacing w:before="120"/>
        <w:rPr>
          <w:lang w:eastAsia="ko-KR"/>
        </w:rPr>
      </w:pPr>
      <w:r>
        <w:rPr>
          <w:color w:val="5F6978"/>
          <w:sz w:val="16"/>
          <w:lang w:eastAsia="ko-KR"/>
        </w:rPr>
        <w:t>※ 세부 근로조건은 실제 근로계약서와 회사의 채용 안내를 기준으로 최종 확인하세요.</w:t>
      </w:r>
    </w:p>
    <w:sectPr w:rsidR="002E0ED9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191736">
    <w:abstractNumId w:val="8"/>
  </w:num>
  <w:num w:numId="2" w16cid:durableId="1420100991">
    <w:abstractNumId w:val="6"/>
  </w:num>
  <w:num w:numId="3" w16cid:durableId="573128941">
    <w:abstractNumId w:val="5"/>
  </w:num>
  <w:num w:numId="4" w16cid:durableId="87166768">
    <w:abstractNumId w:val="4"/>
  </w:num>
  <w:num w:numId="5" w16cid:durableId="591205880">
    <w:abstractNumId w:val="7"/>
  </w:num>
  <w:num w:numId="6" w16cid:durableId="1727529166">
    <w:abstractNumId w:val="3"/>
  </w:num>
  <w:num w:numId="7" w16cid:durableId="1004865631">
    <w:abstractNumId w:val="2"/>
  </w:num>
  <w:num w:numId="8" w16cid:durableId="614021705">
    <w:abstractNumId w:val="1"/>
  </w:num>
  <w:num w:numId="9" w16cid:durableId="20044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0ED9"/>
    <w:rsid w:val="00326F90"/>
    <w:rsid w:val="0096614F"/>
    <w:rsid w:val="00AA1D8D"/>
    <w:rsid w:val="00B47730"/>
    <w:rsid w:val="00BC39E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E5DA8D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2026-08-21T05:09:00Z</dcterms:modified>
  <cp:category/>
</cp:coreProperties>
</file>