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1FE7C" w14:textId="77777777" w:rsidR="00CE0DE7" w:rsidRDefault="00000000">
      <w:pPr>
        <w:spacing w:after="60"/>
        <w:jc w:val="center"/>
        <w:rPr>
          <w:lang w:eastAsia="ko-KR"/>
        </w:rPr>
      </w:pPr>
      <w:r>
        <w:rPr>
          <w:b/>
          <w:color w:val="17365D"/>
          <w:sz w:val="44"/>
          <w:lang w:eastAsia="ko-KR"/>
        </w:rPr>
        <w:t>채 용 확 정 통 보 서</w:t>
      </w:r>
    </w:p>
    <w:p w14:paraId="44DCCDD6" w14:textId="77777777" w:rsidR="00CE0DE7" w:rsidRDefault="00000000">
      <w:pPr>
        <w:spacing w:after="40"/>
        <w:rPr>
          <w:lang w:eastAsia="ko-KR"/>
        </w:rPr>
      </w:pPr>
      <w:proofErr w:type="gramStart"/>
      <w:r>
        <w:rPr>
          <w:color w:val="6D7782"/>
          <w:sz w:val="16"/>
          <w:lang w:eastAsia="ko-KR"/>
        </w:rPr>
        <w:t>문서번호  [</w:t>
      </w:r>
      <w:proofErr w:type="gramEnd"/>
      <w:r>
        <w:rPr>
          <w:color w:val="6D7782"/>
          <w:sz w:val="16"/>
          <w:lang w:eastAsia="ko-KR"/>
        </w:rPr>
        <w:t xml:space="preserve">                  </w:t>
      </w:r>
      <w:proofErr w:type="gramStart"/>
      <w:r>
        <w:rPr>
          <w:color w:val="6D7782"/>
          <w:sz w:val="16"/>
          <w:lang w:eastAsia="ko-KR"/>
        </w:rPr>
        <w:t xml:space="preserve">  ]</w:t>
      </w:r>
      <w:proofErr w:type="gramEnd"/>
      <w:r>
        <w:rPr>
          <w:color w:val="6D7782"/>
          <w:sz w:val="16"/>
          <w:lang w:eastAsia="ko-KR"/>
        </w:rPr>
        <w:t xml:space="preserve">       </w:t>
      </w:r>
      <w:proofErr w:type="gramStart"/>
      <w:r>
        <w:rPr>
          <w:color w:val="6D7782"/>
          <w:sz w:val="16"/>
          <w:lang w:eastAsia="ko-KR"/>
        </w:rPr>
        <w:t>시행일자  [</w:t>
      </w:r>
      <w:proofErr w:type="gramEnd"/>
      <w:r>
        <w:rPr>
          <w:color w:val="6D7782"/>
          <w:sz w:val="16"/>
          <w:lang w:eastAsia="ko-KR"/>
        </w:rPr>
        <w:t xml:space="preserve">       년     월     일]</w:t>
      </w:r>
    </w:p>
    <w:tbl>
      <w:tblPr>
        <w:tblW w:w="3428" w:type="dxa"/>
        <w:tblInd w:w="6889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60"/>
      </w:tblGrid>
      <w:tr w:rsidR="00CE0DE7" w14:paraId="1A6376E6" w14:textId="77777777" w:rsidTr="00E3047D">
        <w:trPr>
          <w:trHeight w:val="360"/>
        </w:trPr>
        <w:tc>
          <w:tcPr>
            <w:tcW w:w="1134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5D16F12" w14:textId="77777777" w:rsidR="00CE0DE7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7365D"/>
                <w:sz w:val="17"/>
              </w:rPr>
              <w:t>담당</w:t>
            </w:r>
            <w:proofErr w:type="spellEnd"/>
          </w:p>
        </w:tc>
        <w:tc>
          <w:tcPr>
            <w:tcW w:w="1134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E9EE7B2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  <w:sz w:val="17"/>
              </w:rPr>
              <w:t>팀장</w:t>
            </w:r>
          </w:p>
        </w:tc>
        <w:tc>
          <w:tcPr>
            <w:tcW w:w="1160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12B6F8F" w14:textId="5E9C76AC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  <w:sz w:val="17"/>
              </w:rPr>
              <w:t>부</w:t>
            </w:r>
            <w:r w:rsidR="00E3047D">
              <w:rPr>
                <w:rFonts w:hint="eastAsia"/>
                <w:b/>
                <w:color w:val="17365D"/>
                <w:sz w:val="17"/>
                <w:lang w:eastAsia="ko-KR"/>
              </w:rPr>
              <w:t>사</w:t>
            </w:r>
            <w:r>
              <w:rPr>
                <w:b/>
                <w:color w:val="17365D"/>
                <w:sz w:val="17"/>
              </w:rPr>
              <w:t>장</w:t>
            </w:r>
          </w:p>
        </w:tc>
      </w:tr>
      <w:tr w:rsidR="00CE0DE7" w14:paraId="063FB99C" w14:textId="77777777" w:rsidTr="00E3047D">
        <w:trPr>
          <w:trHeight w:val="760"/>
        </w:trPr>
        <w:tc>
          <w:tcPr>
            <w:tcW w:w="1134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4D52700" w14:textId="77777777" w:rsidR="00CE0DE7" w:rsidRDefault="00000000">
            <w:pPr>
              <w:spacing w:after="0" w:line="240" w:lineRule="auto"/>
              <w:jc w:val="center"/>
            </w:pPr>
            <w:r>
              <w:rPr>
                <w:color w:val="25354A"/>
                <w:sz w:val="17"/>
              </w:rPr>
              <w:br/>
            </w:r>
          </w:p>
        </w:tc>
        <w:tc>
          <w:tcPr>
            <w:tcW w:w="1134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04615D9" w14:textId="77777777" w:rsidR="00CE0DE7" w:rsidRDefault="00000000">
            <w:pPr>
              <w:spacing w:after="0" w:line="240" w:lineRule="auto"/>
              <w:jc w:val="center"/>
            </w:pPr>
            <w:r>
              <w:rPr>
                <w:color w:val="25354A"/>
                <w:sz w:val="17"/>
              </w:rPr>
              <w:br/>
            </w:r>
          </w:p>
        </w:tc>
        <w:tc>
          <w:tcPr>
            <w:tcW w:w="1160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BC10093" w14:textId="77777777" w:rsidR="00CE0DE7" w:rsidRDefault="00000000">
            <w:pPr>
              <w:spacing w:after="0" w:line="240" w:lineRule="auto"/>
              <w:jc w:val="center"/>
            </w:pPr>
            <w:r>
              <w:rPr>
                <w:color w:val="25354A"/>
                <w:sz w:val="17"/>
              </w:rPr>
              <w:br/>
            </w:r>
          </w:p>
        </w:tc>
      </w:tr>
    </w:tbl>
    <w:p w14:paraId="55C03D9C" w14:textId="77777777" w:rsidR="00CE0DE7" w:rsidRDefault="00000000">
      <w:pPr>
        <w:pBdr>
          <w:bottom w:val="single" w:sz="10" w:space="3" w:color="2F75B5"/>
        </w:pBdr>
        <w:spacing w:before="160" w:after="60"/>
      </w:pPr>
      <w:r>
        <w:rPr>
          <w:b/>
          <w:color w:val="17365D"/>
          <w:sz w:val="20"/>
        </w:rPr>
        <w:t>1. 채용 대상자 정보</w:t>
      </w:r>
      <w:proofErr w:type="spellStart"/>
      <w:r>
        <w:rPr>
          <w:b/>
          <w:color w:val="17365D"/>
          <w:sz w:val="20"/>
        </w:rPr>
      </w:r>
      <w:proofErr w:type="spellEnd"/>
      <w:r>
        <w:rPr>
          <w:b/>
          <w:color w:val="17365D"/>
          <w:sz w:val="20"/>
        </w:rPr>
      </w:r>
      <w:proofErr w:type="spellStart"/>
      <w:r>
        <w:rPr>
          <w:b/>
          <w:color w:val="17365D"/>
          <w:sz w:val="20"/>
        </w:rPr>
      </w:r>
      <w:proofErr w:type="spellEnd"/>
    </w:p>
    <w:tbl>
      <w:tblPr>
        <w:tblW w:w="10316" w:type="dxa"/>
        <w:tblLayout w:type="fixed"/>
        <w:tblLook w:val="04A0" w:firstRow="1" w:lastRow="0" w:firstColumn="1" w:lastColumn="0" w:noHBand="0" w:noVBand="1"/>
      </w:tblPr>
      <w:tblGrid>
        <w:gridCol w:w="1498"/>
        <w:gridCol w:w="3411"/>
        <w:gridCol w:w="1497"/>
        <w:gridCol w:w="3910"/>
      </w:tblGrid>
      <w:tr w:rsidR="00CE0DE7" w14:paraId="46675598" w14:textId="77777777">
        <w:trPr>
          <w:trHeight w:val="420"/>
        </w:trPr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B085C64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성명</w:t>
            </w:r>
          </w:p>
        </w:tc>
        <w:tc>
          <w:tcPr>
            <w:tcW w:w="295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ACD568D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[성명 입력]</w:t>
            </w:r>
          </w:p>
        </w:tc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27E1A1E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연락처</w:t>
            </w:r>
          </w:p>
        </w:tc>
        <w:tc>
          <w:tcPr>
            <w:tcW w:w="338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ABCC1E5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[연락처 입력]</w:t>
            </w:r>
          </w:p>
        </w:tc>
      </w:tr>
      <w:tr w:rsidR="00CE0DE7" w14:paraId="119CD27B" w14:textId="77777777">
        <w:trPr>
          <w:trHeight w:val="420"/>
        </w:trPr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54B752D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채용 부서</w:t>
            </w:r>
          </w:p>
        </w:tc>
        <w:tc>
          <w:tcPr>
            <w:tcW w:w="295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ADAE15E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[부서 / 팀 입력]</w:t>
            </w:r>
          </w:p>
        </w:tc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A049874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채용 직위</w:t>
            </w:r>
          </w:p>
        </w:tc>
        <w:tc>
          <w:tcPr>
            <w:tcW w:w="338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D599B05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[직위 / 직급 입력]</w:t>
            </w:r>
          </w:p>
        </w:tc>
      </w:tr>
      <w:tr w:rsidR="00CE0DE7" w14:paraId="7A6D5C3A" w14:textId="77777777">
        <w:trPr>
          <w:trHeight w:val="420"/>
        </w:trPr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8436CFC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이메일</w:t>
            </w:r>
          </w:p>
        </w:tc>
        <w:tc>
          <w:tcPr>
            <w:tcW w:w="295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DB8D124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[이메일 입력]</w:t>
            </w:r>
          </w:p>
        </w:tc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63C4ADE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통보일</w:t>
            </w:r>
          </w:p>
        </w:tc>
        <w:tc>
          <w:tcPr>
            <w:tcW w:w="338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210D2A2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      년    월    일]</w:t>
            </w:r>
          </w:p>
        </w:tc>
      </w:tr>
    </w:tbl>
    <w:p w14:paraId="507812EF" w14:textId="77777777" w:rsidR="00CE0DE7" w:rsidRDefault="00000000">
      <w:pPr>
        <w:pBdr>
          <w:bottom w:val="single" w:sz="10" w:space="3" w:color="2F75B5"/>
        </w:pBdr>
        <w:spacing w:before="160" w:after="60"/>
      </w:pPr>
      <w:r>
        <w:rPr>
          <w:b/>
          <w:color w:val="17365D"/>
          <w:sz w:val="20"/>
        </w:rPr>
        <w:t>2. 채용 확정 정보</w:t>
      </w:r>
    </w:p>
    <w:tbl>
      <w:tblPr>
        <w:tblW w:w="10316" w:type="dxa"/>
        <w:tblLayout w:type="fixed"/>
        <w:tblLook w:val="04A0" w:firstRow="1" w:lastRow="0" w:firstColumn="1" w:lastColumn="0" w:noHBand="0" w:noVBand="1"/>
      </w:tblPr>
      <w:tblGrid>
        <w:gridCol w:w="1650"/>
        <w:gridCol w:w="3219"/>
        <w:gridCol w:w="1651"/>
        <w:gridCol w:w="3796"/>
      </w:tblGrid>
      <w:tr w:rsidR="00CE0DE7" w14:paraId="3D261CF6" w14:textId="77777777">
        <w:trPr>
          <w:trHeight w:val="420"/>
        </w:trPr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97B2A06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입사 예정일</w:t>
            </w:r>
          </w:p>
        </w:tc>
        <w:tc>
          <w:tcPr>
            <w:tcW w:w="2808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      년    월    일]</w:t>
            </w:r>
          </w:p>
        </w:tc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F39ABE0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출근 시간</w:t>
            </w:r>
          </w:p>
        </w:tc>
        <w:tc>
          <w:tcPr>
            <w:tcW w:w="331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      시    분]</w:t>
            </w:r>
          </w:p>
        </w:tc>
      </w:tr>
      <w:tr w:rsidR="00CE0DE7" w14:paraId="3451D2DA" w14:textId="77777777">
        <w:trPr>
          <w:trHeight w:val="420"/>
        </w:trPr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A31DBB6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근무 장소</w:t>
            </w:r>
          </w:p>
        </w:tc>
        <w:tc>
          <w:tcPr>
            <w:tcW w:w="2808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[근무지 / 주소 입력]</w:t>
            </w:r>
          </w:p>
        </w:tc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5C7B593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고용 형태</w:t>
            </w:r>
          </w:p>
        </w:tc>
        <w:tc>
          <w:tcPr>
            <w:tcW w:w="331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[정규직 / 계약직 등]</w:t>
            </w:r>
          </w:p>
        </w:tc>
      </w:tr>
      <w:tr w:rsidR="00CE0DE7" w14:paraId="03AC37DD" w14:textId="77777777">
        <w:trPr>
          <w:trHeight w:val="420"/>
        </w:trPr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212B6D5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담당 업무</w:t>
            </w:r>
          </w:p>
        </w:tc>
        <w:tc>
          <w:tcPr>
            <w:tcW w:w="2808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2FCE7B6" w14:textId="77777777" w:rsidR="00CE0DE7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5354A"/>
                <w:sz w:val="17"/>
                <w:lang w:eastAsia="ko-KR"/>
              </w:rPr>
              <w:t>[담당 직무 입력]</w:t>
            </w:r>
            <w:proofErr w:type="spellStart"/>
            <w:r>
              <w:rPr>
                <w:color w:val="25354A"/>
                <w:sz w:val="17"/>
                <w:lang w:eastAsia="ko-KR"/>
              </w:rPr>
            </w:r>
            <w:proofErr w:type="spellEnd"/>
            <w:r>
              <w:rPr>
                <w:color w:val="25354A"/>
                <w:sz w:val="17"/>
                <w:lang w:eastAsia="ko-KR"/>
              </w:rPr>
            </w:r>
          </w:p>
        </w:tc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B522542" w14:textId="77777777" w:rsidR="00CE0DE7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7365D"/>
              </w:rPr>
              <w:t>담당자 연락처</w:t>
            </w:r>
            <w:proofErr w:type="spellEnd"/>
            <w:r>
              <w:rPr>
                <w:b/>
                <w:color w:val="17365D"/>
              </w:rPr>
            </w:r>
            <w:proofErr w:type="spellStart"/>
            <w:r>
              <w:rPr>
                <w:b/>
                <w:color w:val="17365D"/>
              </w:rPr>
            </w:r>
            <w:proofErr w:type="spellEnd"/>
          </w:p>
        </w:tc>
        <w:tc>
          <w:tcPr>
            <w:tcW w:w="331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96C1D48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[문의 연락처 입력]</w:t>
            </w:r>
          </w:p>
        </w:tc>
      </w:tr>
    </w:tbl>
    <w:p w14:paraId="00E7D18F" w14:textId="77777777" w:rsidR="00CE0DE7" w:rsidRDefault="00000000">
      <w:pPr>
        <w:pBdr>
          <w:bottom w:val="single" w:sz="10" w:space="3" w:color="2F75B5"/>
        </w:pBdr>
        <w:spacing w:before="160" w:after="60"/>
      </w:pPr>
      <w:r>
        <w:rPr>
          <w:b/>
          <w:color w:val="17365D"/>
          <w:sz w:val="20"/>
        </w:rPr>
        <w:t>3. 근무 조건 및 안내</w:t>
      </w:r>
    </w:p>
    <w:tbl>
      <w:tblPr>
        <w:tblW w:w="10318" w:type="dxa"/>
        <w:tblLayout w:type="fixed"/>
        <w:tblLook w:val="04A0" w:firstRow="1" w:lastRow="0" w:firstColumn="1" w:lastColumn="0" w:noHBand="0" w:noVBand="1"/>
      </w:tblPr>
      <w:tblGrid>
        <w:gridCol w:w="10318"/>
      </w:tblGrid>
      <w:tr w:rsidR="00CE0DE7" w14:paraId="5417C1FB" w14:textId="77777777">
        <w:trPr>
          <w:trHeight w:val="1200"/>
        </w:trPr>
        <w:tc>
          <w:tcPr>
            <w:tcW w:w="900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근무시간  [                                  ]</w:t>
              <w:br/>
              <w:t>급여 / 보수  [                              ]</w:t>
              <w:br/>
              <w:t>준비사항  [신분증, 제출서류 등 필요한 준비사항 입력]</w:t>
              <w:br/>
              <w:t>※ 세부 근로조건은 근로계약서 및 회사 안내에 따라 확인합니다.</w:t>
            </w:r>
          </w:p>
        </w:tc>
      </w:tr>
    </w:tbl>
    <w:p w14:paraId="2E79ABDA" w14:textId="77777777" w:rsidR="00CE0DE7" w:rsidRDefault="00000000">
      <w:pPr>
        <w:pBdr>
          <w:bottom w:val="single" w:sz="10" w:space="3" w:color="2F75B5"/>
        </w:pBdr>
        <w:spacing w:before="160" w:after="60"/>
      </w:pPr>
      <w:r>
        <w:rPr>
          <w:b/>
          <w:color w:val="17365D"/>
          <w:sz w:val="20"/>
        </w:rPr>
        <w:t>4. 입사 확인 및 비고</w:t>
      </w:r>
      <w:proofErr w:type="spellStart"/>
      <w:r>
        <w:rPr>
          <w:b/>
          <w:color w:val="17365D"/>
          <w:sz w:val="20"/>
        </w:rPr>
      </w:r>
      <w:proofErr w:type="spellEnd"/>
      <w:r>
        <w:rPr>
          <w:b/>
          <w:color w:val="17365D"/>
          <w:sz w:val="20"/>
        </w:rPr>
      </w:r>
      <w:proofErr w:type="spellStart"/>
      <w:r>
        <w:rPr>
          <w:b/>
          <w:color w:val="17365D"/>
          <w:sz w:val="20"/>
        </w:rPr>
      </w:r>
      <w:proofErr w:type="spellEnd"/>
    </w:p>
    <w:tbl>
      <w:tblPr>
        <w:tblW w:w="10318" w:type="dxa"/>
        <w:tblLayout w:type="fixed"/>
        <w:tblLook w:val="04A0" w:firstRow="1" w:lastRow="0" w:firstColumn="1" w:lastColumn="0" w:noHBand="0" w:noVBand="1"/>
      </w:tblPr>
      <w:tblGrid>
        <w:gridCol w:w="2229"/>
        <w:gridCol w:w="8089"/>
      </w:tblGrid>
      <w:tr w:rsidR="00CE0DE7" w14:paraId="1BEF7033" w14:textId="77777777">
        <w:trPr>
          <w:trHeight w:val="530"/>
        </w:trPr>
        <w:tc>
          <w:tcPr>
            <w:tcW w:w="194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CC292BB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입사 의사</w:t>
            </w:r>
          </w:p>
        </w:tc>
        <w:tc>
          <w:tcPr>
            <w:tcW w:w="705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F83BCD1" w14:textId="77777777" w:rsidR="00CE0DE7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5354A"/>
                <w:lang w:eastAsia="ko-KR"/>
              </w:rPr>
              <w:t>□ 확인   □ 별도 회신 예정</w:t>
            </w:r>
            <w:proofErr w:type="gramStart"/>
            <w:r>
              <w:rPr>
                <w:color w:val="25354A"/>
                <w:lang w:eastAsia="ko-KR"/>
              </w:rPr>
            </w:r>
            <w:proofErr w:type="gramEnd"/>
            <w:r>
              <w:rPr>
                <w:color w:val="25354A"/>
                <w:lang w:eastAsia="ko-KR"/>
              </w:rPr>
            </w:r>
            <w:proofErr w:type="gramStart"/>
            <w:r>
              <w:rPr>
                <w:color w:val="25354A"/>
                <w:lang w:eastAsia="ko-KR"/>
              </w:rPr>
            </w:r>
            <w:proofErr w:type="gramEnd"/>
            <w:r>
              <w:rPr>
                <w:color w:val="25354A"/>
                <w:lang w:eastAsia="ko-KR"/>
              </w:rPr>
            </w:r>
          </w:p>
        </w:tc>
      </w:tr>
      <w:tr w:rsidR="00CE0DE7" w14:paraId="10DC0DF4" w14:textId="77777777">
        <w:trPr>
          <w:trHeight w:val="530"/>
        </w:trPr>
        <w:tc>
          <w:tcPr>
            <w:tcW w:w="194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BB018F0" w14:textId="77777777" w:rsidR="00CE0DE7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7365D"/>
              </w:rPr>
              <w:t>회신 기한</w:t>
            </w:r>
            <w:proofErr w:type="spellEnd"/>
            <w:r>
              <w:rPr>
                <w:b/>
                <w:color w:val="17365D"/>
              </w:rPr>
            </w:r>
            <w:proofErr w:type="spellStart"/>
            <w:r>
              <w:rPr>
                <w:b/>
                <w:color w:val="17365D"/>
              </w:rPr>
            </w:r>
            <w:proofErr w:type="spellEnd"/>
          </w:p>
        </w:tc>
        <w:tc>
          <w:tcPr>
            <w:tcW w:w="705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DB982CF" w14:textId="77777777" w:rsidR="00CE0DE7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5354A"/>
                <w:lang w:eastAsia="ko-KR"/>
              </w:rPr>
              <w:t>[      년    월    일까지]</w:t>
            </w:r>
            <w:proofErr w:type="gramStart"/>
            <w:r>
              <w:rPr>
                <w:color w:val="25354A"/>
                <w:lang w:eastAsia="ko-KR"/>
              </w:rPr>
            </w:r>
            <w:proofErr w:type="gramEnd"/>
            <w:r>
              <w:rPr>
                <w:color w:val="25354A"/>
                <w:lang w:eastAsia="ko-KR"/>
              </w:rPr>
            </w:r>
          </w:p>
        </w:tc>
      </w:tr>
      <w:tr w:rsidR="00CE0DE7" w14:paraId="51292AC9" w14:textId="77777777">
        <w:trPr>
          <w:trHeight w:val="420"/>
        </w:trPr>
        <w:tc>
          <w:tcPr>
            <w:tcW w:w="194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비고</w:t>
            </w:r>
          </w:p>
        </w:tc>
        <w:tc>
          <w:tcPr>
            <w:tcW w:w="705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[추가 안내사항 입력]</w:t>
            </w:r>
          </w:p>
        </w:tc>
      </w:tr>
    </w:tbl>
    <w:p w14:paraId="335B4340" w14:textId="77777777" w:rsidR="00CE0DE7" w:rsidRDefault="00000000">
      <w:pPr>
        <w:spacing w:before="200" w:after="100"/>
        <w:jc w:val="center"/>
        <w:rPr>
          <w:color w:val="17365D"/>
          <w:sz w:val="20"/>
          <w:lang w:eastAsia="ko-KR"/>
        </w:rPr>
      </w:pPr>
      <w:r>
        <w:rPr>
          <w:color w:val="17365D"/>
          <w:sz w:val="20"/>
          <w:lang w:eastAsia="ko-KR"/>
        </w:rPr>
        <w:t>위와 같이 채용이 확정되었음을 안내드립니다.</w:t>
      </w:r>
      <w:proofErr w:type="spellStart"/>
      <w:r>
        <w:rPr>
          <w:color w:val="17365D"/>
          <w:sz w:val="20"/>
          <w:lang w:eastAsia="ko-KR"/>
        </w:rPr>
      </w:r>
      <w:proofErr w:type="spellEnd"/>
      <w:r>
        <w:rPr>
          <w:color w:val="17365D"/>
          <w:sz w:val="20"/>
          <w:lang w:eastAsia="ko-KR"/>
        </w:rPr>
      </w:r>
    </w:p>
    <w:p w14:paraId="74072F16" w14:textId="77777777" w:rsidR="00E3047D" w:rsidRDefault="00E3047D">
      <w:pPr>
        <w:spacing w:before="200" w:after="100"/>
        <w:jc w:val="center"/>
        <w:rPr>
          <w:lang w:eastAsia="ko-KR"/>
        </w:rPr>
      </w:pPr>
    </w:p>
    <w:tbl>
      <w:tblPr>
        <w:tblW w:w="10318" w:type="dxa"/>
        <w:tblLayout w:type="fixed"/>
        <w:tblLook w:val="04A0" w:firstRow="1" w:lastRow="0" w:firstColumn="1" w:lastColumn="0" w:noHBand="0" w:noVBand="1"/>
      </w:tblPr>
      <w:tblGrid>
        <w:gridCol w:w="4045"/>
        <w:gridCol w:w="6273"/>
      </w:tblGrid>
      <w:tr w:rsidR="00CE0DE7" w14:paraId="61A8589B" w14:textId="77777777">
        <w:trPr>
          <w:trHeight w:val="480"/>
        </w:trPr>
        <w:tc>
          <w:tcPr>
            <w:tcW w:w="3528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F2FCD1C" w14:textId="77777777" w:rsidR="00CE0DE7" w:rsidRDefault="00000000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b/>
                <w:color w:val="17365D"/>
              </w:rPr>
              <w:t>통보일  [       년     월     일]</w:t>
            </w:r>
            <w:proofErr w:type="spellEnd"/>
            <w:r>
              <w:rPr>
                <w:b/>
                <w:color w:val="17365D"/>
              </w:rPr>
            </w:r>
            <w:proofErr w:type="gramEnd"/>
            <w:r>
              <w:rPr>
                <w:b/>
                <w:color w:val="17365D"/>
              </w:rPr>
            </w:r>
          </w:p>
        </w:tc>
        <w:tc>
          <w:tcPr>
            <w:tcW w:w="547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7DC835C" w14:textId="77777777" w:rsidR="00CE0DE7" w:rsidRDefault="00000000">
            <w:pPr>
              <w:spacing w:after="0" w:line="240" w:lineRule="auto"/>
              <w:jc w:val="center"/>
              <w:rPr>
                <w:lang w:eastAsia="ko-KR"/>
              </w:rPr>
            </w:pPr>
            <w:proofErr w:type="gramStart"/>
            <w:r>
              <w:rPr>
                <w:color w:val="25354A"/>
                <w:lang w:eastAsia="ko-KR"/>
              </w:rPr>
              <w:t>회사 / 담당자  [                    ]  (서명 또는 인)</w:t>
            </w:r>
            <w:proofErr w:type="gramEnd"/>
            <w:r>
              <w:rPr>
                <w:color w:val="25354A"/>
                <w:lang w:eastAsia="ko-KR"/>
              </w:rPr>
            </w:r>
            <w:proofErr w:type="gramStart"/>
            <w:r>
              <w:rPr>
                <w:color w:val="25354A"/>
                <w:lang w:eastAsia="ko-KR"/>
              </w:rPr>
            </w:r>
            <w:proofErr w:type="gramEnd"/>
            <w:r>
              <w:rPr>
                <w:color w:val="25354A"/>
                <w:lang w:eastAsia="ko-KR"/>
              </w:rPr>
            </w:r>
          </w:p>
        </w:tc>
      </w:tr>
    </w:tbl>
    <w:p w14:paraId="125C19A3" w14:textId="77777777" w:rsidR="00901D77" w:rsidRDefault="00901D77">
      <w:pPr>
        <w:rPr>
          <w:lang w:eastAsia="ko-KR"/>
        </w:rPr>
      </w:pPr>
    </w:p>
    <w:sectPr w:rsidR="00901D77" w:rsidSect="00034616">
      <w:pgSz w:w="11906" w:h="16838"/>
      <w:pgMar w:top="737" w:right="794" w:bottom="680" w:left="794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7968390">
    <w:abstractNumId w:val="8"/>
  </w:num>
  <w:num w:numId="2" w16cid:durableId="465047229">
    <w:abstractNumId w:val="6"/>
  </w:num>
  <w:num w:numId="3" w16cid:durableId="1029719895">
    <w:abstractNumId w:val="5"/>
  </w:num>
  <w:num w:numId="4" w16cid:durableId="396978075">
    <w:abstractNumId w:val="4"/>
  </w:num>
  <w:num w:numId="5" w16cid:durableId="259027990">
    <w:abstractNumId w:val="7"/>
  </w:num>
  <w:num w:numId="6" w16cid:durableId="721709220">
    <w:abstractNumId w:val="3"/>
  </w:num>
  <w:num w:numId="7" w16cid:durableId="1633631187">
    <w:abstractNumId w:val="2"/>
  </w:num>
  <w:num w:numId="8" w16cid:durableId="141196534">
    <w:abstractNumId w:val="1"/>
  </w:num>
  <w:num w:numId="9" w16cid:durableId="59101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01D77"/>
    <w:rsid w:val="00AA1D8D"/>
    <w:rsid w:val="00B47730"/>
    <w:rsid w:val="00BC39E1"/>
    <w:rsid w:val="00CB0664"/>
    <w:rsid w:val="00CE0DE7"/>
    <w:rsid w:val="00E304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37D202"/>
  <w14:defaultImageDpi w14:val="300"/>
  <w15:docId w15:val="{000BF6A4-22DB-47EC-827F-10BBF0CC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조퇴신청서 신규 A4 한 페이지 서식</dc:title>
  <dc:subject>조퇴신청서</dc:subject>
  <dc:creator>Manus AI</dc:creator>
  <cp:keywords/>
  <dc:description>모든 표의 좌우 외곽선을 동일한 본문 폭 기준으로 정렬한 버전</dc:description>
  <cp:lastModifiedBy>jihye hong</cp:lastModifiedBy>
  <cp:revision>2</cp:revision>
  <dcterms:created xsi:type="dcterms:W3CDTF">2013-12-23T23:15:00Z</dcterms:created>
  <dcterms:modified xsi:type="dcterms:W3CDTF">2026-08-21T05:34:00Z</dcterms:modified>
  <cp:category/>
</cp:coreProperties>
</file>