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Malgun Gothic" w:hAnsi="Malgun Gothic" w:eastAsia="맑은 고딕"/>
          <w:b/>
          <w:color w:val="111111"/>
          <w:sz w:val="38"/>
        </w:rPr>
        <w:t>차 량 운 행 일 지</w:t>
      </w:r>
    </w:p>
    <w:p>
      <w:pPr>
        <w:spacing w:after="120"/>
        <w:jc w:val="center"/>
      </w:pPr>
      <w:r>
        <w:rPr>
          <w:rFonts w:ascii="Malgun Gothic" w:hAnsi="Malgun Gothic" w:eastAsia="맑은 고딕"/>
          <w:b w:val="0"/>
          <w:color w:val="5B6470"/>
          <w:sz w:val="16"/>
        </w:rPr>
        <w:t>차량별 운행 구간·주행거리·주유 및 운행 내역을 기록하는 관리 서식</w:t>
      </w:r>
    </w:p>
    <w:p>
      <w:pPr>
        <w:spacing w:after="40"/>
      </w:pPr>
      <w:r>
        <w:rPr>
          <w:rFonts w:ascii="Malgun Gothic" w:hAnsi="Malgun Gothic" w:eastAsia="맑은 고딕"/>
          <w:b/>
          <w:color w:val="222222"/>
          <w:sz w:val="18"/>
        </w:rPr>
        <w:t>1. 차량 및 운행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차량번호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차종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운전자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작성일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</w:tr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소속 / 부서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운행기간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 ~ 20   년   월   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초기 계기판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관리번호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6C0CC"/>
              <w:bottom w:val="single" w:sz="6" w:color="B6C0CC"/>
              <w:left w:val="single" w:sz="6" w:color="B6C0CC"/>
              <w:right w:val="single" w:sz="6" w:color="B6C0CC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222222"/>
          <w:sz w:val="18"/>
        </w:rPr>
        <w:t>2. 운행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번호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일자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출발시간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도착시간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출발지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도착지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운행 목적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주행 전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주행 후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운행거리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주유량 L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주유비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비고</w:t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08/22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09:00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10:20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본사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거래처 A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3"/>
              </w:rPr>
              <w:t>납품 및 미팅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12,350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12,388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38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20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35,000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3"/>
              </w:rPr>
              <w:t>정상</w:t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2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3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4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5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6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7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222222"/>
          <w:sz w:val="18"/>
        </w:rPr>
        <w:t>운행 요약 및 확인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운행거리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주유량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주유비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최종 계기판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특이사항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작성자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(서명)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확인자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(서명)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9EEF5"/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확인일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AEB8C4"/>
              <w:bottom w:val="single" w:sz="6" w:color="AEB8C4"/>
              <w:left w:val="single" w:sz="6" w:color="AEB8C4"/>
              <w:right w:val="single" w:sz="6" w:color="AEB8C4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20   년   월   일</w:t>
            </w:r>
          </w:p>
        </w:tc>
      </w:tr>
    </w:tbl>
    <w:sectPr w:rsidR="00FC693F" w:rsidRPr="0006063C" w:rsidSect="00034616">
      <w:pgSz w:w="16838" w:h="11906"/>
      <w:pgMar w:top="85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