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7739"/>
        <w:gridCol w:w="7739"/>
      </w:tblGrid>
      <w:tr>
        <w:tc>
          <w:tcPr>
            <w:tcW w:type="dxa" w:w="7739"/>
            <w:vAlign w:val="center"/>
            <w:tcBorders>
              <w:top w:val="nil" w:sz="4" w:color="BCC9C7"/>
              <w:bottom w:val="nil" w:sz="4" w:color="BCC9C7"/>
              <w:left w:val="nil" w:sz="4" w:color="BCC9C7"/>
              <w:right w:val="nil" w:sz="4" w:color="BCC9C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/>
                <w:color w:val="367A71"/>
                <w:sz w:val="18"/>
              </w:rPr>
              <w:t>EMPLOYEE DIRECTORY</w:t>
            </w:r>
          </w:p>
        </w:tc>
        <w:tc>
          <w:tcPr>
            <w:tcW w:type="dxa" w:w="7739"/>
            <w:vAlign w:val="center"/>
            <w:tcBorders>
              <w:top w:val="nil" w:sz="4" w:color="BCC9C7"/>
              <w:bottom w:val="nil" w:sz="4" w:color="BCC9C7"/>
              <w:left w:val="nil" w:sz="4" w:color="BCC9C7"/>
              <w:right w:val="nil" w:sz="4" w:color="BCC9C7"/>
            </w:tcBorders>
          </w:tcPr>
          <w:p>
            <w:pPr>
              <w:spacing w:before="0" w:after="0"/>
              <w:jc w:val="right"/>
            </w:pPr>
            <w:r/>
            <w:r>
              <w:rPr>
                <w:rFonts w:ascii="Malgun Gothic" w:hAnsi="Malgun Gothic" w:eastAsia="맑은 고딕"/>
                <w:b/>
                <w:color w:val="262D35"/>
                <w:sz w:val="42"/>
              </w:rPr>
              <w:t>직원명부</w:t>
            </w:r>
          </w:p>
        </w:tc>
      </w:tr>
    </w:tbl>
    <w:p>
      <w:pPr>
        <w:spacing w:before="0" w:after="80"/>
      </w:pPr>
      <w:r>
        <w:rPr>
          <w:rFonts w:ascii="Malgun Gothic" w:hAnsi="Malgun Gothic" w:eastAsia="맑은 고딕"/>
          <w:sz w:val="16"/>
        </w:rPr>
        <w:t>직원의 기본 재직정보를 부서별·직위별로 한눈에 확인하고 관리하기 위한 내부 업무용 서식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580"/>
        <w:gridCol w:w="2580"/>
        <w:gridCol w:w="2580"/>
        <w:gridCol w:w="2580"/>
        <w:gridCol w:w="2580"/>
        <w:gridCol w:w="2580"/>
      </w:tblGrid>
      <w:tr>
        <w:trPr>
          <w:trHeight w:val="510"/>
        </w:trPr>
        <w:tc>
          <w:tcPr>
            <w:tcW w:type="dxa" w:w="2580"/>
            <w:shd w:fill="E7F2F0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06059"/>
                <w:sz w:val="14"/>
              </w:rPr>
              <w:t>회사명</w:t>
            </w:r>
          </w:p>
        </w:tc>
        <w:tc>
          <w:tcPr>
            <w:tcW w:type="dxa" w:w="2580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4"/>
              </w:rPr>
            </w:r>
          </w:p>
        </w:tc>
        <w:tc>
          <w:tcPr>
            <w:tcW w:type="dxa" w:w="2580"/>
            <w:shd w:fill="E7F2F0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06059"/>
                <w:sz w:val="14"/>
              </w:rPr>
              <w:t>작성 기준일</w:t>
            </w:r>
          </w:p>
        </w:tc>
        <w:tc>
          <w:tcPr>
            <w:tcW w:type="dxa" w:w="2580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4"/>
              </w:rPr>
              <w:t>20    년    월    일</w:t>
            </w:r>
          </w:p>
        </w:tc>
        <w:tc>
          <w:tcPr>
            <w:tcW w:type="dxa" w:w="2580"/>
            <w:shd w:fill="E7F2F0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306059"/>
                <w:sz w:val="14"/>
              </w:rPr>
              <w:t>담당부서</w:t>
            </w:r>
          </w:p>
        </w:tc>
        <w:tc>
          <w:tcPr>
            <w:tcW w:type="dxa" w:w="2580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4"/>
              </w:rPr>
            </w:r>
          </w:p>
        </w:tc>
      </w:tr>
    </w:tbl>
    <w:p>
      <w:pPr>
        <w:spacing w:before="40" w:after="20"/>
      </w:pPr>
      <w:r>
        <w:rPr>
          <w:rFonts w:ascii="Malgun Gothic" w:hAnsi="Malgun Gothic" w:eastAsia="맑은 고딕"/>
          <w:b/>
          <w:color w:val="316962"/>
          <w:sz w:val="19"/>
        </w:rPr>
        <w:t>01  EMPLOYEE LIST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07"/>
        <w:gridCol w:w="1407"/>
        <w:gridCol w:w="1407"/>
        <w:gridCol w:w="1407"/>
        <w:gridCol w:w="1407"/>
        <w:gridCol w:w="1407"/>
        <w:gridCol w:w="1407"/>
        <w:gridCol w:w="1407"/>
        <w:gridCol w:w="1407"/>
        <w:gridCol w:w="1407"/>
        <w:gridCol w:w="1407"/>
      </w:tblGrid>
      <w:tr>
        <w:trPr>
          <w:trHeight w:val="567"/>
        </w:trPr>
        <w:tc>
          <w:tcPr>
            <w:tcW w:type="dxa" w:w="567"/>
            <w:shd w:fill="DCEBE8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D534E"/>
                <w:sz w:val="14"/>
              </w:rPr>
              <w:t>No.</w:t>
            </w:r>
          </w:p>
        </w:tc>
        <w:tc>
          <w:tcPr>
            <w:tcW w:type="dxa" w:w="1247"/>
            <w:shd w:fill="DCEBE8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D534E"/>
                <w:sz w:val="14"/>
              </w:rPr>
              <w:t>성명</w:t>
            </w:r>
          </w:p>
        </w:tc>
        <w:tc>
          <w:tcPr>
            <w:tcW w:type="dxa" w:w="1020"/>
            <w:shd w:fill="DCEBE8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D534E"/>
                <w:sz w:val="14"/>
              </w:rPr>
              <w:t>사번</w:t>
            </w:r>
          </w:p>
        </w:tc>
        <w:tc>
          <w:tcPr>
            <w:tcW w:type="dxa" w:w="1587"/>
            <w:shd w:fill="DCEBE8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D534E"/>
                <w:sz w:val="14"/>
              </w:rPr>
              <w:t>소속 부서</w:t>
            </w:r>
          </w:p>
        </w:tc>
        <w:tc>
          <w:tcPr>
            <w:tcW w:type="dxa" w:w="1417"/>
            <w:shd w:fill="DCEBE8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D534E"/>
                <w:sz w:val="14"/>
              </w:rPr>
              <w:t>직위 / 직책</w:t>
            </w:r>
          </w:p>
        </w:tc>
        <w:tc>
          <w:tcPr>
            <w:tcW w:type="dxa" w:w="1247"/>
            <w:shd w:fill="DCEBE8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D534E"/>
                <w:sz w:val="14"/>
              </w:rPr>
              <w:t>입사일</w:t>
            </w:r>
          </w:p>
        </w:tc>
        <w:tc>
          <w:tcPr>
            <w:tcW w:type="dxa" w:w="1304"/>
            <w:shd w:fill="DCEBE8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D534E"/>
                <w:sz w:val="14"/>
              </w:rPr>
              <w:t>고용형태</w:t>
            </w:r>
          </w:p>
        </w:tc>
        <w:tc>
          <w:tcPr>
            <w:tcW w:type="dxa" w:w="1304"/>
            <w:shd w:fill="DCEBE8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D534E"/>
                <w:sz w:val="14"/>
              </w:rPr>
              <w:t>근무 상태</w:t>
            </w:r>
          </w:p>
        </w:tc>
        <w:tc>
          <w:tcPr>
            <w:tcW w:type="dxa" w:w="1531"/>
            <w:shd w:fill="DCEBE8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D534E"/>
                <w:sz w:val="14"/>
              </w:rPr>
              <w:t>연락처</w:t>
            </w:r>
          </w:p>
        </w:tc>
        <w:tc>
          <w:tcPr>
            <w:tcW w:type="dxa" w:w="2381"/>
            <w:shd w:fill="DCEBE8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D534E"/>
                <w:sz w:val="14"/>
              </w:rPr>
              <w:t>이메일</w:t>
            </w:r>
          </w:p>
        </w:tc>
        <w:tc>
          <w:tcPr>
            <w:tcW w:type="dxa" w:w="1531"/>
            <w:shd w:fill="DCEBE8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/>
                <w:color w:val="2D534E"/>
                <w:sz w:val="14"/>
              </w:rPr>
              <w:t>비고</w:t>
            </w:r>
          </w:p>
        </w:tc>
      </w:tr>
      <w:tr>
        <w:trPr>
          <w:trHeight w:val="510"/>
        </w:trPr>
        <w:tc>
          <w:tcPr>
            <w:tcW w:type="dxa" w:w="567"/>
            <w:shd w:fill="F5F9F8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1</w:t>
            </w:r>
          </w:p>
        </w:tc>
        <w:tc>
          <w:tcPr>
            <w:tcW w:type="dxa" w:w="1247"/>
            <w:shd w:fill="F5F9F8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홍길동</w:t>
            </w:r>
          </w:p>
        </w:tc>
        <w:tc>
          <w:tcPr>
            <w:tcW w:type="dxa" w:w="1020"/>
            <w:shd w:fill="F5F9F8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A-001</w:t>
            </w:r>
          </w:p>
        </w:tc>
        <w:tc>
          <w:tcPr>
            <w:tcW w:type="dxa" w:w="1587"/>
            <w:shd w:fill="F5F9F8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경영지원팀</w:t>
            </w:r>
          </w:p>
        </w:tc>
        <w:tc>
          <w:tcPr>
            <w:tcW w:type="dxa" w:w="1417"/>
            <w:shd w:fill="F5F9F8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대리</w:t>
            </w:r>
          </w:p>
        </w:tc>
        <w:tc>
          <w:tcPr>
            <w:tcW w:type="dxa" w:w="1247"/>
            <w:shd w:fill="F5F9F8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2026. 01. 05</w:t>
            </w:r>
          </w:p>
        </w:tc>
        <w:tc>
          <w:tcPr>
            <w:tcW w:type="dxa" w:w="1304"/>
            <w:shd w:fill="F5F9F8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정규직</w:t>
            </w:r>
          </w:p>
        </w:tc>
        <w:tc>
          <w:tcPr>
            <w:tcW w:type="dxa" w:w="1304"/>
            <w:shd w:fill="F5F9F8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재직</w:t>
            </w:r>
          </w:p>
        </w:tc>
        <w:tc>
          <w:tcPr>
            <w:tcW w:type="dxa" w:w="1531"/>
            <w:shd w:fill="F5F9F8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010-0000-0000</w:t>
            </w:r>
          </w:p>
        </w:tc>
        <w:tc>
          <w:tcPr>
            <w:tcW w:type="dxa" w:w="2381"/>
            <w:shd w:fill="F5F9F8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example@company.com</w:t>
            </w:r>
          </w:p>
        </w:tc>
        <w:tc>
          <w:tcPr>
            <w:tcW w:type="dxa" w:w="1531"/>
            <w:shd w:fill="F5F9F8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작성 예시</w:t>
            </w:r>
          </w:p>
        </w:tc>
      </w:tr>
      <w:tr>
        <w:trPr>
          <w:trHeight w:val="510"/>
        </w:trPr>
        <w:tc>
          <w:tcPr>
            <w:tcW w:type="dxa" w:w="56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2</w:t>
            </w:r>
          </w:p>
        </w:tc>
        <w:tc>
          <w:tcPr>
            <w:tcW w:type="dxa" w:w="124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020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8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41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24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20  .  .</w:t>
            </w:r>
          </w:p>
        </w:tc>
        <w:tc>
          <w:tcPr>
            <w:tcW w:type="dxa" w:w="1304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304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3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238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3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</w:tr>
      <w:tr>
        <w:trPr>
          <w:trHeight w:val="510"/>
        </w:trPr>
        <w:tc>
          <w:tcPr>
            <w:tcW w:type="dxa" w:w="56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3</w:t>
            </w:r>
          </w:p>
        </w:tc>
        <w:tc>
          <w:tcPr>
            <w:tcW w:type="dxa" w:w="124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020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8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41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24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20  .  .</w:t>
            </w:r>
          </w:p>
        </w:tc>
        <w:tc>
          <w:tcPr>
            <w:tcW w:type="dxa" w:w="1304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304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3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238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3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</w:tr>
      <w:tr>
        <w:trPr>
          <w:trHeight w:val="510"/>
        </w:trPr>
        <w:tc>
          <w:tcPr>
            <w:tcW w:type="dxa" w:w="56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4</w:t>
            </w:r>
          </w:p>
        </w:tc>
        <w:tc>
          <w:tcPr>
            <w:tcW w:type="dxa" w:w="124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020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8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41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24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20  .  .</w:t>
            </w:r>
          </w:p>
        </w:tc>
        <w:tc>
          <w:tcPr>
            <w:tcW w:type="dxa" w:w="1304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304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3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238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3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</w:tr>
      <w:tr>
        <w:trPr>
          <w:trHeight w:val="510"/>
        </w:trPr>
        <w:tc>
          <w:tcPr>
            <w:tcW w:type="dxa" w:w="56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5</w:t>
            </w:r>
          </w:p>
        </w:tc>
        <w:tc>
          <w:tcPr>
            <w:tcW w:type="dxa" w:w="124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020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8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41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24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20  .  .</w:t>
            </w:r>
          </w:p>
        </w:tc>
        <w:tc>
          <w:tcPr>
            <w:tcW w:type="dxa" w:w="1304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304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3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238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3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</w:tr>
      <w:tr>
        <w:trPr>
          <w:trHeight w:val="510"/>
        </w:trPr>
        <w:tc>
          <w:tcPr>
            <w:tcW w:type="dxa" w:w="56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6</w:t>
            </w:r>
          </w:p>
        </w:tc>
        <w:tc>
          <w:tcPr>
            <w:tcW w:type="dxa" w:w="124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020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8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41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24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20  .  .</w:t>
            </w:r>
          </w:p>
        </w:tc>
        <w:tc>
          <w:tcPr>
            <w:tcW w:type="dxa" w:w="1304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304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3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238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3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</w:tr>
      <w:tr>
        <w:trPr>
          <w:trHeight w:val="510"/>
        </w:trPr>
        <w:tc>
          <w:tcPr>
            <w:tcW w:type="dxa" w:w="56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7</w:t>
            </w:r>
          </w:p>
        </w:tc>
        <w:tc>
          <w:tcPr>
            <w:tcW w:type="dxa" w:w="124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020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8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41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24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20  .  .</w:t>
            </w:r>
          </w:p>
        </w:tc>
        <w:tc>
          <w:tcPr>
            <w:tcW w:type="dxa" w:w="1304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304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3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238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3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</w:tr>
      <w:tr>
        <w:trPr>
          <w:trHeight w:val="510"/>
        </w:trPr>
        <w:tc>
          <w:tcPr>
            <w:tcW w:type="dxa" w:w="56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8</w:t>
            </w:r>
          </w:p>
        </w:tc>
        <w:tc>
          <w:tcPr>
            <w:tcW w:type="dxa" w:w="124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020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8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41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24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20  .  .</w:t>
            </w:r>
          </w:p>
        </w:tc>
        <w:tc>
          <w:tcPr>
            <w:tcW w:type="dxa" w:w="1304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304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3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238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3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</w:tr>
      <w:tr>
        <w:trPr>
          <w:trHeight w:val="510"/>
        </w:trPr>
        <w:tc>
          <w:tcPr>
            <w:tcW w:type="dxa" w:w="56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9</w:t>
            </w:r>
          </w:p>
        </w:tc>
        <w:tc>
          <w:tcPr>
            <w:tcW w:type="dxa" w:w="124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020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8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41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24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20  .  .</w:t>
            </w:r>
          </w:p>
        </w:tc>
        <w:tc>
          <w:tcPr>
            <w:tcW w:type="dxa" w:w="1304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304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3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238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3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</w:tr>
      <w:tr>
        <w:trPr>
          <w:trHeight w:val="510"/>
        </w:trPr>
        <w:tc>
          <w:tcPr>
            <w:tcW w:type="dxa" w:w="56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10</w:t>
            </w:r>
          </w:p>
        </w:tc>
        <w:tc>
          <w:tcPr>
            <w:tcW w:type="dxa" w:w="124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020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8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41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24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20  .  .</w:t>
            </w:r>
          </w:p>
        </w:tc>
        <w:tc>
          <w:tcPr>
            <w:tcW w:type="dxa" w:w="1304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304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3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238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3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</w:tr>
      <w:tr>
        <w:trPr>
          <w:trHeight w:val="510"/>
        </w:trPr>
        <w:tc>
          <w:tcPr>
            <w:tcW w:type="dxa" w:w="56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11</w:t>
            </w:r>
          </w:p>
        </w:tc>
        <w:tc>
          <w:tcPr>
            <w:tcW w:type="dxa" w:w="124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020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8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41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24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20  .  .</w:t>
            </w:r>
          </w:p>
        </w:tc>
        <w:tc>
          <w:tcPr>
            <w:tcW w:type="dxa" w:w="1304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304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3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238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3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</w:tr>
      <w:tr>
        <w:trPr>
          <w:trHeight w:val="510"/>
        </w:trPr>
        <w:tc>
          <w:tcPr>
            <w:tcW w:type="dxa" w:w="56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12</w:t>
            </w:r>
          </w:p>
        </w:tc>
        <w:tc>
          <w:tcPr>
            <w:tcW w:type="dxa" w:w="124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020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8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41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247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  <w:t>20  .  .</w:t>
            </w:r>
          </w:p>
        </w:tc>
        <w:tc>
          <w:tcPr>
            <w:tcW w:type="dxa" w:w="1304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304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3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center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238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  <w:tc>
          <w:tcPr>
            <w:tcW w:type="dxa" w:w="1531"/>
            <w:vAlign w:val="center"/>
            <w:tcBorders>
              <w:top w:val="single" w:sz="4" w:color="BCC9C7"/>
              <w:bottom w:val="single" w:sz="4" w:color="BCC9C7"/>
              <w:left w:val="single" w:sz="4" w:color="BCC9C7"/>
              <w:right w:val="single" w:sz="4" w:color="BCC9C7"/>
            </w:tcBorders>
          </w:tcPr>
          <w:p>
            <w:pPr>
              <w:spacing w:before="0" w:after="0"/>
              <w:jc w:val="left"/>
            </w:pPr>
            <w:r/>
            <w:r>
              <w:rPr>
                <w:rFonts w:ascii="Malgun Gothic" w:hAnsi="Malgun Gothic" w:eastAsia="맑은 고딕"/>
                <w:b w:val="0"/>
                <w:sz w:val="13"/>
              </w:rPr>
            </w:r>
          </w:p>
        </w:tc>
      </w:tr>
    </w:tbl>
    <w:p>
      <w:pPr>
        <w:spacing w:before="60" w:after="0"/>
      </w:pPr>
      <w:r>
        <w:rPr>
          <w:rFonts w:ascii="Malgun Gothic" w:hAnsi="Malgun Gothic" w:eastAsia="맑은 고딕"/>
          <w:color w:val="606C71"/>
          <w:sz w:val="14"/>
        </w:rPr>
        <w:t>※ 회사의 내부 인사관리 기준에 따라 필요한 항목을 조정하여 사용할 수 있습니다. 주민등록번호 등 직원명부 관리 목적에 필요하지 않은 개인정보는 포함하지 않는 것을 권장합니다.</w:t>
      </w:r>
    </w:p>
    <w:sectPr w:rsidR="00FC693F" w:rsidRPr="0006063C" w:rsidSect="00034616">
      <w:pgSz w:w="16838" w:h="11906" w:orient="landscape"/>
      <w:pgMar w:top="624" w:right="680" w:bottom="624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맑은 고딕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