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0667" w14:textId="77777777" w:rsidR="00A547B5" w:rsidRDefault="00000000">
      <w:pPr>
        <w:spacing w:after="40"/>
        <w:jc w:val="center"/>
        <w:rPr>
          <w:lang w:eastAsia="ko-KR"/>
        </w:rPr>
      </w:pPr>
      <w:r>
        <w:rPr>
          <w:b/>
          <w:sz w:val="44"/>
          <w:lang w:eastAsia="ko-KR"/>
        </w:rPr>
        <w:t>직 원 명 부</w:t>
      </w:r>
    </w:p>
    <w:p w14:paraId="2AF2A6B0" w14:textId="77777777" w:rsidR="00A547B5" w:rsidRDefault="00000000">
      <w:pPr>
        <w:spacing w:after="100"/>
        <w:jc w:val="center"/>
        <w:rPr>
          <w:lang w:eastAsia="ko-KR"/>
        </w:rPr>
      </w:pPr>
      <w:r>
        <w:rPr>
          <w:sz w:val="17"/>
          <w:lang w:eastAsia="ko-KR"/>
        </w:rPr>
        <w:t>직원의 기본 재직정보를 한눈에 정리·관리하기 위한 내부 업무용 서식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330"/>
        <w:gridCol w:w="2580"/>
        <w:gridCol w:w="2580"/>
        <w:gridCol w:w="2580"/>
        <w:gridCol w:w="2580"/>
        <w:gridCol w:w="2517"/>
      </w:tblGrid>
      <w:tr w:rsidR="00A547B5" w14:paraId="1E9DD64C" w14:textId="77777777" w:rsidTr="005D378C">
        <w:trPr>
          <w:trHeight w:val="510"/>
        </w:trPr>
        <w:tc>
          <w:tcPr>
            <w:tcW w:w="233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E8EEF6"/>
            <w:vAlign w:val="center"/>
          </w:tcPr>
          <w:p w14:paraId="39F17EC9" w14:textId="77777777" w:rsidR="00A547B5" w:rsidRDefault="00000000">
            <w:pPr>
              <w:spacing w:after="0"/>
              <w:jc w:val="center"/>
            </w:pPr>
            <w:proofErr w:type="spellStart"/>
            <w:r>
              <w:rPr>
                <w:b/>
                <w:sz w:val="15"/>
              </w:rPr>
              <w:t>회사명</w:t>
            </w:r>
            <w:proofErr w:type="spellEnd"/>
          </w:p>
        </w:tc>
        <w:tc>
          <w:tcPr>
            <w:tcW w:w="258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099BE7D" w14:textId="77777777" w:rsidR="00A547B5" w:rsidRDefault="00A547B5">
            <w:pPr>
              <w:spacing w:after="0"/>
            </w:pPr>
          </w:p>
        </w:tc>
        <w:tc>
          <w:tcPr>
            <w:tcW w:w="258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E8EEF6"/>
            <w:vAlign w:val="center"/>
          </w:tcPr>
          <w:p w14:paraId="252D703E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작성 기준일</w:t>
            </w:r>
          </w:p>
        </w:tc>
        <w:tc>
          <w:tcPr>
            <w:tcW w:w="258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B37C228" w14:textId="77777777" w:rsidR="00A547B5" w:rsidRDefault="00000000">
            <w:pPr>
              <w:spacing w:after="0"/>
            </w:pPr>
            <w:r>
              <w:rPr>
                <w:sz w:val="15"/>
              </w:rPr>
              <w:t>20    년    월    일</w:t>
            </w:r>
          </w:p>
        </w:tc>
        <w:tc>
          <w:tcPr>
            <w:tcW w:w="258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E8EEF6"/>
            <w:vAlign w:val="center"/>
          </w:tcPr>
          <w:p w14:paraId="05205063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5"/>
              </w:rPr>
              <w:t>담당부서</w:t>
            </w:r>
          </w:p>
        </w:tc>
        <w:tc>
          <w:tcPr>
            <w:tcW w:w="25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3B8ABA6" w14:textId="77777777" w:rsidR="00A547B5" w:rsidRDefault="00A547B5">
            <w:pPr>
              <w:spacing w:after="0"/>
            </w:pPr>
          </w:p>
        </w:tc>
      </w:tr>
    </w:tbl>
    <w:p w14:paraId="2832F708" w14:textId="77777777" w:rsidR="00A547B5" w:rsidRDefault="00A547B5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47"/>
        <w:gridCol w:w="1020"/>
        <w:gridCol w:w="1587"/>
        <w:gridCol w:w="1417"/>
        <w:gridCol w:w="1247"/>
        <w:gridCol w:w="1304"/>
        <w:gridCol w:w="1304"/>
        <w:gridCol w:w="1531"/>
        <w:gridCol w:w="2381"/>
        <w:gridCol w:w="1531"/>
      </w:tblGrid>
      <w:tr w:rsidR="00A547B5" w14:paraId="79534E87" w14:textId="77777777">
        <w:trPr>
          <w:trHeight w:val="567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463BA414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No.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7912799D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성명</w:t>
            </w: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54D080E2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사번</w:t>
            </w: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5DED39E3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소속 부서</w:t>
            </w: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70D2A6DC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직위 / 직책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5C582741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입사일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3CE6C0A8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고용형태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7B79B0EA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근무 상태</w:t>
            </w: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0684F094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연락처</w:t>
            </w: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350E2313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이메일</w:t>
            </w: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DCE6F2"/>
            <w:vAlign w:val="center"/>
          </w:tcPr>
          <w:p w14:paraId="7A646A6A" w14:textId="77777777" w:rsidR="00A547B5" w:rsidRDefault="00000000">
            <w:pPr>
              <w:spacing w:after="0"/>
              <w:jc w:val="center"/>
            </w:pPr>
            <w:r>
              <w:rPr>
                <w:b/>
                <w:sz w:val="14"/>
              </w:rPr>
              <w:t>비고</w:t>
            </w:r>
          </w:p>
        </w:tc>
      </w:tr>
      <w:tr w:rsidR="00A547B5" w14:paraId="05E5FA2E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0BF89226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5A0B6E15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홍길동</w:t>
            </w: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038AF0E7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A-001</w:t>
            </w: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04487629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경영지원팀</w:t>
            </w: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6AE9A4C3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대리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2062AA94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2026. 01. 05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0436AC3D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정규직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407A43AD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재직</w:t>
            </w: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2D83216F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010-0000-0000</w:t>
            </w: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1AA67425" w14:textId="77777777" w:rsidR="00A547B5" w:rsidRDefault="00000000">
            <w:pPr>
              <w:spacing w:after="0"/>
            </w:pPr>
            <w:r>
              <w:rPr>
                <w:sz w:val="13"/>
              </w:rPr>
              <w:t>example@company.com</w:t>
            </w: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shd w:val="clear" w:color="auto" w:fill="F7F9FC"/>
            <w:vAlign w:val="center"/>
          </w:tcPr>
          <w:p w14:paraId="7EC27A97" w14:textId="77777777" w:rsidR="00A547B5" w:rsidRDefault="00000000">
            <w:pPr>
              <w:spacing w:after="0"/>
            </w:pPr>
            <w:r>
              <w:rPr>
                <w:sz w:val="13"/>
              </w:rPr>
              <w:t>작성 예시</w:t>
            </w:r>
          </w:p>
        </w:tc>
      </w:tr>
      <w:tr w:rsidR="00A547B5" w14:paraId="20F55BFB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2BB6BFC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B2A8201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8CA49F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3835367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02380BE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D0EC933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B496AA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A8CE98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AE697C3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B58D985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A9DC0AC" w14:textId="77777777" w:rsidR="00A547B5" w:rsidRDefault="00A547B5">
            <w:pPr>
              <w:spacing w:after="0"/>
              <w:jc w:val="center"/>
            </w:pPr>
          </w:p>
        </w:tc>
      </w:tr>
      <w:tr w:rsidR="00A547B5" w14:paraId="33E01212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FD66952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F937762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757C989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DDB6BEE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5C8572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1C4A799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05E5B0B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ED79341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F3911C9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B6C1886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CF5919D" w14:textId="77777777" w:rsidR="00A547B5" w:rsidRDefault="00A547B5">
            <w:pPr>
              <w:spacing w:after="0"/>
              <w:jc w:val="center"/>
            </w:pPr>
          </w:p>
        </w:tc>
      </w:tr>
      <w:tr w:rsidR="00A547B5" w14:paraId="533C96E9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62214CE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484FBA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CB60C5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F03DF3D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297F02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9E46BC5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B074479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0DAC2F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376D5C0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0F2F3ED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384A862" w14:textId="77777777" w:rsidR="00A547B5" w:rsidRDefault="00A547B5">
            <w:pPr>
              <w:spacing w:after="0"/>
              <w:jc w:val="center"/>
            </w:pPr>
          </w:p>
        </w:tc>
      </w:tr>
      <w:tr w:rsidR="00A547B5" w14:paraId="38579146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6764448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2265D9E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4E2399B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5C8ECE3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834AAC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788D78F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7C24A11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3A01BBC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054BF90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E4596A2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EB09BD8" w14:textId="77777777" w:rsidR="00A547B5" w:rsidRDefault="00A547B5">
            <w:pPr>
              <w:spacing w:after="0"/>
              <w:jc w:val="center"/>
            </w:pPr>
          </w:p>
        </w:tc>
      </w:tr>
      <w:tr w:rsidR="00A547B5" w14:paraId="2082505C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26D022C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AF9205B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25B431C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22A7358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197DF91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A68AD64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CD0CEF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19F9F77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3B53646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9F0156A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A725DB9" w14:textId="77777777" w:rsidR="00A547B5" w:rsidRDefault="00A547B5">
            <w:pPr>
              <w:spacing w:after="0"/>
              <w:jc w:val="center"/>
            </w:pPr>
          </w:p>
        </w:tc>
      </w:tr>
      <w:tr w:rsidR="00A547B5" w14:paraId="6357BCF9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2519E35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02F275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C058834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B470AEF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F7B36B6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4EEAD53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37C0E62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940BF82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3FFCC72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75312BF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903015A" w14:textId="77777777" w:rsidR="00A547B5" w:rsidRDefault="00A547B5">
            <w:pPr>
              <w:spacing w:after="0"/>
              <w:jc w:val="center"/>
            </w:pPr>
          </w:p>
        </w:tc>
      </w:tr>
      <w:tr w:rsidR="00A547B5" w14:paraId="3FA3462C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7F99026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C1BC6A9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0A13ED3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4F4013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FDE74C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43347DF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E58EB5C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44A0ED9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8288049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4CE4843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8B700B8" w14:textId="77777777" w:rsidR="00A547B5" w:rsidRDefault="00A547B5">
            <w:pPr>
              <w:spacing w:after="0"/>
              <w:jc w:val="center"/>
            </w:pPr>
          </w:p>
        </w:tc>
      </w:tr>
      <w:tr w:rsidR="00A547B5" w14:paraId="36E0B4F8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5C7C9B7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C92797B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A4B0ADE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BECE6C6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A5E2B0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9A45625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089BDA8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F3DA562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AFE61C9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3BFA5D45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ED906A6" w14:textId="77777777" w:rsidR="00A547B5" w:rsidRDefault="00A547B5">
            <w:pPr>
              <w:spacing w:after="0"/>
              <w:jc w:val="center"/>
            </w:pPr>
          </w:p>
        </w:tc>
      </w:tr>
      <w:tr w:rsidR="00A547B5" w14:paraId="0DC85520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58B5D71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10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E8C9F9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3D3B1D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B5A1EE1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B5F8A28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B441A5D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EB448F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55FE3DA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AB4FDFC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C807393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6DED618" w14:textId="77777777" w:rsidR="00A547B5" w:rsidRDefault="00A547B5">
            <w:pPr>
              <w:spacing w:after="0"/>
              <w:jc w:val="center"/>
            </w:pPr>
          </w:p>
        </w:tc>
      </w:tr>
      <w:tr w:rsidR="00A547B5" w14:paraId="3F5D6FDE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9767082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FC71ACC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45BC959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0480883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67B77BB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9AD4195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6B9ECB1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5B9E3A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75F0442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3335794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3B3AF6B" w14:textId="77777777" w:rsidR="00A547B5" w:rsidRDefault="00A547B5">
            <w:pPr>
              <w:spacing w:after="0"/>
              <w:jc w:val="center"/>
            </w:pPr>
          </w:p>
        </w:tc>
      </w:tr>
      <w:tr w:rsidR="00A547B5" w14:paraId="192A782E" w14:textId="77777777">
        <w:trPr>
          <w:trHeight w:val="510"/>
          <w:jc w:val="center"/>
        </w:trPr>
        <w:tc>
          <w:tcPr>
            <w:tcW w:w="56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E9962DF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12</w:t>
            </w: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D73134D" w14:textId="77777777" w:rsidR="00A547B5" w:rsidRDefault="00A547B5">
            <w:pPr>
              <w:spacing w:after="0"/>
              <w:jc w:val="center"/>
            </w:pPr>
          </w:p>
        </w:tc>
        <w:tc>
          <w:tcPr>
            <w:tcW w:w="1020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22B8486B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8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12BEE360" w14:textId="77777777" w:rsidR="00A547B5" w:rsidRDefault="00A547B5">
            <w:pPr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40259DAF" w14:textId="77777777" w:rsidR="00A547B5" w:rsidRDefault="00A547B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E1F2B2C" w14:textId="77777777" w:rsidR="00A547B5" w:rsidRDefault="00000000">
            <w:pPr>
              <w:spacing w:after="0"/>
              <w:jc w:val="center"/>
            </w:pPr>
            <w:r>
              <w:rPr>
                <w:sz w:val="13"/>
              </w:rPr>
              <w:t>20  .  .</w:t>
            </w: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CC826B5" w14:textId="77777777" w:rsidR="00A547B5" w:rsidRDefault="00A547B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75819AA2" w14:textId="77777777" w:rsidR="00A547B5" w:rsidRDefault="00A547B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0816317D" w14:textId="77777777" w:rsidR="00A547B5" w:rsidRDefault="00A547B5">
            <w:pPr>
              <w:spacing w:after="0"/>
              <w:jc w:val="center"/>
            </w:pPr>
          </w:p>
        </w:tc>
        <w:tc>
          <w:tcPr>
            <w:tcW w:w="238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56754CF8" w14:textId="77777777" w:rsidR="00A547B5" w:rsidRDefault="00A547B5">
            <w:pPr>
              <w:spacing w:after="0"/>
            </w:pPr>
          </w:p>
        </w:tc>
        <w:tc>
          <w:tcPr>
            <w:tcW w:w="1531" w:type="dxa"/>
            <w:tcBorders>
              <w:top w:val="single" w:sz="4" w:space="0" w:color="AEB8C4"/>
              <w:left w:val="single" w:sz="4" w:space="0" w:color="AEB8C4"/>
              <w:bottom w:val="single" w:sz="4" w:space="0" w:color="AEB8C4"/>
              <w:right w:val="single" w:sz="4" w:space="0" w:color="AEB8C4"/>
            </w:tcBorders>
            <w:vAlign w:val="center"/>
          </w:tcPr>
          <w:p w14:paraId="6D16A7A6" w14:textId="77777777" w:rsidR="00A547B5" w:rsidRDefault="00A547B5">
            <w:pPr>
              <w:spacing w:after="0"/>
              <w:jc w:val="center"/>
            </w:pPr>
          </w:p>
        </w:tc>
      </w:tr>
    </w:tbl>
    <w:p w14:paraId="0D512D58" w14:textId="77777777" w:rsidR="00A547B5" w:rsidRDefault="00000000">
      <w:pPr>
        <w:spacing w:before="80" w:after="0"/>
        <w:rPr>
          <w:lang w:eastAsia="ko-KR"/>
        </w:rPr>
      </w:pPr>
      <w:r>
        <w:rPr>
          <w:color w:val="5F6976"/>
          <w:sz w:val="14"/>
          <w:lang w:eastAsia="ko-KR"/>
        </w:rPr>
        <w:t>※ 직원명부는 회사의 내부 인사관리 목적에 맞게 항목을 조정하여 사용할 수 있습니다. 주민등록번호 등 사용 목적에 필요하지 않은 개인정보는 포함하지 않는 것을 권장합니다.</w:t>
      </w:r>
    </w:p>
    <w:sectPr w:rsidR="00A547B5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7051031">
    <w:abstractNumId w:val="8"/>
  </w:num>
  <w:num w:numId="2" w16cid:durableId="300111265">
    <w:abstractNumId w:val="6"/>
  </w:num>
  <w:num w:numId="3" w16cid:durableId="1572040253">
    <w:abstractNumId w:val="5"/>
  </w:num>
  <w:num w:numId="4" w16cid:durableId="2002079486">
    <w:abstractNumId w:val="4"/>
  </w:num>
  <w:num w:numId="5" w16cid:durableId="163595624">
    <w:abstractNumId w:val="7"/>
  </w:num>
  <w:num w:numId="6" w16cid:durableId="962998606">
    <w:abstractNumId w:val="3"/>
  </w:num>
  <w:num w:numId="7" w16cid:durableId="1889410571">
    <w:abstractNumId w:val="2"/>
  </w:num>
  <w:num w:numId="8" w16cid:durableId="70978116">
    <w:abstractNumId w:val="1"/>
  </w:num>
  <w:num w:numId="9" w16cid:durableId="147733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378C"/>
    <w:rsid w:val="00A547B5"/>
    <w:rsid w:val="00AA1D8D"/>
    <w:rsid w:val="00B47730"/>
    <w:rsid w:val="00B96B6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2DDBC"/>
  <w14:defaultImageDpi w14:val="300"/>
  <w15:docId w15:val="{894F2103-90EA-4275-AF67-8EBC9289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2026-08-19T00:38:00Z</dcterms:modified>
  <cp:category/>
</cp:coreProperties>
</file>