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54ABB" w14:textId="77777777" w:rsidR="00977362" w:rsidRDefault="00000000">
      <w:pPr>
        <w:spacing w:after="40"/>
        <w:jc w:val="center"/>
      </w:pPr>
      <w:r>
        <w:rPr>
          <w:b/>
          <w:sz w:val="44"/>
        </w:rPr>
        <w:t>자 기 소 개 서</w:t>
      </w:r>
    </w:p>
    <w:p w14:paraId="0BE0B6C3" w14:textId="77777777" w:rsidR="00977362" w:rsidRDefault="00000000">
      <w:pPr>
        <w:jc w:val="center"/>
      </w:pPr>
      <w:r>
        <w:rPr>
          <w:rFonts w:ascii="Arial" w:hAnsi="Arial"/>
          <w:sz w:val="14"/>
        </w:rPr>
        <w:t>SELF-INTRODUCTION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977362" w14:paraId="52985610" w14:textId="77777777" w:rsidTr="009A01F8">
        <w:trPr>
          <w:trHeight w:val="393"/>
          <w:jc w:val="center"/>
        </w:trPr>
        <w:tc>
          <w:tcPr>
            <w:tcW w:w="2494" w:type="dxa"/>
            <w:shd w:val="clear" w:color="auto" w:fill="EEF3FF"/>
            <w:vAlign w:val="center"/>
          </w:tcPr>
          <w:p w14:paraId="46D00D9D" w14:textId="77777777" w:rsidR="00977362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성명</w:t>
            </w:r>
            <w:proofErr w:type="spellEnd"/>
          </w:p>
        </w:tc>
        <w:tc>
          <w:tcPr>
            <w:tcW w:w="2494" w:type="dxa"/>
            <w:vAlign w:val="center"/>
          </w:tcPr>
          <w:p w14:paraId="36A71168" w14:textId="77777777" w:rsidR="00977362" w:rsidRDefault="00977362"/>
        </w:tc>
        <w:tc>
          <w:tcPr>
            <w:tcW w:w="2494" w:type="dxa"/>
            <w:shd w:val="clear" w:color="auto" w:fill="EEF3FF"/>
            <w:vAlign w:val="center"/>
          </w:tcPr>
          <w:p w14:paraId="4253A6A9" w14:textId="77777777" w:rsidR="00977362" w:rsidRDefault="00000000">
            <w:pPr>
              <w:jc w:val="center"/>
            </w:pPr>
            <w:r>
              <w:rPr>
                <w:b/>
                <w:sz w:val="16"/>
              </w:rPr>
              <w:t>지원분야</w:t>
            </w:r>
          </w:p>
        </w:tc>
        <w:tc>
          <w:tcPr>
            <w:tcW w:w="2494" w:type="dxa"/>
            <w:vAlign w:val="center"/>
          </w:tcPr>
          <w:p w14:paraId="1E2D801B" w14:textId="77777777" w:rsidR="00977362" w:rsidRDefault="00977362"/>
        </w:tc>
      </w:tr>
      <w:tr w:rsidR="00977362" w14:paraId="28D59B25" w14:textId="77777777" w:rsidTr="009A01F8">
        <w:trPr>
          <w:trHeight w:val="414"/>
          <w:jc w:val="center"/>
        </w:trPr>
        <w:tc>
          <w:tcPr>
            <w:tcW w:w="2494" w:type="dxa"/>
            <w:shd w:val="clear" w:color="auto" w:fill="EEF3FF"/>
            <w:vAlign w:val="center"/>
          </w:tcPr>
          <w:p w14:paraId="392A7DE1" w14:textId="77777777" w:rsidR="00977362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연락처</w:t>
            </w:r>
            <w:proofErr w:type="spellEnd"/>
          </w:p>
        </w:tc>
        <w:tc>
          <w:tcPr>
            <w:tcW w:w="2494" w:type="dxa"/>
            <w:vAlign w:val="center"/>
          </w:tcPr>
          <w:p w14:paraId="2E2BE0F4" w14:textId="77777777" w:rsidR="00977362" w:rsidRDefault="00977362"/>
        </w:tc>
        <w:tc>
          <w:tcPr>
            <w:tcW w:w="2494" w:type="dxa"/>
            <w:shd w:val="clear" w:color="auto" w:fill="EEF3FF"/>
            <w:vAlign w:val="center"/>
          </w:tcPr>
          <w:p w14:paraId="6461BDAA" w14:textId="77777777" w:rsidR="00977362" w:rsidRDefault="00000000">
            <w:pPr>
              <w:jc w:val="center"/>
            </w:pPr>
            <w:r>
              <w:rPr>
                <w:b/>
                <w:sz w:val="16"/>
              </w:rPr>
              <w:t>이메일</w:t>
            </w:r>
          </w:p>
        </w:tc>
        <w:tc>
          <w:tcPr>
            <w:tcW w:w="2494" w:type="dxa"/>
            <w:vAlign w:val="center"/>
          </w:tcPr>
          <w:p w14:paraId="14B61879" w14:textId="77777777" w:rsidR="00977362" w:rsidRDefault="00977362"/>
        </w:tc>
      </w:tr>
    </w:tbl>
    <w:p w14:paraId="25ADB555" w14:textId="77777777" w:rsidR="00977362" w:rsidRDefault="00000000">
      <w:pPr>
        <w:spacing w:before="160" w:after="60"/>
      </w:pPr>
      <w:r>
        <w:rPr>
          <w:b/>
          <w:sz w:val="22"/>
        </w:rPr>
        <w:t xml:space="preserve">1. </w:t>
      </w:r>
      <w:proofErr w:type="spellStart"/>
      <w:r>
        <w:rPr>
          <w:b/>
          <w:sz w:val="22"/>
        </w:rPr>
        <w:t>성장과정</w:t>
      </w:r>
      <w:proofErr w:type="spellEnd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978"/>
      </w:tblGrid>
      <w:tr w:rsidR="00977362" w14:paraId="1AE20BE0" w14:textId="77777777">
        <w:trPr>
          <w:trHeight w:hRule="exact" w:val="2211"/>
        </w:trPr>
        <w:tc>
          <w:tcPr>
            <w:tcW w:w="9978" w:type="dxa"/>
          </w:tcPr>
          <w:p w14:paraId="14123E05" w14:textId="77777777" w:rsidR="00977362" w:rsidRDefault="00000000">
            <w:pPr>
              <w:spacing w:before="60"/>
              <w:rPr>
                <w:lang w:eastAsia="ko-KR"/>
              </w:rPr>
            </w:pPr>
            <w:r>
              <w:rPr>
                <w:i/>
                <w:sz w:val="15"/>
                <w:lang w:eastAsia="ko-KR"/>
              </w:rPr>
              <w:t>성장 과정에서 형성된 가치관이나 태도를 중심으로 간단하게 작성하세요.</w:t>
            </w:r>
          </w:p>
        </w:tc>
      </w:tr>
    </w:tbl>
    <w:p w14:paraId="6CEE63D8" w14:textId="77777777" w:rsidR="00977362" w:rsidRDefault="00000000">
      <w:pPr>
        <w:spacing w:before="160" w:after="60"/>
      </w:pPr>
      <w:r>
        <w:rPr>
          <w:b/>
          <w:sz w:val="22"/>
        </w:rPr>
        <w:t xml:space="preserve">2. </w:t>
      </w:r>
      <w:proofErr w:type="spellStart"/>
      <w:r>
        <w:rPr>
          <w:b/>
          <w:sz w:val="22"/>
        </w:rPr>
        <w:t>성격의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장점</w:t>
      </w:r>
      <w:proofErr w:type="spellEnd"/>
      <w:r>
        <w:rPr>
          <w:b/>
          <w:sz w:val="22"/>
        </w:rPr>
        <w:t xml:space="preserve"> 및 보완점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978"/>
      </w:tblGrid>
      <w:tr w:rsidR="00977362" w14:paraId="1618646E" w14:textId="77777777">
        <w:trPr>
          <w:trHeight w:hRule="exact" w:val="2211"/>
        </w:trPr>
        <w:tc>
          <w:tcPr>
            <w:tcW w:w="9978" w:type="dxa"/>
          </w:tcPr>
          <w:p w14:paraId="10793CA6" w14:textId="77777777" w:rsidR="00977362" w:rsidRDefault="00000000">
            <w:pPr>
              <w:spacing w:before="60"/>
              <w:rPr>
                <w:lang w:eastAsia="ko-KR"/>
              </w:rPr>
            </w:pPr>
            <w:r>
              <w:rPr>
                <w:i/>
                <w:sz w:val="15"/>
                <w:lang w:eastAsia="ko-KR"/>
              </w:rPr>
              <w:t>업무와 연결되는 자신의 장점을 구체적으로 작성하고, 보완점은 개선 노력을 함께 적어보세요.</w:t>
            </w:r>
          </w:p>
        </w:tc>
      </w:tr>
    </w:tbl>
    <w:p w14:paraId="40D1854F" w14:textId="77777777" w:rsidR="00977362" w:rsidRDefault="00000000">
      <w:pPr>
        <w:spacing w:before="160" w:after="60"/>
      </w:pPr>
      <w:r>
        <w:rPr>
          <w:b/>
          <w:sz w:val="22"/>
        </w:rPr>
        <w:t xml:space="preserve">3. </w:t>
      </w:r>
      <w:proofErr w:type="spellStart"/>
      <w:r>
        <w:rPr>
          <w:b/>
          <w:sz w:val="22"/>
        </w:rPr>
        <w:t>지원동기</w:t>
      </w:r>
      <w:proofErr w:type="spellEnd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978"/>
      </w:tblGrid>
      <w:tr w:rsidR="00977362" w14:paraId="6DCEC713" w14:textId="77777777">
        <w:trPr>
          <w:trHeight w:hRule="exact" w:val="2211"/>
        </w:trPr>
        <w:tc>
          <w:tcPr>
            <w:tcW w:w="9978" w:type="dxa"/>
          </w:tcPr>
          <w:p w14:paraId="40F40E20" w14:textId="77777777" w:rsidR="00977362" w:rsidRDefault="00000000">
            <w:pPr>
              <w:spacing w:before="60"/>
              <w:rPr>
                <w:lang w:eastAsia="ko-KR"/>
              </w:rPr>
            </w:pPr>
            <w:r>
              <w:rPr>
                <w:i/>
                <w:sz w:val="15"/>
                <w:lang w:eastAsia="ko-KR"/>
              </w:rPr>
              <w:t>지원한 회사·직무에 관심을 갖게 된 이유와 자신의 경험이 어떻게 연결되는지 작성하세요.</w:t>
            </w:r>
          </w:p>
        </w:tc>
      </w:tr>
    </w:tbl>
    <w:p w14:paraId="30B821DC" w14:textId="77777777" w:rsidR="00977362" w:rsidRDefault="00000000">
      <w:pPr>
        <w:spacing w:before="160" w:after="60"/>
      </w:pPr>
      <w:r>
        <w:rPr>
          <w:b/>
          <w:sz w:val="22"/>
        </w:rPr>
        <w:t xml:space="preserve">4. </w:t>
      </w:r>
      <w:proofErr w:type="spellStart"/>
      <w:r>
        <w:rPr>
          <w:b/>
          <w:sz w:val="22"/>
        </w:rPr>
        <w:t>입사</w:t>
      </w:r>
      <w:proofErr w:type="spellEnd"/>
      <w:r>
        <w:rPr>
          <w:b/>
          <w:sz w:val="22"/>
        </w:rPr>
        <w:t xml:space="preserve"> 후 </w:t>
      </w:r>
      <w:proofErr w:type="spellStart"/>
      <w:r>
        <w:rPr>
          <w:b/>
          <w:sz w:val="22"/>
        </w:rPr>
        <w:t>포부</w:t>
      </w:r>
      <w:proofErr w:type="spellEnd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978"/>
      </w:tblGrid>
      <w:tr w:rsidR="00977362" w14:paraId="13F84C3A" w14:textId="77777777">
        <w:trPr>
          <w:trHeight w:hRule="exact" w:val="2211"/>
        </w:trPr>
        <w:tc>
          <w:tcPr>
            <w:tcW w:w="9978" w:type="dxa"/>
          </w:tcPr>
          <w:p w14:paraId="22F7B570" w14:textId="77777777" w:rsidR="00977362" w:rsidRDefault="00000000">
            <w:pPr>
              <w:spacing w:before="60"/>
              <w:rPr>
                <w:lang w:eastAsia="ko-KR"/>
              </w:rPr>
            </w:pPr>
            <w:r>
              <w:rPr>
                <w:i/>
                <w:sz w:val="15"/>
                <w:lang w:eastAsia="ko-KR"/>
              </w:rPr>
              <w:t>입사 후 배우고 싶은 점, 기여하고 싶은 부분과 앞으로의 목표를 구체적으로 작성하세요.</w:t>
            </w:r>
          </w:p>
        </w:tc>
      </w:tr>
    </w:tbl>
    <w:p w14:paraId="37910BF0" w14:textId="77777777" w:rsidR="00977362" w:rsidRDefault="00000000">
      <w:pPr>
        <w:spacing w:before="160" w:after="40"/>
        <w:jc w:val="center"/>
        <w:rPr>
          <w:lang w:eastAsia="ko-KR"/>
        </w:rPr>
      </w:pPr>
      <w:r>
        <w:rPr>
          <w:sz w:val="16"/>
          <w:lang w:eastAsia="ko-KR"/>
        </w:rPr>
        <w:t>위 내용은 사실과 다름없음을 확인합니다.</w:t>
      </w:r>
    </w:p>
    <w:p w14:paraId="5283B8DF" w14:textId="77777777" w:rsidR="00977362" w:rsidRDefault="00000000">
      <w:pPr>
        <w:spacing w:after="20"/>
        <w:jc w:val="right"/>
      </w:pPr>
      <w:r>
        <w:rPr>
          <w:sz w:val="16"/>
        </w:rPr>
        <w:t>20      년      월      일</w:t>
      </w:r>
    </w:p>
    <w:p w14:paraId="2258362E" w14:textId="77777777" w:rsidR="00977362" w:rsidRDefault="00000000">
      <w:pPr>
        <w:jc w:val="right"/>
      </w:pPr>
      <w:r>
        <w:rPr>
          <w:b/>
          <w:sz w:val="16"/>
        </w:rPr>
        <w:t>지원자 : ____________________  (서명)</w:t>
      </w:r>
    </w:p>
    <w:sectPr w:rsidR="00977362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7032642">
    <w:abstractNumId w:val="8"/>
  </w:num>
  <w:num w:numId="2" w16cid:durableId="470901756">
    <w:abstractNumId w:val="6"/>
  </w:num>
  <w:num w:numId="3" w16cid:durableId="1892496549">
    <w:abstractNumId w:val="5"/>
  </w:num>
  <w:num w:numId="4" w16cid:durableId="475414389">
    <w:abstractNumId w:val="4"/>
  </w:num>
  <w:num w:numId="5" w16cid:durableId="296567804">
    <w:abstractNumId w:val="7"/>
  </w:num>
  <w:num w:numId="6" w16cid:durableId="827938482">
    <w:abstractNumId w:val="3"/>
  </w:num>
  <w:num w:numId="7" w16cid:durableId="849805328">
    <w:abstractNumId w:val="2"/>
  </w:num>
  <w:num w:numId="8" w16cid:durableId="1210993361">
    <w:abstractNumId w:val="1"/>
  </w:num>
  <w:num w:numId="9" w16cid:durableId="214319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2B9C"/>
    <w:rsid w:val="0015074B"/>
    <w:rsid w:val="0029639D"/>
    <w:rsid w:val="00326F90"/>
    <w:rsid w:val="00977362"/>
    <w:rsid w:val="009A01F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7BED65"/>
  <w14:defaultImageDpi w14:val="300"/>
  <w15:docId w15:val="{002B7335-87FD-4BED-8CC0-695A0112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2026-08-16T04:22:00Z</dcterms:modified>
  <cp:category/>
</cp:coreProperties>
</file>