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Malgun Gothic" w:hAnsi="Malgun Gothic" w:eastAsia="맑은 고딕"/>
          <w:b/>
          <w:color w:val="315FC7"/>
          <w:sz w:val="46"/>
        </w:rPr>
        <w:t>입 사 지 원 서</w:t>
      </w:r>
    </w:p>
    <w:p>
      <w:pPr>
        <w:spacing w:after="100"/>
        <w:jc w:val="center"/>
      </w:pPr>
      <w:r>
        <w:rPr>
          <w:color w:val="7A8492"/>
          <w:sz w:val="14"/>
        </w:rPr>
        <w:t>범용 입사지원서 · 기업 지정 양식이 있는 경우 해당 양식을 우선 사용하세요.</w:t>
      </w:r>
    </w:p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01  지원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rPr>
          <w:trHeight w:val="454"/>
        </w:trPr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지원분야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희망직무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54"/>
        </w:trPr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희망근무지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입사가능일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02  지원자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rPr>
          <w:trHeight w:val="454"/>
        </w:trPr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성명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연락처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  <w:tr>
        <w:trPr>
          <w:trHeight w:val="454"/>
        </w:trPr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이메일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  <w:tc>
          <w:tcPr>
            <w:tcW w:type="dxa" w:w="1304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주소</w:t>
            </w:r>
          </w:p>
        </w:tc>
        <w:tc>
          <w:tcPr>
            <w:tcW w:type="dxa" w:w="379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5"/>
              </w:rPr>
            </w:r>
          </w:p>
        </w:tc>
      </w:tr>
    </w:tbl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03  학력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기간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학교명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전공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구분</w:t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2019.03 ~ 2023.02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○○대학교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경영학과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졸업</w:t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</w:tbl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04  경력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근무기간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회사명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부서 / 직위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주요업무</w:t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2023.03 ~ 2026.07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○○기업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기획팀 / 사원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자료작성 및 운영지원</w:t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</w:tbl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05  자격 · 교육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취득일 / 기간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자격·교육명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기관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DCE7F7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비고</w:t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2025.05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○○ 자격증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○○기관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  <w:shd w:fill="FFF8DD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  <w:t>작성 예시</w:t>
            </w:r>
          </w:p>
        </w:tc>
      </w:tr>
      <w:tr>
        <w:trPr>
          <w:trHeight w:val="425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</w:tbl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06  핵심 역량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4"/>
              </w:rPr>
              <w:t>OA / 프로그램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4"/>
              </w:rPr>
              <w:t>외국어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4"/>
              </w:rPr>
              <w:t>직무 강점</w:t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4"/>
              </w:rPr>
              <w:t>기타</w:t>
            </w:r>
          </w:p>
        </w:tc>
      </w:tr>
      <w:tr>
        <w:trPr>
          <w:trHeight w:val="510"/>
        </w:trPr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  <w:tc>
          <w:tcPr>
            <w:tcW w:type="dxa" w:w="2551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</w:tbl>
    <w:p>
      <w:pPr>
        <w:spacing w:before="60" w:after="40"/>
      </w:pPr>
      <w:r>
        <w:rPr>
          <w:rFonts w:ascii="Malgun Gothic" w:hAnsi="Malgun Gothic" w:eastAsia="맑은 고딕"/>
          <w:b/>
          <w:color w:val="315FC7"/>
          <w:sz w:val="19"/>
        </w:rPr>
        <w:t>07  지원동기 · 자기소개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rHeight w:val="737"/>
        </w:trPr>
        <w:tc>
          <w:tcPr>
            <w:tcW w:type="dxa" w:w="192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지원동기</w:t>
            </w:r>
          </w:p>
        </w:tc>
        <w:tc>
          <w:tcPr>
            <w:tcW w:type="dxa" w:w="8277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  <w:tr>
        <w:trPr>
          <w:trHeight w:val="737"/>
        </w:trPr>
        <w:tc>
          <w:tcPr>
            <w:tcW w:type="dxa" w:w="1928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shd w:fill="EAF1FB"/>
            <w:vAlign w:val="center"/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15FC7"/>
                <w:sz w:val="15"/>
              </w:rPr>
              <w:t>자기소개</w:t>
            </w:r>
          </w:p>
        </w:tc>
        <w:tc>
          <w:tcPr>
            <w:tcW w:type="dxa" w:w="8277"/>
            <w:tcBorders>
              <w:top w:val="single" w:sz="6" w:color="B9C7DA" w:space="0"/>
              <w:left w:val="single" w:sz="6" w:color="B9C7DA" w:space="0"/>
              <w:bottom w:val="single" w:sz="6" w:color="B9C7DA" w:space="0"/>
              <w:right w:val="single" w:sz="6" w:color="B9C7DA" w:space="0"/>
            </w:tcBorders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color w:val="222222"/>
                <w:sz w:val="14"/>
              </w:rPr>
            </w:r>
          </w:p>
        </w:tc>
      </w:tr>
    </w:tbl>
    <w:p>
      <w:pPr>
        <w:spacing w:before="60"/>
        <w:jc w:val="right"/>
      </w:pPr>
      <w:r>
        <w:rPr>
          <w:sz w:val="15"/>
        </w:rPr>
        <w:t>20      년      월      일        지원자 : ____________________  (서명)</w:t>
      </w:r>
    </w:p>
    <w:p>
      <w:r>
        <w:rPr>
          <w:color w:val="7A8492"/>
          <w:sz w:val="12"/>
        </w:rPr>
        <w:t>※ 기업에서 지정 입사지원서를 제공하는 경우 해당 양식을 우선 사용하세요. 노란색 행은 작성 예시입니다.</w:t>
      </w:r>
    </w:p>
    <w:sectPr w:rsidR="00FC693F" w:rsidRPr="0006063C" w:rsidSect="00034616">
      <w:pgSz w:w="11906" w:h="16838"/>
      <w:pgMar w:top="624" w:right="850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