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rFonts w:ascii="Malgun Gothic" w:hAnsi="Malgun Gothic" w:eastAsia="맑은 고딕"/>
          <w:b/>
          <w:color w:val="1F2937"/>
          <w:sz w:val="38"/>
        </w:rPr>
        <w:t>일 일  업 무 보 고 서</w:t>
      </w:r>
    </w:p>
    <w:p>
      <w:pPr>
        <w:spacing w:after="60"/>
        <w:jc w:val="center"/>
      </w:pPr>
      <w:r>
        <w:rPr>
          <w:rFonts w:ascii="Malgun Gothic" w:hAnsi="Malgun Gothic" w:eastAsia="맑은 고딕"/>
          <w:b w:val="0"/>
          <w:color w:val="657080"/>
          <w:sz w:val="16"/>
        </w:rPr>
        <w:t>하루 동안 진행한 업무와 결과, 미완료 사항 및 다음 업무 계획을 정리하는 서식</w:t>
      </w:r>
    </w:p>
    <w:p>
      <w:pPr>
        <w:spacing w:before="60" w:after="20"/>
      </w:pPr>
      <w:r>
        <w:rPr>
          <w:rFonts w:ascii="Malgun Gothic" w:hAnsi="Malgun Gothic" w:eastAsia="맑은 고딕"/>
          <w:b/>
          <w:color w:val="315FC7"/>
          <w:sz w:val="20"/>
        </w:rPr>
        <w:t>01  작성 정보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rHeight w:val="510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작성일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20    년    월    일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부서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510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작성자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직위 / 직책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p>
      <w:pPr>
        <w:spacing w:before="60" w:after="20"/>
      </w:pPr>
      <w:r>
        <w:rPr>
          <w:rFonts w:ascii="Malgun Gothic" w:hAnsi="Malgun Gothic" w:eastAsia="맑은 고딕"/>
          <w:b/>
          <w:color w:val="315FC7"/>
          <w:sz w:val="20"/>
        </w:rPr>
        <w:t>02  오늘의 주요 업무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구분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업무 내용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진행 상태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결과 / 비고</w:t>
            </w:r>
          </w:p>
        </w:tc>
      </w:tr>
      <w:tr>
        <w:trPr>
          <w:trHeight w:val="737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1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거래처 요청자료 검토 및 회신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완료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회신 완료</w:t>
            </w:r>
          </w:p>
        </w:tc>
      </w:tr>
      <w:tr>
        <w:trPr>
          <w:trHeight w:val="737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2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진행중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</w:tr>
      <w:tr>
        <w:trPr>
          <w:trHeight w:val="737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3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</w:tr>
    </w:tbl>
    <w:p>
      <w:pPr>
        <w:spacing w:before="60" w:after="20"/>
      </w:pPr>
      <w:r>
        <w:rPr>
          <w:rFonts w:ascii="Malgun Gothic" w:hAnsi="Malgun Gothic" w:eastAsia="맑은 고딕"/>
          <w:b/>
          <w:color w:val="315FC7"/>
          <w:sz w:val="20"/>
        </w:rPr>
        <w:t>03  업무 진행 내용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59"/>
        <w:gridCol w:w="5159"/>
      </w:tblGrid>
      <w:tr>
        <w:trPr>
          <w:trHeight w:val="964"/>
        </w:trPr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주요 진행 내용</w:t>
            </w:r>
          </w:p>
        </w:tc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금일 우선순위 업무를 기준으로 진행 상황을 점검하고 필요한 사항을 처리했습니다.</w:t>
            </w:r>
          </w:p>
        </w:tc>
      </w:tr>
      <w:tr>
        <w:trPr>
          <w:trHeight w:val="964"/>
        </w:trPr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업무 결과 / 성과</w:t>
            </w:r>
          </w:p>
        </w:tc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p>
      <w:pPr>
        <w:spacing w:before="60" w:after="20"/>
      </w:pPr>
      <w:r>
        <w:rPr>
          <w:rFonts w:ascii="Malgun Gothic" w:hAnsi="Malgun Gothic" w:eastAsia="맑은 고딕"/>
          <w:b/>
          <w:color w:val="315FC7"/>
          <w:sz w:val="20"/>
        </w:rPr>
        <w:t>04  미완료 / 이슈 사항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59"/>
        <w:gridCol w:w="5159"/>
      </w:tblGrid>
      <w:tr>
        <w:trPr>
          <w:trHeight w:val="794"/>
        </w:trPr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미완료 업무</w:t>
            </w:r>
          </w:p>
        </w:tc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794"/>
        </w:trPr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이슈 / 협조 요청</w:t>
            </w:r>
          </w:p>
        </w:tc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p>
      <w:pPr>
        <w:spacing w:before="60" w:after="20"/>
      </w:pPr>
      <w:r>
        <w:rPr>
          <w:rFonts w:ascii="Malgun Gothic" w:hAnsi="Malgun Gothic" w:eastAsia="맑은 고딕"/>
          <w:b/>
          <w:color w:val="315FC7"/>
          <w:sz w:val="20"/>
        </w:rPr>
        <w:t>05  다음 업무 계획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우선순위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예정 업무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담당 / 협조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예정일</w:t>
            </w:r>
          </w:p>
        </w:tc>
      </w:tr>
      <w:tr>
        <w:trPr>
          <w:trHeight w:val="510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1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미완료 업무 확인 및 후속 처리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작성자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20  .  .</w:t>
            </w:r>
          </w:p>
        </w:tc>
      </w:tr>
      <w:tr>
        <w:trPr>
          <w:trHeight w:val="510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</w:tr>
    </w:tbl>
    <w:p>
      <w:pPr>
        <w:spacing w:before="60" w:after="20"/>
      </w:pPr>
      <w:r>
        <w:rPr>
          <w:rFonts w:ascii="Malgun Gothic" w:hAnsi="Malgun Gothic" w:eastAsia="맑은 고딕"/>
          <w:b/>
          <w:color w:val="315FC7"/>
          <w:sz w:val="20"/>
        </w:rPr>
        <w:t>06  보고 / 확인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rHeight w:val="482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보고자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서명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482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확인자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서명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sectPr w:rsidR="00FC693F" w:rsidRPr="0006063C" w:rsidSect="00034616">
      <w:pgSz w:w="11906" w:h="16838"/>
      <w:pgMar w:top="510" w:right="794" w:bottom="45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맑은 고딕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