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91C9" w14:textId="77777777" w:rsidR="0096614F" w:rsidRDefault="0096614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0E673CB1" w14:textId="77777777">
        <w:trPr>
          <w:jc w:val="center"/>
        </w:trPr>
        <w:tc>
          <w:tcPr>
            <w:tcW w:w="5326" w:type="dxa"/>
          </w:tcPr>
          <w:p w14:paraId="1E95B228" w14:textId="77777777" w:rsidR="002E0ED9" w:rsidRDefault="00000000">
            <w:r>
              <w:rPr>
                <w:b/>
                <w:color w:val="2F67B8"/>
                <w:sz w:val="20"/>
              </w:rPr>
              <w:t>HANDOVER DOCUMENT</w:t>
            </w:r>
          </w:p>
        </w:tc>
        <w:tc>
          <w:tcPr>
            <w:tcW w:w="5326" w:type="dxa"/>
          </w:tcPr>
          <w:p w14:paraId="6FE063F2" w14:textId="77777777" w:rsidR="002E0ED9" w:rsidRDefault="00000000">
            <w:pPr>
              <w:jc w:val="right"/>
            </w:pPr>
            <w:r>
              <w:rPr>
                <w:b/>
                <w:color w:val="202B3A"/>
                <w:sz w:val="48"/>
              </w:rPr>
              <w:t>인수인계서</w:t>
            </w:r>
          </w:p>
        </w:tc>
      </w:tr>
    </w:tbl>
    <w:p w14:paraId="29901CDB" w14:textId="77777777" w:rsidR="002E0ED9" w:rsidRDefault="00000000">
      <w:pPr>
        <w:spacing w:before="60" w:after="60"/>
        <w:rPr>
          <w:lang w:eastAsia="ko-KR"/>
        </w:rPr>
      </w:pPr>
      <w:r>
        <w:rPr>
          <w:lang w:eastAsia="ko-KR"/>
        </w:rPr>
        <w:t>담당 업무의 진행상황과 관련 자료, 미결 사항을 인계하고 확인하기 위한 사내 업무용 서식</w:t>
      </w:r>
    </w:p>
    <w:p w14:paraId="18AFCD23" w14:textId="77777777" w:rsidR="002E0ED9" w:rsidRDefault="00000000">
      <w:pPr>
        <w:spacing w:before="100" w:after="40"/>
      </w:pPr>
      <w:proofErr w:type="gramStart"/>
      <w:r>
        <w:rPr>
          <w:b/>
          <w:color w:val="2F67B8"/>
          <w:sz w:val="21"/>
        </w:rPr>
        <w:t>01 인수인계 정보</w:t>
      </w:r>
      <w:proofErr w:type="spellStart"/>
      <w:r>
        <w:rPr>
          <w:b/>
          <w:color w:val="2F67B8"/>
          <w:sz w:val="21"/>
        </w:rPr>
      </w:r>
      <w:proofErr w:type="spellEnd"/>
      <w:proofErr w:type="gramEnd"/>
      <w:r>
        <w:rPr>
          <w:b/>
          <w:color w:val="2F67B8"/>
          <w:sz w:val="21"/>
        </w:rPr>
      </w:r>
      <w:proofErr w:type="spellStart"/>
      <w:r>
        <w:rPr>
          <w:b/>
          <w:color w:val="2F67B8"/>
          <w:sz w:val="21"/>
        </w:rPr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68EF784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B5D677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인계자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9564EF1" w14:textId="77777777" w:rsidR="002E0ED9" w:rsidRDefault="002E0ED9">
            <w:pPr>
              <w:spacing w:after="0"/>
              <w:jc w:val="center"/>
            </w:pPr>
            <w:r/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F1F34D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인수자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B39F16C" w14:textId="77777777" w:rsidR="002E0ED9" w:rsidRDefault="002E0ED9">
            <w:pPr>
              <w:spacing w:after="0"/>
              <w:jc w:val="center"/>
            </w:pPr>
            <w:r/>
          </w:p>
        </w:tc>
      </w:tr>
      <w:tr w:rsidR="002E0ED9" w14:paraId="3A4DDF54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5E51C0C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소속 / 직위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0171C850" w14:textId="01ED2143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51E5146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소속 / 직위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720A459" w14:textId="0979937A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</w:tr>
      <w:tr w:rsidR="002E0ED9" w14:paraId="17AC7E73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87D70C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인계일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F5D8020" w14:textId="033CEED8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>20   년   월   일</w:t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1093E0B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인계 상태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A9DED7B" w14:textId="6D11A4A2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>□ 완료   □ 진행 중</w:t>
            </w:r>
            <w:r w:rsidR="0096614F">
              <w:rPr>
                <w:rFonts w:hint="eastAsia"/>
                <w:color w:val="202B3A"/>
                <w:lang w:eastAsia="ko-KR"/>
              </w:rPr>
            </w:r>
            <w:r>
              <w:rPr>
                <w:color w:val="202B3A"/>
              </w:rPr>
            </w:r>
          </w:p>
        </w:tc>
      </w:tr>
      <w:tr w:rsidR="002E0ED9" w14:paraId="5F765F5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F7BB18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담당 업무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75596C0" w14:textId="77777777" w:rsidR="002E0ED9" w:rsidRDefault="002E0ED9">
            <w:pPr>
              <w:spacing w:after="0"/>
              <w:jc w:val="center"/>
            </w:pPr>
            <w:r/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9852B61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관련 부서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4DDE3BB" w14:textId="77777777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</w:r>
          </w:p>
        </w:tc>
      </w:tr>
    </w:tbl>
    <w:p w14:paraId="5B336CDB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02 주요 업무 및 자료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6C3AB869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EE403D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주요 업무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C755495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[업무명 · 진행상황 · 다음 조치]</w:t>
            </w:r>
          </w:p>
        </w:tc>
      </w:tr>
      <w:tr w:rsidR="002E0ED9" w14:paraId="27B0B0A5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3C17DB8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미결 업무 / 일정</w:t>
            </w:r>
            <w:proofErr w:type="spellEnd"/>
            <w:r>
              <w:rPr>
                <w:b/>
                <w:color w:val="202B3A"/>
              </w:rPr>
            </w:r>
            <w:proofErr w:type="spellStart"/>
            <w:r>
              <w:rPr>
                <w:b/>
                <w:color w:val="202B3A"/>
              </w:rPr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100D322" w14:textId="77777777" w:rsidR="002E0ED9" w:rsidRDefault="002E0ED9">
            <w:pPr>
              <w:spacing w:after="0"/>
            </w:pPr>
            <w:r>
              <w:t>[미완료 업무 · 예정 일정 · 주의사항]</w:t>
            </w:r>
          </w:p>
        </w:tc>
      </w:tr>
      <w:tr w:rsidR="002E0ED9" w14:paraId="2BFF9106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7575F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관련 자료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53C791F" w14:textId="77777777" w:rsidR="002E0ED9" w:rsidRDefault="002E0ED9">
            <w:pPr>
              <w:spacing w:after="0"/>
            </w:pPr>
            <w:r>
              <w:t>[문서 · 파일 · 시스템 · 보관 위치]</w:t>
            </w:r>
          </w:p>
        </w:tc>
      </w:tr>
      <w:tr w:rsidR="002E0ED9" w14:paraId="15A42845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66B6947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주요 연락처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1B270F4" w14:textId="77777777" w:rsidR="002E0ED9" w:rsidRDefault="002E0ED9">
            <w:pPr>
              <w:spacing w:after="0"/>
            </w:pPr>
            <w:r>
              <w:t>[내부 담당자 · 거래처 · 협력업체 등]</w:t>
            </w:r>
          </w:p>
        </w:tc>
      </w:tr>
    </w:tbl>
    <w:p w14:paraId="55A99A8F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03 추가 전달사항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2A703603" w14:textId="77777777">
        <w:trPr>
          <w:trHeight w:val="68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669B425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전달 내용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D4C7D4F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위와 같이 업무 및 관련 사항을 인수인계하였음을 확인합니다.</w:t>
            </w:r>
            <w:proofErr w:type="spellStart"/>
            <w:r>
              <w:rPr>
                <w:color w:val="202B3A"/>
                <w:lang w:eastAsia="ko-KR"/>
              </w:rPr>
            </w:r>
            <w:proofErr w:type="spellEnd"/>
            <w:r>
              <w:rPr>
                <w:color w:val="202B3A"/>
                <w:lang w:eastAsia="ko-KR"/>
              </w:rPr>
            </w:r>
          </w:p>
        </w:tc>
      </w:tr>
      <w:tr w:rsidR="002E0ED9" w14:paraId="169D023D" w14:textId="77777777">
        <w:trPr>
          <w:trHeight w:val="794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DD4E3BD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비고 / 추가사항</w:t>
            </w:r>
            <w:proofErr w:type="spellEnd"/>
            <w:r>
              <w:rPr>
                <w:b/>
                <w:color w:val="202B3A"/>
              </w:rPr>
            </w:r>
            <w:proofErr w:type="spellStart"/>
            <w:r>
              <w:rPr>
                <w:b/>
                <w:color w:val="202B3A"/>
              </w:rPr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B318A8C" w14:textId="77777777" w:rsidR="002E0ED9" w:rsidRDefault="002E0ED9">
            <w:pPr>
              <w:spacing w:after="0"/>
            </w:pPr>
            <w:r>
              <w:t>[추가 전달사항 또는 확인이 필요한 내용]</w:t>
            </w:r>
          </w:p>
        </w:tc>
      </w:tr>
    </w:tbl>
    <w:p w14:paraId="206BAEC9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04 확인 서명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43132783" w14:textId="77777777">
        <w:trPr>
          <w:trHeight w:val="454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5F2EF"/>
            <w:vAlign w:val="center"/>
          </w:tcPr>
          <w:p w14:paraId="5E1D199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인계자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1D6B2453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인수자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25D4AA9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팀장 / 부서장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060C5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확인자</w:t>
            </w:r>
          </w:p>
        </w:tc>
      </w:tr>
      <w:tr w:rsidR="002E0ED9" w14:paraId="52CDFF28" w14:textId="77777777">
        <w:trPr>
          <w:trHeight w:val="850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0DFAD3F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0062FDE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867134A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55BEE34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</w:tr>
    </w:tbl>
    <w:p w14:paraId="43C27933" w14:textId="77777777" w:rsidR="002E0ED9" w:rsidRDefault="00000000">
      <w:pPr>
        <w:spacing w:before="120"/>
        <w:rPr>
          <w:lang w:eastAsia="ko-KR"/>
        </w:rPr>
      </w:pPr>
      <w:r>
        <w:rPr>
          <w:color w:val="5F6978"/>
          <w:sz w:val="16"/>
          <w:lang w:eastAsia="ko-KR"/>
        </w:rPr>
        <w:t>※ 회사의 업무 인수인계 절차 또는 별도 지정 양식이 있는 경우 해당 내부 기준을 우선 확인하여 사용하세요.</w:t>
      </w:r>
    </w:p>
    <w:sectPr w:rsidR="002E0ED9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91736">
    <w:abstractNumId w:val="8"/>
  </w:num>
  <w:num w:numId="2" w16cid:durableId="1420100991">
    <w:abstractNumId w:val="6"/>
  </w:num>
  <w:num w:numId="3" w16cid:durableId="573128941">
    <w:abstractNumId w:val="5"/>
  </w:num>
  <w:num w:numId="4" w16cid:durableId="87166768">
    <w:abstractNumId w:val="4"/>
  </w:num>
  <w:num w:numId="5" w16cid:durableId="591205880">
    <w:abstractNumId w:val="7"/>
  </w:num>
  <w:num w:numId="6" w16cid:durableId="1727529166">
    <w:abstractNumId w:val="3"/>
  </w:num>
  <w:num w:numId="7" w16cid:durableId="1004865631">
    <w:abstractNumId w:val="2"/>
  </w:num>
  <w:num w:numId="8" w16cid:durableId="614021705">
    <w:abstractNumId w:val="1"/>
  </w:num>
  <w:num w:numId="9" w16cid:durableId="20044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ED9"/>
    <w:rsid w:val="00326F90"/>
    <w:rsid w:val="0096614F"/>
    <w:rsid w:val="00AA1D8D"/>
    <w:rsid w:val="00B47730"/>
    <w:rsid w:val="00BC39E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E5DA8D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2026-08-21T05:09:00Z</dcterms:modified>
  <cp:category/>
</cp:coreProperties>
</file>