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432F3" w14:textId="77777777" w:rsidR="00A132C8" w:rsidRDefault="00000000">
      <w:pPr>
        <w:spacing w:after="100"/>
        <w:jc w:val="center"/>
      </w:pPr>
      <w:r>
        <w:rPr>
          <w:b/>
          <w:color w:val="000000"/>
          <w:sz w:val="34"/>
        </w:rPr>
        <w:t>인사관리카드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24"/>
        <w:gridCol w:w="360"/>
        <w:gridCol w:w="2088"/>
        <w:gridCol w:w="1368"/>
        <w:gridCol w:w="792"/>
        <w:gridCol w:w="792"/>
        <w:gridCol w:w="863"/>
        <w:gridCol w:w="2593"/>
      </w:tblGrid>
      <w:tr w:rsidR="00A132C8" w14:paraId="1E13F3D1" w14:textId="77777777">
        <w:trPr>
          <w:trHeight w:val="432"/>
          <w:jc w:val="center"/>
        </w:trPr>
        <w:tc>
          <w:tcPr>
            <w:tcW w:w="158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EA390BC" w14:textId="77777777" w:rsidR="00A132C8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7"/>
              </w:rPr>
              <w:t>관리부서</w:t>
            </w:r>
          </w:p>
        </w:tc>
        <w:tc>
          <w:tcPr>
            <w:tcW w:w="345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3F44AD3" w14:textId="77777777" w:rsidR="00A132C8" w:rsidRDefault="00A132C8">
            <w:pPr>
              <w:spacing w:after="0" w:line="240" w:lineRule="auto"/>
            </w:pPr>
          </w:p>
        </w:tc>
        <w:tc>
          <w:tcPr>
            <w:tcW w:w="158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DE741EA" w14:textId="77777777" w:rsidR="00A132C8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7"/>
              </w:rPr>
              <w:t>작성 기준일</w:t>
            </w:r>
          </w:p>
        </w:tc>
        <w:tc>
          <w:tcPr>
            <w:tcW w:w="345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BD88FDD" w14:textId="77777777" w:rsidR="00A132C8" w:rsidRDefault="00A132C8">
            <w:pPr>
              <w:spacing w:after="0" w:line="240" w:lineRule="auto"/>
            </w:pPr>
          </w:p>
        </w:tc>
      </w:tr>
      <w:tr w:rsidR="00A132C8" w14:paraId="2CD6C451" w14:textId="77777777">
        <w:trPr>
          <w:trHeight w:val="403"/>
          <w:jc w:val="center"/>
        </w:trPr>
        <w:tc>
          <w:tcPr>
            <w:tcW w:w="10080" w:type="dxa"/>
            <w:gridSpan w:val="8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E7D6D4B" w14:textId="77777777" w:rsidR="00A132C8" w:rsidRDefault="00000000">
            <w:pPr>
              <w:spacing w:after="0" w:line="240" w:lineRule="auto"/>
            </w:pPr>
            <w:r>
              <w:rPr>
                <w:b/>
                <w:color w:val="000000"/>
                <w:sz w:val="19"/>
              </w:rPr>
              <w:t>1. 기본 인적사항</w:t>
            </w:r>
          </w:p>
        </w:tc>
      </w:tr>
      <w:tr w:rsidR="00A132C8" w14:paraId="30DC897C" w14:textId="77777777">
        <w:trPr>
          <w:trHeight w:val="432"/>
          <w:jc w:val="center"/>
        </w:trPr>
        <w:tc>
          <w:tcPr>
            <w:tcW w:w="158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6362AD2" w14:textId="77777777" w:rsidR="00A132C8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7"/>
              </w:rPr>
              <w:t>사번</w:t>
            </w:r>
          </w:p>
        </w:tc>
        <w:tc>
          <w:tcPr>
            <w:tcW w:w="345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7159A80" w14:textId="77777777" w:rsidR="00A132C8" w:rsidRDefault="00A132C8">
            <w:pPr>
              <w:spacing w:after="0" w:line="240" w:lineRule="auto"/>
            </w:pPr>
          </w:p>
        </w:tc>
        <w:tc>
          <w:tcPr>
            <w:tcW w:w="158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2D4DCAC" w14:textId="77777777" w:rsidR="00A132C8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7"/>
              </w:rPr>
              <w:t>성명</w:t>
            </w:r>
          </w:p>
        </w:tc>
        <w:tc>
          <w:tcPr>
            <w:tcW w:w="345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B22607E" w14:textId="77777777" w:rsidR="00A132C8" w:rsidRDefault="00A132C8">
            <w:pPr>
              <w:spacing w:after="0" w:line="240" w:lineRule="auto"/>
            </w:pPr>
          </w:p>
        </w:tc>
      </w:tr>
      <w:tr w:rsidR="00A132C8" w14:paraId="3FCC6F47" w14:textId="77777777">
        <w:trPr>
          <w:trHeight w:val="432"/>
          <w:jc w:val="center"/>
        </w:trPr>
        <w:tc>
          <w:tcPr>
            <w:tcW w:w="158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7931E02" w14:textId="77777777" w:rsidR="00A132C8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7"/>
              </w:rPr>
              <w:t>생년월일</w:t>
            </w:r>
          </w:p>
        </w:tc>
        <w:tc>
          <w:tcPr>
            <w:tcW w:w="345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1F302E7" w14:textId="77777777" w:rsidR="00A132C8" w:rsidRDefault="00A132C8">
            <w:pPr>
              <w:spacing w:after="0" w:line="240" w:lineRule="auto"/>
            </w:pPr>
          </w:p>
        </w:tc>
        <w:tc>
          <w:tcPr>
            <w:tcW w:w="158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2C31907" w14:textId="77777777" w:rsidR="00A132C8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7"/>
              </w:rPr>
              <w:t>성별</w:t>
            </w:r>
          </w:p>
        </w:tc>
        <w:tc>
          <w:tcPr>
            <w:tcW w:w="345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1A41BD3" w14:textId="77777777" w:rsidR="00A132C8" w:rsidRDefault="00A132C8">
            <w:pPr>
              <w:spacing w:after="0" w:line="240" w:lineRule="auto"/>
            </w:pPr>
          </w:p>
        </w:tc>
      </w:tr>
      <w:tr w:rsidR="00A132C8" w14:paraId="40FD22B6" w14:textId="77777777">
        <w:trPr>
          <w:trHeight w:val="432"/>
          <w:jc w:val="center"/>
        </w:trPr>
        <w:tc>
          <w:tcPr>
            <w:tcW w:w="158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0D5D9ED" w14:textId="77777777" w:rsidR="00A132C8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7"/>
              </w:rPr>
              <w:t>입사일</w:t>
            </w:r>
          </w:p>
        </w:tc>
        <w:tc>
          <w:tcPr>
            <w:tcW w:w="345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716187D" w14:textId="77777777" w:rsidR="00A132C8" w:rsidRDefault="00A132C8">
            <w:pPr>
              <w:spacing w:after="0" w:line="240" w:lineRule="auto"/>
            </w:pPr>
          </w:p>
        </w:tc>
        <w:tc>
          <w:tcPr>
            <w:tcW w:w="158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5B64083" w14:textId="77777777" w:rsidR="00A132C8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7"/>
              </w:rPr>
              <w:t>고용형태</w:t>
            </w:r>
          </w:p>
        </w:tc>
        <w:tc>
          <w:tcPr>
            <w:tcW w:w="345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BD5B7E9" w14:textId="77777777" w:rsidR="00A132C8" w:rsidRDefault="00A132C8">
            <w:pPr>
              <w:spacing w:after="0" w:line="240" w:lineRule="auto"/>
            </w:pPr>
          </w:p>
        </w:tc>
      </w:tr>
      <w:tr w:rsidR="00A132C8" w14:paraId="0B526EBB" w14:textId="77777777">
        <w:trPr>
          <w:trHeight w:val="432"/>
          <w:jc w:val="center"/>
        </w:trPr>
        <w:tc>
          <w:tcPr>
            <w:tcW w:w="158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A297B61" w14:textId="77777777" w:rsidR="00A132C8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7"/>
              </w:rPr>
              <w:t>재직상태</w:t>
            </w:r>
          </w:p>
        </w:tc>
        <w:tc>
          <w:tcPr>
            <w:tcW w:w="345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46F1B38" w14:textId="77777777" w:rsidR="00A132C8" w:rsidRDefault="00A132C8">
            <w:pPr>
              <w:spacing w:after="0" w:line="240" w:lineRule="auto"/>
            </w:pPr>
          </w:p>
        </w:tc>
        <w:tc>
          <w:tcPr>
            <w:tcW w:w="158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5740B29" w14:textId="77777777" w:rsidR="00A132C8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7"/>
              </w:rPr>
              <w:t>휴대전화</w:t>
            </w:r>
          </w:p>
        </w:tc>
        <w:tc>
          <w:tcPr>
            <w:tcW w:w="345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FDCF93C" w14:textId="77777777" w:rsidR="00A132C8" w:rsidRDefault="00A132C8">
            <w:pPr>
              <w:spacing w:after="0" w:line="240" w:lineRule="auto"/>
            </w:pPr>
          </w:p>
        </w:tc>
      </w:tr>
      <w:tr w:rsidR="00A132C8" w14:paraId="5A2E08DB" w14:textId="77777777">
        <w:trPr>
          <w:trHeight w:val="432"/>
          <w:jc w:val="center"/>
        </w:trPr>
        <w:tc>
          <w:tcPr>
            <w:tcW w:w="158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46EC031" w14:textId="77777777" w:rsidR="00A132C8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7"/>
              </w:rPr>
              <w:t>회사 이메일</w:t>
            </w:r>
          </w:p>
        </w:tc>
        <w:tc>
          <w:tcPr>
            <w:tcW w:w="345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7D003D9" w14:textId="77777777" w:rsidR="00A132C8" w:rsidRDefault="00A132C8">
            <w:pPr>
              <w:spacing w:after="0" w:line="240" w:lineRule="auto"/>
            </w:pPr>
          </w:p>
        </w:tc>
        <w:tc>
          <w:tcPr>
            <w:tcW w:w="158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23072F9" w14:textId="77777777" w:rsidR="00A132C8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7"/>
              </w:rPr>
              <w:t>개인 이메일</w:t>
            </w:r>
          </w:p>
        </w:tc>
        <w:tc>
          <w:tcPr>
            <w:tcW w:w="345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7B79DCF" w14:textId="77777777" w:rsidR="00A132C8" w:rsidRDefault="00A132C8">
            <w:pPr>
              <w:spacing w:after="0" w:line="240" w:lineRule="auto"/>
            </w:pPr>
          </w:p>
        </w:tc>
      </w:tr>
      <w:tr w:rsidR="00A132C8" w14:paraId="36A66EA7" w14:textId="77777777">
        <w:trPr>
          <w:trHeight w:val="432"/>
          <w:jc w:val="center"/>
        </w:trPr>
        <w:tc>
          <w:tcPr>
            <w:tcW w:w="158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316A0BC" w14:textId="77777777" w:rsidR="00A132C8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7"/>
              </w:rPr>
              <w:t>주소</w:t>
            </w:r>
          </w:p>
        </w:tc>
        <w:tc>
          <w:tcPr>
            <w:tcW w:w="345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6212AB6" w14:textId="77777777" w:rsidR="00A132C8" w:rsidRDefault="00A132C8">
            <w:pPr>
              <w:spacing w:after="0" w:line="240" w:lineRule="auto"/>
            </w:pPr>
          </w:p>
        </w:tc>
        <w:tc>
          <w:tcPr>
            <w:tcW w:w="158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170367F" w14:textId="77777777" w:rsidR="00A132C8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7"/>
              </w:rPr>
              <w:t>비상연락처</w:t>
            </w:r>
          </w:p>
        </w:tc>
        <w:tc>
          <w:tcPr>
            <w:tcW w:w="345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8E790B0" w14:textId="77777777" w:rsidR="00A132C8" w:rsidRDefault="00A132C8">
            <w:pPr>
              <w:spacing w:after="0" w:line="240" w:lineRule="auto"/>
            </w:pPr>
          </w:p>
        </w:tc>
      </w:tr>
      <w:tr w:rsidR="00A132C8" w14:paraId="0E64C9D9" w14:textId="77777777">
        <w:trPr>
          <w:trHeight w:val="432"/>
          <w:jc w:val="center"/>
        </w:trPr>
        <w:tc>
          <w:tcPr>
            <w:tcW w:w="158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9EFD7C8" w14:textId="77777777" w:rsidR="00A132C8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7"/>
              </w:rPr>
              <w:t>비상연락처 관계</w:t>
            </w:r>
          </w:p>
        </w:tc>
        <w:tc>
          <w:tcPr>
            <w:tcW w:w="345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135E8B2" w14:textId="77777777" w:rsidR="00A132C8" w:rsidRDefault="00A132C8">
            <w:pPr>
              <w:spacing w:after="0" w:line="240" w:lineRule="auto"/>
            </w:pPr>
          </w:p>
        </w:tc>
        <w:tc>
          <w:tcPr>
            <w:tcW w:w="158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C2CFB16" w14:textId="77777777" w:rsidR="00A132C8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7"/>
              </w:rPr>
              <w:t>연락 가능 시간</w:t>
            </w:r>
          </w:p>
        </w:tc>
        <w:tc>
          <w:tcPr>
            <w:tcW w:w="345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4A94FBD" w14:textId="77777777" w:rsidR="00A132C8" w:rsidRDefault="00A132C8">
            <w:pPr>
              <w:spacing w:after="0" w:line="240" w:lineRule="auto"/>
            </w:pPr>
          </w:p>
        </w:tc>
      </w:tr>
      <w:tr w:rsidR="00A132C8" w14:paraId="5F0BFDF8" w14:textId="77777777">
        <w:trPr>
          <w:trHeight w:val="403"/>
          <w:jc w:val="center"/>
        </w:trPr>
        <w:tc>
          <w:tcPr>
            <w:tcW w:w="10080" w:type="dxa"/>
            <w:gridSpan w:val="8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BA0488C" w14:textId="77777777" w:rsidR="00A132C8" w:rsidRDefault="00000000">
            <w:pPr>
              <w:spacing w:after="0" w:line="240" w:lineRule="auto"/>
            </w:pPr>
            <w:r>
              <w:rPr>
                <w:b/>
                <w:color w:val="000000"/>
                <w:sz w:val="19"/>
              </w:rPr>
              <w:t>2. 소속 및 근로 정보</w:t>
            </w:r>
          </w:p>
        </w:tc>
      </w:tr>
      <w:tr w:rsidR="00A132C8" w14:paraId="2C7CCC21" w14:textId="77777777">
        <w:trPr>
          <w:trHeight w:val="432"/>
          <w:jc w:val="center"/>
        </w:trPr>
        <w:tc>
          <w:tcPr>
            <w:tcW w:w="158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A1B0E80" w14:textId="77777777" w:rsidR="00A132C8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7"/>
              </w:rPr>
              <w:t>법인 또는 사업장</w:t>
            </w:r>
          </w:p>
        </w:tc>
        <w:tc>
          <w:tcPr>
            <w:tcW w:w="345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B08248F" w14:textId="77777777" w:rsidR="00A132C8" w:rsidRDefault="00A132C8">
            <w:pPr>
              <w:spacing w:after="0" w:line="240" w:lineRule="auto"/>
            </w:pPr>
          </w:p>
        </w:tc>
        <w:tc>
          <w:tcPr>
            <w:tcW w:w="158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26F568A" w14:textId="77777777" w:rsidR="00A132C8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7"/>
              </w:rPr>
              <w:t>부서</w:t>
            </w:r>
          </w:p>
        </w:tc>
        <w:tc>
          <w:tcPr>
            <w:tcW w:w="345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457EF1C" w14:textId="77777777" w:rsidR="00A132C8" w:rsidRDefault="00A132C8">
            <w:pPr>
              <w:spacing w:after="0" w:line="240" w:lineRule="auto"/>
            </w:pPr>
          </w:p>
        </w:tc>
      </w:tr>
      <w:tr w:rsidR="00A132C8" w14:paraId="531CC26F" w14:textId="77777777">
        <w:trPr>
          <w:trHeight w:val="432"/>
          <w:jc w:val="center"/>
        </w:trPr>
        <w:tc>
          <w:tcPr>
            <w:tcW w:w="158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AAFE85A" w14:textId="77777777" w:rsidR="00A132C8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7"/>
              </w:rPr>
              <w:t>팀</w:t>
            </w:r>
          </w:p>
        </w:tc>
        <w:tc>
          <w:tcPr>
            <w:tcW w:w="345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971A0C8" w14:textId="77777777" w:rsidR="00A132C8" w:rsidRDefault="00A132C8">
            <w:pPr>
              <w:spacing w:after="0" w:line="240" w:lineRule="auto"/>
            </w:pPr>
          </w:p>
        </w:tc>
        <w:tc>
          <w:tcPr>
            <w:tcW w:w="158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731FB8F" w14:textId="77777777" w:rsidR="00A132C8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7"/>
              </w:rPr>
              <w:t>직급</w:t>
            </w:r>
          </w:p>
        </w:tc>
        <w:tc>
          <w:tcPr>
            <w:tcW w:w="345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38C9429" w14:textId="77777777" w:rsidR="00A132C8" w:rsidRDefault="00A132C8">
            <w:pPr>
              <w:spacing w:after="0" w:line="240" w:lineRule="auto"/>
            </w:pPr>
          </w:p>
        </w:tc>
      </w:tr>
      <w:tr w:rsidR="00A132C8" w14:paraId="642D416D" w14:textId="77777777">
        <w:trPr>
          <w:trHeight w:val="432"/>
          <w:jc w:val="center"/>
        </w:trPr>
        <w:tc>
          <w:tcPr>
            <w:tcW w:w="158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15BF87D" w14:textId="77777777" w:rsidR="00A132C8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7"/>
              </w:rPr>
              <w:t>직책</w:t>
            </w:r>
          </w:p>
        </w:tc>
        <w:tc>
          <w:tcPr>
            <w:tcW w:w="345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05896EC" w14:textId="77777777" w:rsidR="00A132C8" w:rsidRDefault="00A132C8">
            <w:pPr>
              <w:spacing w:after="0" w:line="240" w:lineRule="auto"/>
            </w:pPr>
          </w:p>
        </w:tc>
        <w:tc>
          <w:tcPr>
            <w:tcW w:w="158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1A2A876" w14:textId="77777777" w:rsidR="00A132C8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7"/>
              </w:rPr>
              <w:t>직무</w:t>
            </w:r>
          </w:p>
        </w:tc>
        <w:tc>
          <w:tcPr>
            <w:tcW w:w="345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82590B5" w14:textId="77777777" w:rsidR="00A132C8" w:rsidRDefault="00A132C8">
            <w:pPr>
              <w:spacing w:after="0" w:line="240" w:lineRule="auto"/>
            </w:pPr>
          </w:p>
        </w:tc>
      </w:tr>
      <w:tr w:rsidR="00A132C8" w14:paraId="271A39EC" w14:textId="77777777">
        <w:trPr>
          <w:trHeight w:val="432"/>
          <w:jc w:val="center"/>
        </w:trPr>
        <w:tc>
          <w:tcPr>
            <w:tcW w:w="158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733CBFD" w14:textId="77777777" w:rsidR="00A132C8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7"/>
              </w:rPr>
              <w:t>근무지</w:t>
            </w:r>
          </w:p>
        </w:tc>
        <w:tc>
          <w:tcPr>
            <w:tcW w:w="345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9257722" w14:textId="77777777" w:rsidR="00A132C8" w:rsidRDefault="00A132C8">
            <w:pPr>
              <w:spacing w:after="0" w:line="240" w:lineRule="auto"/>
            </w:pPr>
          </w:p>
        </w:tc>
        <w:tc>
          <w:tcPr>
            <w:tcW w:w="158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D584579" w14:textId="77777777" w:rsidR="00A132C8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7"/>
              </w:rPr>
              <w:t>직속상급자</w:t>
            </w:r>
          </w:p>
        </w:tc>
        <w:tc>
          <w:tcPr>
            <w:tcW w:w="345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E6DD893" w14:textId="77777777" w:rsidR="00A132C8" w:rsidRDefault="00A132C8">
            <w:pPr>
              <w:spacing w:after="0" w:line="240" w:lineRule="auto"/>
            </w:pPr>
          </w:p>
        </w:tc>
      </w:tr>
      <w:tr w:rsidR="00A132C8" w14:paraId="1974DC83" w14:textId="77777777">
        <w:trPr>
          <w:trHeight w:val="432"/>
          <w:jc w:val="center"/>
        </w:trPr>
        <w:tc>
          <w:tcPr>
            <w:tcW w:w="158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42CE741" w14:textId="77777777" w:rsidR="00A132C8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7"/>
              </w:rPr>
              <w:t>근무형태</w:t>
            </w:r>
          </w:p>
        </w:tc>
        <w:tc>
          <w:tcPr>
            <w:tcW w:w="345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9B07E42" w14:textId="77777777" w:rsidR="00A132C8" w:rsidRDefault="00A132C8">
            <w:pPr>
              <w:spacing w:after="0" w:line="240" w:lineRule="auto"/>
            </w:pPr>
          </w:p>
        </w:tc>
        <w:tc>
          <w:tcPr>
            <w:tcW w:w="158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2E8750E" w14:textId="77777777" w:rsidR="00A132C8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7"/>
              </w:rPr>
              <w:t>계약 또는 수습 만료일</w:t>
            </w:r>
          </w:p>
        </w:tc>
        <w:tc>
          <w:tcPr>
            <w:tcW w:w="345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ADF7413" w14:textId="77777777" w:rsidR="00A132C8" w:rsidRDefault="00A132C8">
            <w:pPr>
              <w:spacing w:after="0" w:line="240" w:lineRule="auto"/>
            </w:pPr>
          </w:p>
        </w:tc>
      </w:tr>
      <w:tr w:rsidR="00A132C8" w14:paraId="2E0B47A3" w14:textId="77777777">
        <w:trPr>
          <w:trHeight w:val="403"/>
          <w:jc w:val="center"/>
        </w:trPr>
        <w:tc>
          <w:tcPr>
            <w:tcW w:w="10080" w:type="dxa"/>
            <w:gridSpan w:val="8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33C5EBD" w14:textId="77777777" w:rsidR="00A132C8" w:rsidRDefault="00000000">
            <w:pPr>
              <w:spacing w:after="0" w:line="240" w:lineRule="auto"/>
            </w:pPr>
            <w:r>
              <w:rPr>
                <w:b/>
                <w:color w:val="000000"/>
                <w:sz w:val="19"/>
              </w:rPr>
              <w:t>3. 학력 및 주요 경력</w:t>
            </w:r>
          </w:p>
        </w:tc>
      </w:tr>
      <w:tr w:rsidR="00A132C8" w14:paraId="42263CC8" w14:textId="77777777">
        <w:trPr>
          <w:trHeight w:val="432"/>
          <w:tblHeader/>
          <w:jc w:val="center"/>
        </w:trPr>
        <w:tc>
          <w:tcPr>
            <w:tcW w:w="12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1C7FCEE" w14:textId="77777777" w:rsidR="00A132C8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구분</w:t>
            </w:r>
          </w:p>
        </w:tc>
        <w:tc>
          <w:tcPr>
            <w:tcW w:w="24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03ED93A" w14:textId="77777777" w:rsidR="00A132C8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학교 또는 회사명</w:t>
            </w:r>
          </w:p>
        </w:tc>
        <w:tc>
          <w:tcPr>
            <w:tcW w:w="216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6206AB4" w14:textId="77777777" w:rsidR="00A132C8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전공 또는 부서</w:t>
            </w:r>
          </w:p>
        </w:tc>
        <w:tc>
          <w:tcPr>
            <w:tcW w:w="165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4AA43B3" w14:textId="77777777" w:rsidR="00A132C8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기간</w:t>
            </w:r>
          </w:p>
        </w:tc>
        <w:tc>
          <w:tcPr>
            <w:tcW w:w="25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2F3E85E" w14:textId="77777777" w:rsidR="00A132C8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학위 또는 직위</w:t>
            </w:r>
          </w:p>
        </w:tc>
      </w:tr>
      <w:tr w:rsidR="00A132C8" w14:paraId="26AD19D7" w14:textId="77777777">
        <w:trPr>
          <w:trHeight w:val="432"/>
          <w:jc w:val="center"/>
        </w:trPr>
        <w:tc>
          <w:tcPr>
            <w:tcW w:w="12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FF6AE4E" w14:textId="77777777" w:rsidR="00A132C8" w:rsidRDefault="00A132C8">
            <w:pPr>
              <w:spacing w:after="0" w:line="240" w:lineRule="auto"/>
              <w:jc w:val="center"/>
            </w:pPr>
          </w:p>
        </w:tc>
        <w:tc>
          <w:tcPr>
            <w:tcW w:w="24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589C485" w14:textId="77777777" w:rsidR="00A132C8" w:rsidRDefault="00A132C8">
            <w:pPr>
              <w:spacing w:after="0" w:line="240" w:lineRule="auto"/>
            </w:pPr>
          </w:p>
        </w:tc>
        <w:tc>
          <w:tcPr>
            <w:tcW w:w="216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1450885" w14:textId="77777777" w:rsidR="00A132C8" w:rsidRDefault="00A132C8">
            <w:pPr>
              <w:spacing w:after="0" w:line="240" w:lineRule="auto"/>
            </w:pPr>
          </w:p>
        </w:tc>
        <w:tc>
          <w:tcPr>
            <w:tcW w:w="165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064A6DD" w14:textId="77777777" w:rsidR="00A132C8" w:rsidRDefault="00A132C8">
            <w:pPr>
              <w:spacing w:after="0" w:line="240" w:lineRule="auto"/>
              <w:jc w:val="center"/>
            </w:pPr>
          </w:p>
        </w:tc>
        <w:tc>
          <w:tcPr>
            <w:tcW w:w="25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062503E" w14:textId="77777777" w:rsidR="00A132C8" w:rsidRDefault="00A132C8">
            <w:pPr>
              <w:spacing w:after="0" w:line="240" w:lineRule="auto"/>
            </w:pPr>
          </w:p>
        </w:tc>
      </w:tr>
      <w:tr w:rsidR="00A132C8" w14:paraId="2774D26F" w14:textId="77777777">
        <w:trPr>
          <w:trHeight w:val="432"/>
          <w:jc w:val="center"/>
        </w:trPr>
        <w:tc>
          <w:tcPr>
            <w:tcW w:w="12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9C5133D" w14:textId="77777777" w:rsidR="00A132C8" w:rsidRDefault="00A132C8">
            <w:pPr>
              <w:spacing w:after="0" w:line="240" w:lineRule="auto"/>
              <w:jc w:val="center"/>
            </w:pPr>
          </w:p>
        </w:tc>
        <w:tc>
          <w:tcPr>
            <w:tcW w:w="24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87FE598" w14:textId="77777777" w:rsidR="00A132C8" w:rsidRDefault="00A132C8">
            <w:pPr>
              <w:spacing w:after="0" w:line="240" w:lineRule="auto"/>
            </w:pPr>
          </w:p>
        </w:tc>
        <w:tc>
          <w:tcPr>
            <w:tcW w:w="216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D9801A3" w14:textId="77777777" w:rsidR="00A132C8" w:rsidRDefault="00A132C8">
            <w:pPr>
              <w:spacing w:after="0" w:line="240" w:lineRule="auto"/>
            </w:pPr>
          </w:p>
        </w:tc>
        <w:tc>
          <w:tcPr>
            <w:tcW w:w="165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B83A927" w14:textId="77777777" w:rsidR="00A132C8" w:rsidRDefault="00A132C8">
            <w:pPr>
              <w:spacing w:after="0" w:line="240" w:lineRule="auto"/>
              <w:jc w:val="center"/>
            </w:pPr>
          </w:p>
        </w:tc>
        <w:tc>
          <w:tcPr>
            <w:tcW w:w="25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4FCF5F6" w14:textId="77777777" w:rsidR="00A132C8" w:rsidRDefault="00A132C8">
            <w:pPr>
              <w:spacing w:after="0" w:line="240" w:lineRule="auto"/>
            </w:pPr>
          </w:p>
        </w:tc>
      </w:tr>
      <w:tr w:rsidR="00A132C8" w14:paraId="5A320E76" w14:textId="77777777">
        <w:trPr>
          <w:trHeight w:val="432"/>
          <w:jc w:val="center"/>
        </w:trPr>
        <w:tc>
          <w:tcPr>
            <w:tcW w:w="12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7B9ADBD" w14:textId="77777777" w:rsidR="00A132C8" w:rsidRDefault="00A132C8">
            <w:pPr>
              <w:spacing w:after="0" w:line="240" w:lineRule="auto"/>
              <w:jc w:val="center"/>
            </w:pPr>
          </w:p>
        </w:tc>
        <w:tc>
          <w:tcPr>
            <w:tcW w:w="24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94AF517" w14:textId="77777777" w:rsidR="00A132C8" w:rsidRDefault="00A132C8">
            <w:pPr>
              <w:spacing w:after="0" w:line="240" w:lineRule="auto"/>
            </w:pPr>
          </w:p>
        </w:tc>
        <w:tc>
          <w:tcPr>
            <w:tcW w:w="216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BA94D7F" w14:textId="77777777" w:rsidR="00A132C8" w:rsidRDefault="00A132C8">
            <w:pPr>
              <w:spacing w:after="0" w:line="240" w:lineRule="auto"/>
            </w:pPr>
          </w:p>
        </w:tc>
        <w:tc>
          <w:tcPr>
            <w:tcW w:w="165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90EC851" w14:textId="77777777" w:rsidR="00A132C8" w:rsidRDefault="00A132C8">
            <w:pPr>
              <w:spacing w:after="0" w:line="240" w:lineRule="auto"/>
              <w:jc w:val="center"/>
            </w:pPr>
          </w:p>
        </w:tc>
        <w:tc>
          <w:tcPr>
            <w:tcW w:w="25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727BAB2" w14:textId="77777777" w:rsidR="00A132C8" w:rsidRDefault="00A132C8">
            <w:pPr>
              <w:spacing w:after="0" w:line="240" w:lineRule="auto"/>
            </w:pPr>
          </w:p>
        </w:tc>
      </w:tr>
      <w:tr w:rsidR="00A132C8" w14:paraId="48C8A825" w14:textId="77777777">
        <w:trPr>
          <w:trHeight w:val="432"/>
          <w:jc w:val="center"/>
        </w:trPr>
        <w:tc>
          <w:tcPr>
            <w:tcW w:w="12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D61AFDD" w14:textId="77777777" w:rsidR="00A132C8" w:rsidRDefault="00A132C8">
            <w:pPr>
              <w:spacing w:after="0" w:line="240" w:lineRule="auto"/>
              <w:jc w:val="center"/>
            </w:pPr>
          </w:p>
        </w:tc>
        <w:tc>
          <w:tcPr>
            <w:tcW w:w="24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7A499D0" w14:textId="77777777" w:rsidR="00A132C8" w:rsidRDefault="00A132C8">
            <w:pPr>
              <w:spacing w:after="0" w:line="240" w:lineRule="auto"/>
            </w:pPr>
          </w:p>
        </w:tc>
        <w:tc>
          <w:tcPr>
            <w:tcW w:w="216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0AD82F3" w14:textId="77777777" w:rsidR="00A132C8" w:rsidRDefault="00A132C8">
            <w:pPr>
              <w:spacing w:after="0" w:line="240" w:lineRule="auto"/>
            </w:pPr>
          </w:p>
        </w:tc>
        <w:tc>
          <w:tcPr>
            <w:tcW w:w="165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B857B91" w14:textId="77777777" w:rsidR="00A132C8" w:rsidRDefault="00A132C8">
            <w:pPr>
              <w:spacing w:after="0" w:line="240" w:lineRule="auto"/>
              <w:jc w:val="center"/>
            </w:pPr>
          </w:p>
        </w:tc>
        <w:tc>
          <w:tcPr>
            <w:tcW w:w="25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AE25AF8" w14:textId="77777777" w:rsidR="00A132C8" w:rsidRDefault="00A132C8">
            <w:pPr>
              <w:spacing w:after="0" w:line="240" w:lineRule="auto"/>
            </w:pPr>
          </w:p>
        </w:tc>
      </w:tr>
    </w:tbl>
    <w:p w14:paraId="54E77B4B" w14:textId="77777777" w:rsidR="00A132C8" w:rsidRDefault="00000000">
      <w:r>
        <w:br w:type="page"/>
      </w:r>
    </w:p>
    <w:p w14:paraId="4F71BCA5" w14:textId="77777777" w:rsidR="00A132C8" w:rsidRDefault="00000000">
      <w:pPr>
        <w:spacing w:after="100"/>
        <w:jc w:val="center"/>
      </w:pPr>
      <w:r>
        <w:rPr>
          <w:b/>
          <w:color w:val="000000"/>
          <w:sz w:val="34"/>
        </w:rPr>
        <w:lastRenderedPageBreak/>
        <w:t>인사관리카드 (계속)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80"/>
        <w:gridCol w:w="1440"/>
        <w:gridCol w:w="2808"/>
        <w:gridCol w:w="2376"/>
        <w:gridCol w:w="2433"/>
      </w:tblGrid>
      <w:tr w:rsidR="00A132C8" w14:paraId="272933ED" w14:textId="77777777" w:rsidTr="0037435E">
        <w:trPr>
          <w:trHeight w:val="403"/>
          <w:jc w:val="center"/>
        </w:trPr>
        <w:tc>
          <w:tcPr>
            <w:tcW w:w="10137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95EDBF5" w14:textId="77777777" w:rsidR="00A132C8" w:rsidRDefault="00000000">
            <w:pPr>
              <w:spacing w:after="0" w:line="240" w:lineRule="auto"/>
              <w:rPr>
                <w:lang w:eastAsia="ko-KR"/>
              </w:rPr>
            </w:pPr>
            <w:r>
              <w:rPr>
                <w:b/>
                <w:color w:val="000000"/>
                <w:sz w:val="19"/>
                <w:lang w:eastAsia="ko-KR"/>
              </w:rPr>
              <w:t>4. 자격·면허 및 교육·훈련</w:t>
            </w:r>
          </w:p>
        </w:tc>
      </w:tr>
      <w:tr w:rsidR="00A132C8" w14:paraId="70F41DEF" w14:textId="77777777" w:rsidTr="0037435E">
        <w:trPr>
          <w:trHeight w:val="432"/>
          <w:tblHeader/>
          <w:jc w:val="center"/>
        </w:trPr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2B9D07A" w14:textId="77777777" w:rsidR="00A132C8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000000"/>
                <w:sz w:val="16"/>
              </w:rPr>
              <w:t>구분</w:t>
            </w:r>
            <w:proofErr w:type="spellEnd"/>
          </w:p>
        </w:tc>
        <w:tc>
          <w:tcPr>
            <w:tcW w:w="14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D7FE02A" w14:textId="77777777" w:rsidR="00A132C8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취득 또는 수료일</w:t>
            </w:r>
          </w:p>
        </w:tc>
        <w:tc>
          <w:tcPr>
            <w:tcW w:w="2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DC7913D" w14:textId="77777777" w:rsidR="00A132C8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과정명 또는 자격명</w:t>
            </w:r>
          </w:p>
        </w:tc>
        <w:tc>
          <w:tcPr>
            <w:tcW w:w="23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C1B8CCE" w14:textId="77777777" w:rsidR="00A132C8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발급 또는 교육기관</w:t>
            </w:r>
          </w:p>
        </w:tc>
        <w:tc>
          <w:tcPr>
            <w:tcW w:w="24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7F584CB" w14:textId="77777777" w:rsidR="00A132C8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등급·시간·비고</w:t>
            </w:r>
          </w:p>
        </w:tc>
      </w:tr>
      <w:tr w:rsidR="00A132C8" w14:paraId="331C6645" w14:textId="77777777" w:rsidTr="0037435E">
        <w:trPr>
          <w:trHeight w:val="432"/>
          <w:jc w:val="center"/>
        </w:trPr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02D50E2" w14:textId="77777777" w:rsidR="00A132C8" w:rsidRDefault="00A132C8">
            <w:pPr>
              <w:spacing w:after="0" w:line="240" w:lineRule="auto"/>
              <w:jc w:val="center"/>
            </w:pPr>
          </w:p>
        </w:tc>
        <w:tc>
          <w:tcPr>
            <w:tcW w:w="14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584E011" w14:textId="77777777" w:rsidR="00A132C8" w:rsidRDefault="00A132C8">
            <w:pPr>
              <w:spacing w:after="0" w:line="240" w:lineRule="auto"/>
            </w:pPr>
          </w:p>
        </w:tc>
        <w:tc>
          <w:tcPr>
            <w:tcW w:w="2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594D095" w14:textId="77777777" w:rsidR="00A132C8" w:rsidRDefault="00A132C8">
            <w:pPr>
              <w:spacing w:after="0" w:line="240" w:lineRule="auto"/>
            </w:pPr>
          </w:p>
        </w:tc>
        <w:tc>
          <w:tcPr>
            <w:tcW w:w="23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912A6E5" w14:textId="77777777" w:rsidR="00A132C8" w:rsidRDefault="00A132C8">
            <w:pPr>
              <w:spacing w:after="0" w:line="240" w:lineRule="auto"/>
              <w:jc w:val="center"/>
            </w:pPr>
          </w:p>
        </w:tc>
        <w:tc>
          <w:tcPr>
            <w:tcW w:w="24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B994C99" w14:textId="77777777" w:rsidR="00A132C8" w:rsidRDefault="00A132C8">
            <w:pPr>
              <w:spacing w:after="0" w:line="240" w:lineRule="auto"/>
            </w:pPr>
          </w:p>
        </w:tc>
      </w:tr>
      <w:tr w:rsidR="00A132C8" w14:paraId="36911AA8" w14:textId="77777777" w:rsidTr="0037435E">
        <w:trPr>
          <w:trHeight w:val="432"/>
          <w:jc w:val="center"/>
        </w:trPr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38C32FD" w14:textId="77777777" w:rsidR="00A132C8" w:rsidRDefault="00A132C8">
            <w:pPr>
              <w:spacing w:after="0" w:line="240" w:lineRule="auto"/>
              <w:jc w:val="center"/>
            </w:pPr>
          </w:p>
        </w:tc>
        <w:tc>
          <w:tcPr>
            <w:tcW w:w="14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48D1085" w14:textId="77777777" w:rsidR="00A132C8" w:rsidRDefault="00A132C8">
            <w:pPr>
              <w:spacing w:after="0" w:line="240" w:lineRule="auto"/>
            </w:pPr>
          </w:p>
        </w:tc>
        <w:tc>
          <w:tcPr>
            <w:tcW w:w="2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2BF746B" w14:textId="77777777" w:rsidR="00A132C8" w:rsidRDefault="00A132C8">
            <w:pPr>
              <w:spacing w:after="0" w:line="240" w:lineRule="auto"/>
            </w:pPr>
          </w:p>
        </w:tc>
        <w:tc>
          <w:tcPr>
            <w:tcW w:w="23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5E1E5E5" w14:textId="77777777" w:rsidR="00A132C8" w:rsidRDefault="00A132C8">
            <w:pPr>
              <w:spacing w:after="0" w:line="240" w:lineRule="auto"/>
              <w:jc w:val="center"/>
            </w:pPr>
          </w:p>
        </w:tc>
        <w:tc>
          <w:tcPr>
            <w:tcW w:w="24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63D3E70" w14:textId="77777777" w:rsidR="00A132C8" w:rsidRDefault="00A132C8">
            <w:pPr>
              <w:spacing w:after="0" w:line="240" w:lineRule="auto"/>
            </w:pPr>
          </w:p>
        </w:tc>
      </w:tr>
      <w:tr w:rsidR="00A132C8" w14:paraId="44CF49C9" w14:textId="77777777" w:rsidTr="0037435E">
        <w:trPr>
          <w:trHeight w:val="432"/>
          <w:jc w:val="center"/>
        </w:trPr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7B870A0" w14:textId="77777777" w:rsidR="00A132C8" w:rsidRDefault="00A132C8">
            <w:pPr>
              <w:spacing w:after="0" w:line="240" w:lineRule="auto"/>
              <w:jc w:val="center"/>
            </w:pPr>
          </w:p>
        </w:tc>
        <w:tc>
          <w:tcPr>
            <w:tcW w:w="14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9C5A2E8" w14:textId="77777777" w:rsidR="00A132C8" w:rsidRDefault="00A132C8">
            <w:pPr>
              <w:spacing w:after="0" w:line="240" w:lineRule="auto"/>
            </w:pPr>
          </w:p>
        </w:tc>
        <w:tc>
          <w:tcPr>
            <w:tcW w:w="2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E0796FE" w14:textId="77777777" w:rsidR="00A132C8" w:rsidRDefault="00A132C8">
            <w:pPr>
              <w:spacing w:after="0" w:line="240" w:lineRule="auto"/>
            </w:pPr>
          </w:p>
        </w:tc>
        <w:tc>
          <w:tcPr>
            <w:tcW w:w="23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43859B9" w14:textId="77777777" w:rsidR="00A132C8" w:rsidRDefault="00A132C8">
            <w:pPr>
              <w:spacing w:after="0" w:line="240" w:lineRule="auto"/>
              <w:jc w:val="center"/>
            </w:pPr>
          </w:p>
        </w:tc>
        <w:tc>
          <w:tcPr>
            <w:tcW w:w="24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0D70B0A" w14:textId="77777777" w:rsidR="00A132C8" w:rsidRDefault="00A132C8">
            <w:pPr>
              <w:spacing w:after="0" w:line="240" w:lineRule="auto"/>
            </w:pPr>
          </w:p>
        </w:tc>
      </w:tr>
      <w:tr w:rsidR="00A132C8" w14:paraId="02EEDDCB" w14:textId="77777777" w:rsidTr="0037435E">
        <w:trPr>
          <w:trHeight w:val="432"/>
          <w:jc w:val="center"/>
        </w:trPr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F4E84FA" w14:textId="77777777" w:rsidR="00A132C8" w:rsidRDefault="00A132C8">
            <w:pPr>
              <w:spacing w:after="0" w:line="240" w:lineRule="auto"/>
              <w:jc w:val="center"/>
            </w:pPr>
          </w:p>
        </w:tc>
        <w:tc>
          <w:tcPr>
            <w:tcW w:w="14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250464E" w14:textId="77777777" w:rsidR="00A132C8" w:rsidRDefault="00A132C8">
            <w:pPr>
              <w:spacing w:after="0" w:line="240" w:lineRule="auto"/>
            </w:pPr>
          </w:p>
        </w:tc>
        <w:tc>
          <w:tcPr>
            <w:tcW w:w="2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CA61639" w14:textId="77777777" w:rsidR="00A132C8" w:rsidRDefault="00A132C8">
            <w:pPr>
              <w:spacing w:after="0" w:line="240" w:lineRule="auto"/>
            </w:pPr>
          </w:p>
        </w:tc>
        <w:tc>
          <w:tcPr>
            <w:tcW w:w="23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AAF5429" w14:textId="77777777" w:rsidR="00A132C8" w:rsidRDefault="00A132C8">
            <w:pPr>
              <w:spacing w:after="0" w:line="240" w:lineRule="auto"/>
              <w:jc w:val="center"/>
            </w:pPr>
          </w:p>
        </w:tc>
        <w:tc>
          <w:tcPr>
            <w:tcW w:w="24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33C7F5D" w14:textId="77777777" w:rsidR="00A132C8" w:rsidRDefault="00A132C8">
            <w:pPr>
              <w:spacing w:after="0" w:line="240" w:lineRule="auto"/>
            </w:pPr>
          </w:p>
        </w:tc>
      </w:tr>
      <w:tr w:rsidR="00A132C8" w14:paraId="4701B39D" w14:textId="77777777" w:rsidTr="0037435E">
        <w:trPr>
          <w:trHeight w:val="432"/>
          <w:jc w:val="center"/>
        </w:trPr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0BF6168" w14:textId="77777777" w:rsidR="00A132C8" w:rsidRDefault="00A132C8">
            <w:pPr>
              <w:spacing w:after="0" w:line="240" w:lineRule="auto"/>
              <w:jc w:val="center"/>
            </w:pPr>
          </w:p>
        </w:tc>
        <w:tc>
          <w:tcPr>
            <w:tcW w:w="14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9089026" w14:textId="77777777" w:rsidR="00A132C8" w:rsidRDefault="00A132C8">
            <w:pPr>
              <w:spacing w:after="0" w:line="240" w:lineRule="auto"/>
            </w:pPr>
          </w:p>
        </w:tc>
        <w:tc>
          <w:tcPr>
            <w:tcW w:w="2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88EE996" w14:textId="77777777" w:rsidR="00A132C8" w:rsidRDefault="00A132C8">
            <w:pPr>
              <w:spacing w:after="0" w:line="240" w:lineRule="auto"/>
            </w:pPr>
          </w:p>
        </w:tc>
        <w:tc>
          <w:tcPr>
            <w:tcW w:w="23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DA3C28E" w14:textId="77777777" w:rsidR="00A132C8" w:rsidRDefault="00A132C8">
            <w:pPr>
              <w:spacing w:after="0" w:line="240" w:lineRule="auto"/>
              <w:jc w:val="center"/>
            </w:pPr>
          </w:p>
        </w:tc>
        <w:tc>
          <w:tcPr>
            <w:tcW w:w="24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E6BC217" w14:textId="77777777" w:rsidR="00A132C8" w:rsidRDefault="00A132C8">
            <w:pPr>
              <w:spacing w:after="0" w:line="240" w:lineRule="auto"/>
            </w:pPr>
          </w:p>
        </w:tc>
      </w:tr>
      <w:tr w:rsidR="00A132C8" w14:paraId="6AA37F3F" w14:textId="77777777" w:rsidTr="0037435E">
        <w:trPr>
          <w:trHeight w:val="403"/>
          <w:jc w:val="center"/>
        </w:trPr>
        <w:tc>
          <w:tcPr>
            <w:tcW w:w="10137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7545DE9" w14:textId="77777777" w:rsidR="00A132C8" w:rsidRDefault="00000000">
            <w:pPr>
              <w:spacing w:after="0" w:line="240" w:lineRule="auto"/>
            </w:pPr>
            <w:r>
              <w:rPr>
                <w:b/>
                <w:color w:val="000000"/>
                <w:sz w:val="19"/>
              </w:rPr>
              <w:t>5. 인사발령 이력</w:t>
            </w:r>
          </w:p>
        </w:tc>
      </w:tr>
      <w:tr w:rsidR="00A132C8" w14:paraId="4D52CFCA" w14:textId="77777777" w:rsidTr="0037435E">
        <w:trPr>
          <w:trHeight w:val="432"/>
          <w:tblHeader/>
          <w:jc w:val="center"/>
        </w:trPr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D55784B" w14:textId="77777777" w:rsidR="00A132C8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발령일</w:t>
            </w:r>
          </w:p>
        </w:tc>
        <w:tc>
          <w:tcPr>
            <w:tcW w:w="14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2F49801" w14:textId="77777777" w:rsidR="00A132C8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발령 구분</w:t>
            </w:r>
          </w:p>
        </w:tc>
        <w:tc>
          <w:tcPr>
            <w:tcW w:w="2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C78587F" w14:textId="77777777" w:rsidR="00A132C8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소속 및 직위</w:t>
            </w:r>
          </w:p>
        </w:tc>
        <w:tc>
          <w:tcPr>
            <w:tcW w:w="23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FE7DCFA" w14:textId="77777777" w:rsidR="00A132C8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발령 내용</w:t>
            </w:r>
          </w:p>
        </w:tc>
        <w:tc>
          <w:tcPr>
            <w:tcW w:w="24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D151852" w14:textId="77777777" w:rsidR="00A132C8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결재 또는 비고</w:t>
            </w:r>
          </w:p>
        </w:tc>
      </w:tr>
      <w:tr w:rsidR="00A132C8" w14:paraId="7E8002C3" w14:textId="77777777" w:rsidTr="0037435E">
        <w:trPr>
          <w:trHeight w:val="432"/>
          <w:jc w:val="center"/>
        </w:trPr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CFA5597" w14:textId="77777777" w:rsidR="00A132C8" w:rsidRDefault="00A132C8">
            <w:pPr>
              <w:spacing w:after="0" w:line="240" w:lineRule="auto"/>
              <w:jc w:val="center"/>
            </w:pPr>
          </w:p>
        </w:tc>
        <w:tc>
          <w:tcPr>
            <w:tcW w:w="14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AB28090" w14:textId="77777777" w:rsidR="00A132C8" w:rsidRDefault="00A132C8">
            <w:pPr>
              <w:spacing w:after="0" w:line="240" w:lineRule="auto"/>
            </w:pPr>
          </w:p>
        </w:tc>
        <w:tc>
          <w:tcPr>
            <w:tcW w:w="2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CFACDC9" w14:textId="77777777" w:rsidR="00A132C8" w:rsidRDefault="00A132C8">
            <w:pPr>
              <w:spacing w:after="0" w:line="240" w:lineRule="auto"/>
            </w:pPr>
          </w:p>
        </w:tc>
        <w:tc>
          <w:tcPr>
            <w:tcW w:w="23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CB557B5" w14:textId="77777777" w:rsidR="00A132C8" w:rsidRDefault="00A132C8">
            <w:pPr>
              <w:spacing w:after="0" w:line="240" w:lineRule="auto"/>
              <w:jc w:val="center"/>
            </w:pPr>
          </w:p>
        </w:tc>
        <w:tc>
          <w:tcPr>
            <w:tcW w:w="24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3F2A3BB" w14:textId="77777777" w:rsidR="00A132C8" w:rsidRDefault="00A132C8">
            <w:pPr>
              <w:spacing w:after="0" w:line="240" w:lineRule="auto"/>
            </w:pPr>
          </w:p>
        </w:tc>
      </w:tr>
      <w:tr w:rsidR="00A132C8" w14:paraId="5DB36F94" w14:textId="77777777" w:rsidTr="0037435E">
        <w:trPr>
          <w:trHeight w:val="432"/>
          <w:jc w:val="center"/>
        </w:trPr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FF6FE23" w14:textId="77777777" w:rsidR="00A132C8" w:rsidRDefault="00A132C8">
            <w:pPr>
              <w:spacing w:after="0" w:line="240" w:lineRule="auto"/>
              <w:jc w:val="center"/>
            </w:pPr>
          </w:p>
        </w:tc>
        <w:tc>
          <w:tcPr>
            <w:tcW w:w="14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1802B9B" w14:textId="77777777" w:rsidR="00A132C8" w:rsidRDefault="00A132C8">
            <w:pPr>
              <w:spacing w:after="0" w:line="240" w:lineRule="auto"/>
            </w:pPr>
          </w:p>
        </w:tc>
        <w:tc>
          <w:tcPr>
            <w:tcW w:w="2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D159732" w14:textId="77777777" w:rsidR="00A132C8" w:rsidRDefault="00A132C8">
            <w:pPr>
              <w:spacing w:after="0" w:line="240" w:lineRule="auto"/>
            </w:pPr>
          </w:p>
        </w:tc>
        <w:tc>
          <w:tcPr>
            <w:tcW w:w="23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0565AB7" w14:textId="77777777" w:rsidR="00A132C8" w:rsidRDefault="00A132C8">
            <w:pPr>
              <w:spacing w:after="0" w:line="240" w:lineRule="auto"/>
              <w:jc w:val="center"/>
            </w:pPr>
          </w:p>
        </w:tc>
        <w:tc>
          <w:tcPr>
            <w:tcW w:w="24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BE2FA91" w14:textId="77777777" w:rsidR="00A132C8" w:rsidRDefault="00A132C8">
            <w:pPr>
              <w:spacing w:after="0" w:line="240" w:lineRule="auto"/>
            </w:pPr>
          </w:p>
        </w:tc>
      </w:tr>
      <w:tr w:rsidR="00A132C8" w14:paraId="35061DD4" w14:textId="77777777" w:rsidTr="0037435E">
        <w:trPr>
          <w:trHeight w:val="432"/>
          <w:jc w:val="center"/>
        </w:trPr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7CC77FA" w14:textId="77777777" w:rsidR="00A132C8" w:rsidRDefault="00A132C8">
            <w:pPr>
              <w:spacing w:after="0" w:line="240" w:lineRule="auto"/>
              <w:jc w:val="center"/>
            </w:pPr>
          </w:p>
        </w:tc>
        <w:tc>
          <w:tcPr>
            <w:tcW w:w="14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A238B4A" w14:textId="77777777" w:rsidR="00A132C8" w:rsidRDefault="00A132C8">
            <w:pPr>
              <w:spacing w:after="0" w:line="240" w:lineRule="auto"/>
            </w:pPr>
          </w:p>
        </w:tc>
        <w:tc>
          <w:tcPr>
            <w:tcW w:w="2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0A344B7" w14:textId="77777777" w:rsidR="00A132C8" w:rsidRDefault="00A132C8">
            <w:pPr>
              <w:spacing w:after="0" w:line="240" w:lineRule="auto"/>
            </w:pPr>
          </w:p>
        </w:tc>
        <w:tc>
          <w:tcPr>
            <w:tcW w:w="23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28FE81C" w14:textId="77777777" w:rsidR="00A132C8" w:rsidRDefault="00A132C8">
            <w:pPr>
              <w:spacing w:after="0" w:line="240" w:lineRule="auto"/>
              <w:jc w:val="center"/>
            </w:pPr>
          </w:p>
        </w:tc>
        <w:tc>
          <w:tcPr>
            <w:tcW w:w="24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5C86CE3" w14:textId="77777777" w:rsidR="00A132C8" w:rsidRDefault="00A132C8">
            <w:pPr>
              <w:spacing w:after="0" w:line="240" w:lineRule="auto"/>
            </w:pPr>
          </w:p>
        </w:tc>
      </w:tr>
      <w:tr w:rsidR="00A132C8" w14:paraId="3A20411F" w14:textId="77777777" w:rsidTr="0037435E">
        <w:trPr>
          <w:trHeight w:val="432"/>
          <w:jc w:val="center"/>
        </w:trPr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6B30DEE" w14:textId="77777777" w:rsidR="00A132C8" w:rsidRDefault="00A132C8">
            <w:pPr>
              <w:spacing w:after="0" w:line="240" w:lineRule="auto"/>
              <w:jc w:val="center"/>
            </w:pPr>
          </w:p>
        </w:tc>
        <w:tc>
          <w:tcPr>
            <w:tcW w:w="14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E2A3AFA" w14:textId="77777777" w:rsidR="00A132C8" w:rsidRDefault="00A132C8">
            <w:pPr>
              <w:spacing w:after="0" w:line="240" w:lineRule="auto"/>
            </w:pPr>
          </w:p>
        </w:tc>
        <w:tc>
          <w:tcPr>
            <w:tcW w:w="2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52568A8" w14:textId="77777777" w:rsidR="00A132C8" w:rsidRDefault="00A132C8">
            <w:pPr>
              <w:spacing w:after="0" w:line="240" w:lineRule="auto"/>
            </w:pPr>
          </w:p>
        </w:tc>
        <w:tc>
          <w:tcPr>
            <w:tcW w:w="23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72CB4B8" w14:textId="77777777" w:rsidR="00A132C8" w:rsidRDefault="00A132C8">
            <w:pPr>
              <w:spacing w:after="0" w:line="240" w:lineRule="auto"/>
              <w:jc w:val="center"/>
            </w:pPr>
          </w:p>
        </w:tc>
        <w:tc>
          <w:tcPr>
            <w:tcW w:w="24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91DDFD1" w14:textId="77777777" w:rsidR="00A132C8" w:rsidRDefault="00A132C8">
            <w:pPr>
              <w:spacing w:after="0" w:line="240" w:lineRule="auto"/>
            </w:pPr>
          </w:p>
        </w:tc>
      </w:tr>
      <w:tr w:rsidR="00A132C8" w14:paraId="0417C734" w14:textId="77777777" w:rsidTr="0037435E">
        <w:trPr>
          <w:trHeight w:val="432"/>
          <w:jc w:val="center"/>
        </w:trPr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26F2732" w14:textId="77777777" w:rsidR="00A132C8" w:rsidRDefault="00A132C8">
            <w:pPr>
              <w:spacing w:after="0" w:line="240" w:lineRule="auto"/>
              <w:jc w:val="center"/>
            </w:pPr>
          </w:p>
        </w:tc>
        <w:tc>
          <w:tcPr>
            <w:tcW w:w="14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D3F4FF9" w14:textId="77777777" w:rsidR="00A132C8" w:rsidRDefault="00A132C8">
            <w:pPr>
              <w:spacing w:after="0" w:line="240" w:lineRule="auto"/>
            </w:pPr>
          </w:p>
        </w:tc>
        <w:tc>
          <w:tcPr>
            <w:tcW w:w="2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0EC071D" w14:textId="77777777" w:rsidR="00A132C8" w:rsidRDefault="00A132C8">
            <w:pPr>
              <w:spacing w:after="0" w:line="240" w:lineRule="auto"/>
            </w:pPr>
          </w:p>
        </w:tc>
        <w:tc>
          <w:tcPr>
            <w:tcW w:w="23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9D98D1E" w14:textId="77777777" w:rsidR="00A132C8" w:rsidRDefault="00A132C8">
            <w:pPr>
              <w:spacing w:after="0" w:line="240" w:lineRule="auto"/>
              <w:jc w:val="center"/>
            </w:pPr>
          </w:p>
        </w:tc>
        <w:tc>
          <w:tcPr>
            <w:tcW w:w="24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A07B0D6" w14:textId="77777777" w:rsidR="00A132C8" w:rsidRDefault="00A132C8">
            <w:pPr>
              <w:spacing w:after="0" w:line="240" w:lineRule="auto"/>
            </w:pPr>
          </w:p>
        </w:tc>
      </w:tr>
      <w:tr w:rsidR="00A132C8" w14:paraId="3C07739A" w14:textId="77777777" w:rsidTr="0037435E">
        <w:trPr>
          <w:trHeight w:val="403"/>
          <w:jc w:val="center"/>
        </w:trPr>
        <w:tc>
          <w:tcPr>
            <w:tcW w:w="10137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F41D7FB" w14:textId="77777777" w:rsidR="00A132C8" w:rsidRDefault="00000000">
            <w:pPr>
              <w:spacing w:after="0" w:line="240" w:lineRule="auto"/>
            </w:pPr>
            <w:r>
              <w:rPr>
                <w:b/>
                <w:color w:val="000000"/>
                <w:sz w:val="19"/>
              </w:rPr>
              <w:t>6. 포상 및 징계 이력</w:t>
            </w:r>
          </w:p>
        </w:tc>
      </w:tr>
      <w:tr w:rsidR="00A132C8" w14:paraId="216A6C20" w14:textId="77777777" w:rsidTr="0037435E">
        <w:trPr>
          <w:trHeight w:val="432"/>
          <w:tblHeader/>
          <w:jc w:val="center"/>
        </w:trPr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4EAB65D" w14:textId="77777777" w:rsidR="00A132C8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일자</w:t>
            </w:r>
          </w:p>
        </w:tc>
        <w:tc>
          <w:tcPr>
            <w:tcW w:w="14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B62B1FA" w14:textId="77777777" w:rsidR="00A132C8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구분</w:t>
            </w:r>
          </w:p>
        </w:tc>
        <w:tc>
          <w:tcPr>
            <w:tcW w:w="2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4529365" w14:textId="77777777" w:rsidR="00A132C8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내용</w:t>
            </w:r>
          </w:p>
        </w:tc>
        <w:tc>
          <w:tcPr>
            <w:tcW w:w="23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EED5FC8" w14:textId="77777777" w:rsidR="00A132C8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시행 기관</w:t>
            </w:r>
          </w:p>
        </w:tc>
        <w:tc>
          <w:tcPr>
            <w:tcW w:w="24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380708B" w14:textId="77777777" w:rsidR="00A132C8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비고</w:t>
            </w:r>
          </w:p>
        </w:tc>
      </w:tr>
      <w:tr w:rsidR="00A132C8" w14:paraId="1420E7DE" w14:textId="77777777" w:rsidTr="0037435E">
        <w:trPr>
          <w:trHeight w:val="432"/>
          <w:jc w:val="center"/>
        </w:trPr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AC2C332" w14:textId="77777777" w:rsidR="00A132C8" w:rsidRDefault="00A132C8">
            <w:pPr>
              <w:spacing w:after="0" w:line="240" w:lineRule="auto"/>
              <w:jc w:val="center"/>
            </w:pPr>
          </w:p>
        </w:tc>
        <w:tc>
          <w:tcPr>
            <w:tcW w:w="14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CC71826" w14:textId="77777777" w:rsidR="00A132C8" w:rsidRDefault="00A132C8">
            <w:pPr>
              <w:spacing w:after="0" w:line="240" w:lineRule="auto"/>
            </w:pPr>
          </w:p>
        </w:tc>
        <w:tc>
          <w:tcPr>
            <w:tcW w:w="2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CF6527B" w14:textId="77777777" w:rsidR="00A132C8" w:rsidRDefault="00A132C8">
            <w:pPr>
              <w:spacing w:after="0" w:line="240" w:lineRule="auto"/>
            </w:pPr>
          </w:p>
        </w:tc>
        <w:tc>
          <w:tcPr>
            <w:tcW w:w="23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0C70916" w14:textId="77777777" w:rsidR="00A132C8" w:rsidRDefault="00A132C8">
            <w:pPr>
              <w:spacing w:after="0" w:line="240" w:lineRule="auto"/>
              <w:jc w:val="center"/>
            </w:pPr>
          </w:p>
        </w:tc>
        <w:tc>
          <w:tcPr>
            <w:tcW w:w="24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EB440A5" w14:textId="77777777" w:rsidR="00A132C8" w:rsidRDefault="00A132C8">
            <w:pPr>
              <w:spacing w:after="0" w:line="240" w:lineRule="auto"/>
            </w:pPr>
          </w:p>
        </w:tc>
      </w:tr>
      <w:tr w:rsidR="00A132C8" w14:paraId="65A5E2AB" w14:textId="77777777" w:rsidTr="0037435E">
        <w:trPr>
          <w:trHeight w:val="432"/>
          <w:jc w:val="center"/>
        </w:trPr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D6BDA48" w14:textId="77777777" w:rsidR="00A132C8" w:rsidRDefault="00A132C8">
            <w:pPr>
              <w:spacing w:after="0" w:line="240" w:lineRule="auto"/>
              <w:jc w:val="center"/>
            </w:pPr>
          </w:p>
        </w:tc>
        <w:tc>
          <w:tcPr>
            <w:tcW w:w="14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DA1E38F" w14:textId="77777777" w:rsidR="00A132C8" w:rsidRDefault="00A132C8">
            <w:pPr>
              <w:spacing w:after="0" w:line="240" w:lineRule="auto"/>
            </w:pPr>
          </w:p>
        </w:tc>
        <w:tc>
          <w:tcPr>
            <w:tcW w:w="2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6A3B1E8" w14:textId="77777777" w:rsidR="00A132C8" w:rsidRDefault="00A132C8">
            <w:pPr>
              <w:spacing w:after="0" w:line="240" w:lineRule="auto"/>
            </w:pPr>
          </w:p>
        </w:tc>
        <w:tc>
          <w:tcPr>
            <w:tcW w:w="23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0ECB34C" w14:textId="77777777" w:rsidR="00A132C8" w:rsidRDefault="00A132C8">
            <w:pPr>
              <w:spacing w:after="0" w:line="240" w:lineRule="auto"/>
              <w:jc w:val="center"/>
            </w:pPr>
          </w:p>
        </w:tc>
        <w:tc>
          <w:tcPr>
            <w:tcW w:w="24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3A75649" w14:textId="77777777" w:rsidR="00A132C8" w:rsidRDefault="00A132C8">
            <w:pPr>
              <w:spacing w:after="0" w:line="240" w:lineRule="auto"/>
            </w:pPr>
          </w:p>
        </w:tc>
      </w:tr>
      <w:tr w:rsidR="00A132C8" w14:paraId="51DB0B8A" w14:textId="77777777" w:rsidTr="0037435E">
        <w:trPr>
          <w:trHeight w:val="432"/>
          <w:jc w:val="center"/>
        </w:trPr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7F5A425" w14:textId="77777777" w:rsidR="00A132C8" w:rsidRDefault="00A132C8">
            <w:pPr>
              <w:spacing w:after="0" w:line="240" w:lineRule="auto"/>
              <w:jc w:val="center"/>
            </w:pPr>
          </w:p>
        </w:tc>
        <w:tc>
          <w:tcPr>
            <w:tcW w:w="14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5A6FA1C" w14:textId="77777777" w:rsidR="00A132C8" w:rsidRDefault="00A132C8">
            <w:pPr>
              <w:spacing w:after="0" w:line="240" w:lineRule="auto"/>
            </w:pPr>
          </w:p>
        </w:tc>
        <w:tc>
          <w:tcPr>
            <w:tcW w:w="2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1D5AF68" w14:textId="77777777" w:rsidR="00A132C8" w:rsidRDefault="00A132C8">
            <w:pPr>
              <w:spacing w:after="0" w:line="240" w:lineRule="auto"/>
            </w:pPr>
          </w:p>
        </w:tc>
        <w:tc>
          <w:tcPr>
            <w:tcW w:w="23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DB6FB34" w14:textId="77777777" w:rsidR="00A132C8" w:rsidRDefault="00A132C8">
            <w:pPr>
              <w:spacing w:after="0" w:line="240" w:lineRule="auto"/>
              <w:jc w:val="center"/>
            </w:pPr>
          </w:p>
        </w:tc>
        <w:tc>
          <w:tcPr>
            <w:tcW w:w="24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FCFCC3D" w14:textId="77777777" w:rsidR="00A132C8" w:rsidRDefault="00A132C8">
            <w:pPr>
              <w:spacing w:after="0" w:line="240" w:lineRule="auto"/>
            </w:pPr>
          </w:p>
        </w:tc>
      </w:tr>
      <w:tr w:rsidR="00A132C8" w14:paraId="1FF821FA" w14:textId="77777777" w:rsidTr="0037435E">
        <w:trPr>
          <w:trHeight w:val="403"/>
          <w:jc w:val="center"/>
        </w:trPr>
        <w:tc>
          <w:tcPr>
            <w:tcW w:w="10137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B567CA1" w14:textId="77777777" w:rsidR="00A132C8" w:rsidRDefault="00000000">
            <w:pPr>
              <w:spacing w:after="0" w:line="240" w:lineRule="auto"/>
            </w:pPr>
            <w:r>
              <w:rPr>
                <w:b/>
                <w:color w:val="000000"/>
                <w:sz w:val="19"/>
              </w:rPr>
              <w:t>7. 인사관리 메모</w:t>
            </w:r>
          </w:p>
        </w:tc>
      </w:tr>
      <w:tr w:rsidR="00A132C8" w14:paraId="5C682A7B" w14:textId="77777777" w:rsidTr="0037435E">
        <w:trPr>
          <w:trHeight w:val="1656"/>
          <w:jc w:val="center"/>
        </w:trPr>
        <w:tc>
          <w:tcPr>
            <w:tcW w:w="10137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D3C4678" w14:textId="77777777" w:rsidR="00A132C8" w:rsidRDefault="00A132C8">
            <w:pPr>
              <w:spacing w:after="0" w:line="240" w:lineRule="auto"/>
            </w:pPr>
          </w:p>
        </w:tc>
      </w:tr>
    </w:tbl>
    <w:p w14:paraId="7F60B121" w14:textId="77777777" w:rsidR="008A4293" w:rsidRDefault="008A4293">
      <w:pPr>
        <w:spacing w:before="80" w:after="0"/>
        <w:jc w:val="center"/>
        <w:rPr>
          <w:color w:val="000000"/>
          <w:sz w:val="16"/>
          <w:lang w:eastAsia="ko-KR"/>
        </w:rPr>
      </w:pPr>
    </w:p>
    <w:p w14:paraId="23329610" w14:textId="33CDF5EF" w:rsidR="00A132C8" w:rsidRDefault="00000000">
      <w:pPr>
        <w:spacing w:before="80" w:after="0"/>
        <w:jc w:val="center"/>
        <w:rPr>
          <w:lang w:eastAsia="ko-KR"/>
        </w:rPr>
      </w:pPr>
      <w:r>
        <w:rPr>
          <w:color w:val="000000"/>
          <w:sz w:val="16"/>
          <w:lang w:eastAsia="ko-KR"/>
        </w:rPr>
        <w:t xml:space="preserve">최종 갱신일: ____________________     </w:t>
      </w:r>
      <w:proofErr w:type="spellStart"/>
      <w:r>
        <w:rPr>
          <w:color w:val="000000"/>
          <w:sz w:val="16"/>
          <w:lang w:eastAsia="ko-KR"/>
        </w:rPr>
        <w:t>갱신자</w:t>
      </w:r>
      <w:proofErr w:type="spellEnd"/>
      <w:r>
        <w:rPr>
          <w:color w:val="000000"/>
          <w:sz w:val="16"/>
          <w:lang w:eastAsia="ko-KR"/>
        </w:rPr>
        <w:t>: ____________________     인사담당 확인: ____________________</w:t>
      </w:r>
    </w:p>
    <w:sectPr w:rsidR="00A132C8" w:rsidSect="00034616">
      <w:pgSz w:w="11909" w:h="16834"/>
      <w:pgMar w:top="576" w:right="792" w:bottom="576" w:left="792" w:header="144" w:footer="14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30472492">
    <w:abstractNumId w:val="8"/>
  </w:num>
  <w:num w:numId="2" w16cid:durableId="1512261900">
    <w:abstractNumId w:val="6"/>
  </w:num>
  <w:num w:numId="3" w16cid:durableId="991643618">
    <w:abstractNumId w:val="5"/>
  </w:num>
  <w:num w:numId="4" w16cid:durableId="2030795035">
    <w:abstractNumId w:val="4"/>
  </w:num>
  <w:num w:numId="5" w16cid:durableId="800997648">
    <w:abstractNumId w:val="7"/>
  </w:num>
  <w:num w:numId="6" w16cid:durableId="1447701483">
    <w:abstractNumId w:val="3"/>
  </w:num>
  <w:num w:numId="7" w16cid:durableId="950697644">
    <w:abstractNumId w:val="2"/>
  </w:num>
  <w:num w:numId="8" w16cid:durableId="1602688828">
    <w:abstractNumId w:val="1"/>
  </w:num>
  <w:num w:numId="9" w16cid:durableId="125317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7435E"/>
    <w:rsid w:val="008A4293"/>
    <w:rsid w:val="00A132C8"/>
    <w:rsid w:val="00AA1D8D"/>
    <w:rsid w:val="00B47730"/>
    <w:rsid w:val="00CB0664"/>
    <w:rsid w:val="00D767C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D4DEEC"/>
  <w14:defaultImageDpi w14:val="300"/>
  <w15:docId w15:val="{C8E7A0F3-472D-4839-9F33-45D6595F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18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인사관리카드 상세형</dc:title>
  <dc:subject>일반 기업용 직원 1인별 인사관리카드 양식</dc:subject>
  <dc:creator>Manus AI</dc:creator>
  <cp:keywords/>
  <dc:description>generated by python-docx</dc:description>
  <cp:lastModifiedBy>jihye hong</cp:lastModifiedBy>
  <cp:revision>3</cp:revision>
  <dcterms:created xsi:type="dcterms:W3CDTF">2013-12-23T23:15:00Z</dcterms:created>
  <dcterms:modified xsi:type="dcterms:W3CDTF">2026-08-19T02:41:00Z</dcterms:modified>
  <cp:category/>
</cp:coreProperties>
</file>