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Malgun Gothic" w:hAnsi="Malgun Gothic" w:eastAsia="맑은 고딕"/>
          <w:b/>
          <w:sz w:val="44"/>
        </w:rPr>
        <w:t>인 사 관 리 카 드</w:t>
      </w:r>
    </w:p>
    <w:p>
      <w:pPr>
        <w:spacing w:after="100"/>
        <w:jc w:val="center"/>
      </w:pPr>
      <w:r>
        <w:rPr>
          <w:rFonts w:ascii="Malgun Gothic" w:hAnsi="Malgun Gothic" w:eastAsia="맑은 고딕"/>
          <w:sz w:val="17"/>
        </w:rPr>
        <w:t>직원의 핵심 인사정보만 간단하게 정리하는 내부 관리용 서식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rHeight w:val="454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관리부서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작성 기준일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20    년    월    일</w:t>
            </w:r>
          </w:p>
        </w:tc>
      </w:tr>
    </w:tbl>
    <w:p>
      <w:pPr>
        <w:spacing w:before="80" w:after="60"/>
      </w:pPr>
      <w:r>
        <w:rPr>
          <w:rFonts w:ascii="Malgun Gothic" w:hAnsi="Malgun Gothic" w:eastAsia="맑은 고딕"/>
          <w:b/>
          <w:color w:val="374151"/>
          <w:sz w:val="20"/>
        </w:rPr>
        <w:t>1. 기본 인적사항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rHeight w:val="471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사번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성명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71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생년월일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20    년    월    일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휴대전화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71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입사일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20    년    월    일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고용형태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71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재직상태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회사 이메일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</w:tbl>
    <w:p>
      <w:pPr>
        <w:spacing w:before="80" w:after="60"/>
      </w:pPr>
      <w:r>
        <w:rPr>
          <w:rFonts w:ascii="Malgun Gothic" w:hAnsi="Malgun Gothic" w:eastAsia="맑은 고딕"/>
          <w:b/>
          <w:color w:val="374151"/>
          <w:sz w:val="20"/>
        </w:rPr>
        <w:t>2. 소속 및 근로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rHeight w:val="471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부서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팀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71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직급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직책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71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직무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근무지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</w:tbl>
    <w:p>
      <w:pPr>
        <w:spacing w:before="80" w:after="60"/>
      </w:pPr>
      <w:r>
        <w:rPr>
          <w:rFonts w:ascii="Malgun Gothic" w:hAnsi="Malgun Gothic" w:eastAsia="맑은 고딕"/>
          <w:b/>
          <w:color w:val="374151"/>
          <w:sz w:val="20"/>
        </w:rPr>
        <w:t>3. 학력 및 주요 경력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rHeight w:val="454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구분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학교 또는 회사명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기간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전공·부서 / 직위</w:t>
            </w:r>
          </w:p>
        </w:tc>
      </w:tr>
      <w:tr>
        <w:trPr>
          <w:trHeight w:val="476" w:hRule="atLeast"/>
        </w:trPr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□ 학력  □ 경력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20  .  . ~ 20  .  .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476" w:hRule="atLeast"/>
        </w:trPr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□ 학력  □ 경력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20  .  . ~ 20  .  .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476" w:hRule="atLeast"/>
        </w:trPr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□ 학력  □ 경력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20  .  . ~ 20  .  .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</w:tbl>
    <w:p>
      <w:pPr>
        <w:spacing w:before="80" w:after="60"/>
      </w:pPr>
      <w:r>
        <w:rPr>
          <w:rFonts w:ascii="Malgun Gothic" w:hAnsi="Malgun Gothic" w:eastAsia="맑은 고딕"/>
          <w:b/>
          <w:color w:val="374151"/>
          <w:sz w:val="20"/>
        </w:rPr>
        <w:t>4. 자격·교육 및 인사 메모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rHeight w:val="454" w:hRule="atLeast"/>
        </w:trPr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구분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과정명 또는 자격명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취득·수료일</w:t>
            </w:r>
          </w:p>
        </w:tc>
        <w:tc>
          <w:tcPr>
            <w:tcW w:type="dxa" w:w="2663"/>
            <w:shd w:fill="EEF1F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발급·교육기관 / 비고</w:t>
            </w:r>
          </w:p>
        </w:tc>
      </w:tr>
      <w:tr>
        <w:trPr>
          <w:trHeight w:val="476" w:hRule="atLeast"/>
        </w:trPr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□ 자격  □ 교육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20  .  .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476" w:hRule="atLeast"/>
        </w:trPr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□ 자격  □ 교육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20  .  .</w:t>
            </w:r>
          </w:p>
        </w:tc>
        <w:tc>
          <w:tcPr>
            <w:tcW w:type="dxa" w:w="2663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476" w:hRule="atLeast"/>
        </w:trPr>
        <w:tc>
          <w:tcPr>
            <w:tcW w:type="dxa" w:w="10652"/>
            <w:gridSpan w:val="4"/>
            <w:vAlign w:val="center"/>
            <w:tcBorders>
              <w:top w:val="single" w:sz="4" w:color="B8BEC6"/>
              <w:left w:val="single" w:sz="4" w:color="B8BEC6"/>
              <w:bottom w:val="single" w:sz="4" w:color="B8BEC6"/>
              <w:right w:val="single" w:sz="4" w:color="B8BEC6"/>
            </w:tcBorders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10" w:after="10"/>
              <w:jc w:val="left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인사관리 메모 :</w:t>
            </w:r>
          </w:p>
        </w:tc>
      </w:tr>
    </w:tbl>
    <w:p>
      <w:pPr>
        <w:spacing w:before="100" w:after="0"/>
      </w:pPr>
      <w:r>
        <w:rPr>
          <w:rFonts w:ascii="Malgun Gothic" w:hAnsi="Malgun Gothic" w:eastAsia="맑은 고딕"/>
          <w:sz w:val="15"/>
        </w:rPr>
        <w:t>최종 갱신일: ____________________    갱신자: ____________________    인사담당 확인: ____________________</w:t>
      </w:r>
    </w:p>
    <w:p>
      <w:pPr>
        <w:spacing w:before="80" w:after="0"/>
      </w:pPr>
      <w:r>
        <w:rPr>
          <w:rFonts w:ascii="Malgun Gothic" w:hAnsi="Malgun Gothic" w:eastAsia="맑은 고딕"/>
          <w:color w:val="646C76"/>
          <w:sz w:val="13"/>
        </w:rPr>
        <w:t>※ 회사의 내부 인사관리 기준에 따라 필요한 항목을 추가하거나 제외하여 사용할 수 있습니다. 사용 목적에 필요하지 않은 개인정보는 불필요하게 기재하지 않는 것이 좋습니다.</w:t>
      </w:r>
    </w:p>
    <w:sectPr w:rsidR="00FC693F" w:rsidRPr="0006063C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