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E058B" w14:textId="77777777" w:rsidR="004172BE" w:rsidRPr="00D749E6" w:rsidRDefault="00000000">
      <w:pPr>
        <w:spacing w:after="80"/>
        <w:jc w:val="center"/>
        <w:rPr>
          <w:sz w:val="44"/>
          <w:szCs w:val="44"/>
        </w:rPr>
      </w:pPr>
      <w:r w:rsidRPr="00D749E6">
        <w:rPr>
          <w:b/>
          <w:color w:val="2865C7"/>
          <w:sz w:val="44"/>
          <w:szCs w:val="44"/>
        </w:rPr>
        <w:t>이 력 서</w:t>
      </w:r>
    </w:p>
    <w:p w14:paraId="4762739B" w14:textId="77777777" w:rsidR="004172BE" w:rsidRDefault="00000000">
      <w:pPr>
        <w:spacing w:before="60" w:after="40"/>
      </w:pPr>
      <w:r>
        <w:rPr>
          <w:b/>
          <w:color w:val="2865C7"/>
          <w:sz w:val="21"/>
        </w:rPr>
        <w:t>01  기본 정보</w:t>
      </w:r>
    </w:p>
    <w:tbl>
      <w:tblPr>
        <w:tblW w:w="10432" w:type="dxa"/>
        <w:jc w:val="center"/>
        <w:tblLayout w:type="fixed"/>
        <w:tblLook w:val="04A0" w:firstRow="1" w:lastRow="0" w:firstColumn="1" w:lastColumn="0" w:noHBand="0" w:noVBand="1"/>
      </w:tblPr>
      <w:tblGrid>
        <w:gridCol w:w="2608"/>
        <w:gridCol w:w="2608"/>
        <w:gridCol w:w="2608"/>
        <w:gridCol w:w="2608"/>
      </w:tblGrid>
      <w:tr w:rsidR="004172BE" w14:paraId="733D3246" w14:textId="77777777">
        <w:trPr>
          <w:trHeight w:val="416"/>
          <w:jc w:val="center"/>
        </w:trPr>
        <w:tc>
          <w:tcPr>
            <w:tcW w:w="2608" w:type="dxa"/>
            <w:tcBorders>
              <w:top w:val="single" w:sz="5" w:space="0" w:color="AFC2DC"/>
              <w:left w:val="single" w:sz="5" w:space="0" w:color="AFC2DC"/>
              <w:bottom w:val="single" w:sz="5" w:space="0" w:color="AFC2DC"/>
              <w:right w:val="single" w:sz="5" w:space="0" w:color="AFC2DC"/>
            </w:tcBorders>
            <w:shd w:val="clear" w:color="auto" w:fill="E8F0FB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6F9E976" w14:textId="77777777" w:rsidR="004172BE" w:rsidRDefault="00000000">
            <w:pPr>
              <w:spacing w:after="0"/>
              <w:jc w:val="center"/>
            </w:pPr>
            <w:r>
              <w:rPr>
                <w:b/>
                <w:color w:val="2865C7"/>
                <w:sz w:val="17"/>
              </w:rPr>
              <w:t>성명</w:t>
            </w:r>
          </w:p>
        </w:tc>
        <w:tc>
          <w:tcPr>
            <w:tcW w:w="2608" w:type="dxa"/>
            <w:tcBorders>
              <w:top w:val="single" w:sz="5" w:space="0" w:color="AFC2DC"/>
              <w:left w:val="single" w:sz="5" w:space="0" w:color="AFC2DC"/>
              <w:bottom w:val="single" w:sz="5" w:space="0" w:color="AFC2DC"/>
              <w:right w:val="single" w:sz="5" w:space="0" w:color="AFC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7E19C6" w14:textId="77777777" w:rsidR="004172BE" w:rsidRDefault="004172BE">
            <w:pPr>
              <w:spacing w:after="0"/>
              <w:jc w:val="center"/>
            </w:pPr>
          </w:p>
        </w:tc>
        <w:tc>
          <w:tcPr>
            <w:tcW w:w="2608" w:type="dxa"/>
            <w:tcBorders>
              <w:top w:val="single" w:sz="5" w:space="0" w:color="AFC2DC"/>
              <w:left w:val="single" w:sz="5" w:space="0" w:color="AFC2DC"/>
              <w:bottom w:val="single" w:sz="5" w:space="0" w:color="AFC2DC"/>
              <w:right w:val="single" w:sz="5" w:space="0" w:color="AFC2DC"/>
            </w:tcBorders>
            <w:shd w:val="clear" w:color="auto" w:fill="E8F0FB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CAFACD3" w14:textId="77777777" w:rsidR="004172BE" w:rsidRDefault="00000000">
            <w:pPr>
              <w:spacing w:after="0"/>
              <w:jc w:val="center"/>
            </w:pPr>
            <w:r>
              <w:rPr>
                <w:b/>
                <w:color w:val="2865C7"/>
                <w:sz w:val="17"/>
              </w:rPr>
              <w:t>생년월일</w:t>
            </w:r>
          </w:p>
        </w:tc>
        <w:tc>
          <w:tcPr>
            <w:tcW w:w="2608" w:type="dxa"/>
            <w:tcBorders>
              <w:top w:val="single" w:sz="5" w:space="0" w:color="AFC2DC"/>
              <w:left w:val="single" w:sz="5" w:space="0" w:color="AFC2DC"/>
              <w:bottom w:val="single" w:sz="5" w:space="0" w:color="AFC2DC"/>
              <w:right w:val="single" w:sz="5" w:space="0" w:color="AFC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A860A13" w14:textId="77777777" w:rsidR="004172BE" w:rsidRDefault="004172BE">
            <w:pPr>
              <w:spacing w:after="0"/>
              <w:jc w:val="center"/>
            </w:pPr>
          </w:p>
        </w:tc>
      </w:tr>
      <w:tr w:rsidR="004172BE" w14:paraId="5D5B5858" w14:textId="77777777">
        <w:trPr>
          <w:trHeight w:val="416"/>
          <w:jc w:val="center"/>
        </w:trPr>
        <w:tc>
          <w:tcPr>
            <w:tcW w:w="2608" w:type="dxa"/>
            <w:tcBorders>
              <w:top w:val="single" w:sz="5" w:space="0" w:color="AFC2DC"/>
              <w:left w:val="single" w:sz="5" w:space="0" w:color="AFC2DC"/>
              <w:bottom w:val="single" w:sz="5" w:space="0" w:color="AFC2DC"/>
              <w:right w:val="single" w:sz="5" w:space="0" w:color="AFC2DC"/>
            </w:tcBorders>
            <w:shd w:val="clear" w:color="auto" w:fill="E8F0FB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DBE8A30" w14:textId="77777777" w:rsidR="004172BE" w:rsidRDefault="00000000">
            <w:pPr>
              <w:spacing w:after="0"/>
              <w:jc w:val="center"/>
            </w:pPr>
            <w:r>
              <w:rPr>
                <w:b/>
                <w:color w:val="2865C7"/>
                <w:sz w:val="17"/>
              </w:rPr>
              <w:t>연락처</w:t>
            </w:r>
          </w:p>
        </w:tc>
        <w:tc>
          <w:tcPr>
            <w:tcW w:w="2608" w:type="dxa"/>
            <w:tcBorders>
              <w:top w:val="single" w:sz="5" w:space="0" w:color="AFC2DC"/>
              <w:left w:val="single" w:sz="5" w:space="0" w:color="AFC2DC"/>
              <w:bottom w:val="single" w:sz="5" w:space="0" w:color="AFC2DC"/>
              <w:right w:val="single" w:sz="5" w:space="0" w:color="AFC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1C8167F" w14:textId="77777777" w:rsidR="004172BE" w:rsidRDefault="004172BE">
            <w:pPr>
              <w:spacing w:after="0"/>
              <w:jc w:val="center"/>
            </w:pPr>
          </w:p>
        </w:tc>
        <w:tc>
          <w:tcPr>
            <w:tcW w:w="2608" w:type="dxa"/>
            <w:tcBorders>
              <w:top w:val="single" w:sz="5" w:space="0" w:color="AFC2DC"/>
              <w:left w:val="single" w:sz="5" w:space="0" w:color="AFC2DC"/>
              <w:bottom w:val="single" w:sz="5" w:space="0" w:color="AFC2DC"/>
              <w:right w:val="single" w:sz="5" w:space="0" w:color="AFC2DC"/>
            </w:tcBorders>
            <w:shd w:val="clear" w:color="auto" w:fill="E8F0FB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413F5C7" w14:textId="77777777" w:rsidR="004172BE" w:rsidRDefault="00000000">
            <w:pPr>
              <w:spacing w:after="0"/>
              <w:jc w:val="center"/>
            </w:pPr>
            <w:r>
              <w:rPr>
                <w:b/>
                <w:color w:val="2865C7"/>
                <w:sz w:val="17"/>
              </w:rPr>
              <w:t>이메일</w:t>
            </w:r>
          </w:p>
        </w:tc>
        <w:tc>
          <w:tcPr>
            <w:tcW w:w="2608" w:type="dxa"/>
            <w:tcBorders>
              <w:top w:val="single" w:sz="5" w:space="0" w:color="AFC2DC"/>
              <w:left w:val="single" w:sz="5" w:space="0" w:color="AFC2DC"/>
              <w:bottom w:val="single" w:sz="5" w:space="0" w:color="AFC2DC"/>
              <w:right w:val="single" w:sz="5" w:space="0" w:color="AFC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CC8C5DC" w14:textId="77777777" w:rsidR="004172BE" w:rsidRDefault="004172BE">
            <w:pPr>
              <w:spacing w:after="0"/>
              <w:jc w:val="center"/>
            </w:pPr>
          </w:p>
        </w:tc>
      </w:tr>
      <w:tr w:rsidR="004172BE" w14:paraId="4E67F539" w14:textId="77777777">
        <w:trPr>
          <w:trHeight w:val="416"/>
          <w:jc w:val="center"/>
        </w:trPr>
        <w:tc>
          <w:tcPr>
            <w:tcW w:w="2608" w:type="dxa"/>
            <w:tcBorders>
              <w:top w:val="single" w:sz="5" w:space="0" w:color="AFC2DC"/>
              <w:left w:val="single" w:sz="5" w:space="0" w:color="AFC2DC"/>
              <w:bottom w:val="single" w:sz="5" w:space="0" w:color="AFC2DC"/>
              <w:right w:val="single" w:sz="5" w:space="0" w:color="AFC2DC"/>
            </w:tcBorders>
            <w:shd w:val="clear" w:color="auto" w:fill="E8F0FB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459167E" w14:textId="77777777" w:rsidR="004172BE" w:rsidRDefault="00000000">
            <w:pPr>
              <w:spacing w:after="0"/>
              <w:jc w:val="center"/>
            </w:pPr>
            <w:r>
              <w:rPr>
                <w:b/>
                <w:color w:val="2865C7"/>
                <w:sz w:val="17"/>
              </w:rPr>
              <w:t>주소</w:t>
            </w:r>
          </w:p>
        </w:tc>
        <w:tc>
          <w:tcPr>
            <w:tcW w:w="2608" w:type="dxa"/>
            <w:gridSpan w:val="3"/>
            <w:tcBorders>
              <w:top w:val="single" w:sz="5" w:space="0" w:color="AFC2DC"/>
              <w:left w:val="single" w:sz="5" w:space="0" w:color="AFC2DC"/>
              <w:bottom w:val="single" w:sz="5" w:space="0" w:color="AFC2DC"/>
              <w:right w:val="single" w:sz="5" w:space="0" w:color="AFC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8C0902E" w14:textId="77777777" w:rsidR="004172BE" w:rsidRDefault="004172BE">
            <w:pPr>
              <w:spacing w:after="0"/>
              <w:jc w:val="center"/>
            </w:pPr>
          </w:p>
        </w:tc>
      </w:tr>
    </w:tbl>
    <w:p w14:paraId="0537749C" w14:textId="77777777" w:rsidR="004172BE" w:rsidRDefault="00000000">
      <w:pPr>
        <w:spacing w:before="60" w:after="40"/>
      </w:pPr>
      <w:r>
        <w:rPr>
          <w:b/>
          <w:color w:val="2865C7"/>
          <w:sz w:val="21"/>
        </w:rPr>
        <w:t>02  학력</w:t>
      </w:r>
    </w:p>
    <w:tbl>
      <w:tblPr>
        <w:tblW w:w="10432" w:type="dxa"/>
        <w:jc w:val="center"/>
        <w:tblLayout w:type="fixed"/>
        <w:tblLook w:val="04A0" w:firstRow="1" w:lastRow="0" w:firstColumn="1" w:lastColumn="0" w:noHBand="0" w:noVBand="1"/>
      </w:tblPr>
      <w:tblGrid>
        <w:gridCol w:w="2608"/>
        <w:gridCol w:w="2608"/>
        <w:gridCol w:w="2608"/>
        <w:gridCol w:w="2608"/>
      </w:tblGrid>
      <w:tr w:rsidR="004172BE" w14:paraId="49AA4FCF" w14:textId="77777777">
        <w:trPr>
          <w:jc w:val="center"/>
        </w:trPr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shd w:val="clear" w:color="auto" w:fill="DDE8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B81438A" w14:textId="77777777" w:rsidR="004172BE" w:rsidRDefault="00000000">
            <w:pPr>
              <w:spacing w:after="0"/>
              <w:jc w:val="center"/>
            </w:pPr>
            <w:r>
              <w:rPr>
                <w:b/>
                <w:color w:val="2865C7"/>
                <w:sz w:val="17"/>
              </w:rPr>
              <w:t>기간</w:t>
            </w:r>
          </w:p>
        </w:tc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shd w:val="clear" w:color="auto" w:fill="DDE8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08C7D1" w14:textId="77777777" w:rsidR="004172BE" w:rsidRDefault="00000000">
            <w:pPr>
              <w:spacing w:after="0"/>
              <w:jc w:val="center"/>
            </w:pPr>
            <w:r>
              <w:rPr>
                <w:b/>
                <w:color w:val="2865C7"/>
                <w:sz w:val="17"/>
              </w:rPr>
              <w:t>학교명</w:t>
            </w:r>
          </w:p>
        </w:tc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shd w:val="clear" w:color="auto" w:fill="DDE8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E69018" w14:textId="77777777" w:rsidR="004172BE" w:rsidRDefault="00000000">
            <w:pPr>
              <w:spacing w:after="0"/>
              <w:jc w:val="center"/>
            </w:pPr>
            <w:r>
              <w:rPr>
                <w:b/>
                <w:color w:val="2865C7"/>
                <w:sz w:val="17"/>
              </w:rPr>
              <w:t>전공</w:t>
            </w:r>
          </w:p>
        </w:tc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shd w:val="clear" w:color="auto" w:fill="DDE8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32A329" w14:textId="77777777" w:rsidR="004172BE" w:rsidRDefault="00000000">
            <w:pPr>
              <w:spacing w:after="0"/>
              <w:jc w:val="center"/>
            </w:pPr>
            <w:r>
              <w:rPr>
                <w:b/>
                <w:color w:val="2865C7"/>
                <w:sz w:val="17"/>
              </w:rPr>
              <w:t>구분</w:t>
            </w:r>
          </w:p>
        </w:tc>
      </w:tr>
      <w:tr w:rsidR="004172BE" w14:paraId="42D19A53" w14:textId="77777777">
        <w:trPr>
          <w:trHeight w:val="391"/>
          <w:jc w:val="center"/>
        </w:trPr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5C4920A" w14:textId="77777777" w:rsidR="004172BE" w:rsidRDefault="004172BE">
            <w:pPr>
              <w:spacing w:after="0"/>
              <w:jc w:val="center"/>
            </w:pPr>
          </w:p>
        </w:tc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1235B4F" w14:textId="77777777" w:rsidR="004172BE" w:rsidRDefault="004172BE">
            <w:pPr>
              <w:spacing w:after="0"/>
              <w:jc w:val="center"/>
            </w:pPr>
          </w:p>
        </w:tc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47298BA" w14:textId="77777777" w:rsidR="004172BE" w:rsidRDefault="004172BE">
            <w:pPr>
              <w:spacing w:after="0"/>
              <w:jc w:val="center"/>
            </w:pPr>
          </w:p>
        </w:tc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B59E5CB" w14:textId="77777777" w:rsidR="004172BE" w:rsidRDefault="004172BE">
            <w:pPr>
              <w:spacing w:after="0"/>
              <w:jc w:val="center"/>
            </w:pPr>
          </w:p>
        </w:tc>
      </w:tr>
      <w:tr w:rsidR="004172BE" w14:paraId="7F686406" w14:textId="77777777">
        <w:trPr>
          <w:trHeight w:val="391"/>
          <w:jc w:val="center"/>
        </w:trPr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1A4C79" w14:textId="77777777" w:rsidR="004172BE" w:rsidRDefault="004172BE">
            <w:pPr>
              <w:spacing w:after="0"/>
              <w:jc w:val="center"/>
            </w:pPr>
          </w:p>
        </w:tc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1F4B47E" w14:textId="77777777" w:rsidR="004172BE" w:rsidRDefault="004172BE">
            <w:pPr>
              <w:spacing w:after="0"/>
              <w:jc w:val="center"/>
            </w:pPr>
          </w:p>
        </w:tc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3BD2D66" w14:textId="77777777" w:rsidR="004172BE" w:rsidRDefault="004172BE">
            <w:pPr>
              <w:spacing w:after="0"/>
              <w:jc w:val="center"/>
            </w:pPr>
          </w:p>
        </w:tc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B8383E8" w14:textId="77777777" w:rsidR="004172BE" w:rsidRDefault="004172BE">
            <w:pPr>
              <w:spacing w:after="0"/>
              <w:jc w:val="center"/>
            </w:pPr>
          </w:p>
        </w:tc>
      </w:tr>
    </w:tbl>
    <w:p w14:paraId="62D2270C" w14:textId="77777777" w:rsidR="004172BE" w:rsidRDefault="00000000">
      <w:pPr>
        <w:spacing w:before="60" w:after="40"/>
      </w:pPr>
      <w:r>
        <w:rPr>
          <w:b/>
          <w:color w:val="2865C7"/>
          <w:sz w:val="21"/>
        </w:rPr>
        <w:t>03  경력</w:t>
      </w:r>
    </w:p>
    <w:tbl>
      <w:tblPr>
        <w:tblW w:w="10432" w:type="dxa"/>
        <w:jc w:val="center"/>
        <w:tblLayout w:type="fixed"/>
        <w:tblLook w:val="04A0" w:firstRow="1" w:lastRow="0" w:firstColumn="1" w:lastColumn="0" w:noHBand="0" w:noVBand="1"/>
      </w:tblPr>
      <w:tblGrid>
        <w:gridCol w:w="2608"/>
        <w:gridCol w:w="2608"/>
        <w:gridCol w:w="2608"/>
        <w:gridCol w:w="2608"/>
      </w:tblGrid>
      <w:tr w:rsidR="004172BE" w14:paraId="5D0C431C" w14:textId="77777777">
        <w:trPr>
          <w:jc w:val="center"/>
        </w:trPr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shd w:val="clear" w:color="auto" w:fill="DDE8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330F4B7" w14:textId="77777777" w:rsidR="004172BE" w:rsidRDefault="00000000">
            <w:pPr>
              <w:spacing w:after="0"/>
              <w:jc w:val="center"/>
            </w:pPr>
            <w:r>
              <w:rPr>
                <w:b/>
                <w:color w:val="2865C7"/>
                <w:sz w:val="17"/>
              </w:rPr>
              <w:t>근무기간</w:t>
            </w:r>
          </w:p>
        </w:tc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shd w:val="clear" w:color="auto" w:fill="DDE8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28E5E5" w14:textId="77777777" w:rsidR="004172BE" w:rsidRDefault="00000000">
            <w:pPr>
              <w:spacing w:after="0"/>
              <w:jc w:val="center"/>
            </w:pPr>
            <w:r>
              <w:rPr>
                <w:b/>
                <w:color w:val="2865C7"/>
                <w:sz w:val="17"/>
              </w:rPr>
              <w:t>회사명</w:t>
            </w:r>
          </w:p>
        </w:tc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shd w:val="clear" w:color="auto" w:fill="DDE8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4088517" w14:textId="77777777" w:rsidR="004172BE" w:rsidRDefault="00000000">
            <w:pPr>
              <w:spacing w:after="0"/>
              <w:jc w:val="center"/>
            </w:pPr>
            <w:r>
              <w:rPr>
                <w:b/>
                <w:color w:val="2865C7"/>
                <w:sz w:val="17"/>
              </w:rPr>
              <w:t>부서 / 직위</w:t>
            </w:r>
          </w:p>
        </w:tc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shd w:val="clear" w:color="auto" w:fill="DDE8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E6A9C8" w14:textId="77777777" w:rsidR="004172BE" w:rsidRDefault="00000000">
            <w:pPr>
              <w:spacing w:after="0"/>
              <w:jc w:val="center"/>
            </w:pPr>
            <w:r>
              <w:rPr>
                <w:b/>
                <w:color w:val="2865C7"/>
                <w:sz w:val="17"/>
              </w:rPr>
              <w:t>주요업무</w:t>
            </w:r>
          </w:p>
        </w:tc>
      </w:tr>
      <w:tr w:rsidR="004172BE" w14:paraId="47A91C14" w14:textId="77777777">
        <w:trPr>
          <w:trHeight w:val="391"/>
          <w:jc w:val="center"/>
        </w:trPr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A7760C4" w14:textId="77777777" w:rsidR="004172BE" w:rsidRDefault="004172BE">
            <w:pPr>
              <w:spacing w:after="0"/>
              <w:jc w:val="center"/>
            </w:pPr>
          </w:p>
        </w:tc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C7FFA5" w14:textId="77777777" w:rsidR="004172BE" w:rsidRDefault="004172BE">
            <w:pPr>
              <w:spacing w:after="0"/>
              <w:jc w:val="center"/>
            </w:pPr>
          </w:p>
        </w:tc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3A71882" w14:textId="77777777" w:rsidR="004172BE" w:rsidRDefault="004172BE">
            <w:pPr>
              <w:spacing w:after="0"/>
              <w:jc w:val="center"/>
            </w:pPr>
          </w:p>
        </w:tc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C641C94" w14:textId="77777777" w:rsidR="004172BE" w:rsidRDefault="004172BE">
            <w:pPr>
              <w:spacing w:after="0"/>
              <w:jc w:val="center"/>
            </w:pPr>
          </w:p>
        </w:tc>
      </w:tr>
      <w:tr w:rsidR="004172BE" w14:paraId="17D27EE2" w14:textId="77777777">
        <w:trPr>
          <w:trHeight w:val="391"/>
          <w:jc w:val="center"/>
        </w:trPr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DA6FB97" w14:textId="77777777" w:rsidR="004172BE" w:rsidRDefault="004172BE">
            <w:pPr>
              <w:spacing w:after="0"/>
              <w:jc w:val="center"/>
            </w:pPr>
          </w:p>
        </w:tc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A0E9EE8" w14:textId="77777777" w:rsidR="004172BE" w:rsidRDefault="004172BE">
            <w:pPr>
              <w:spacing w:after="0"/>
              <w:jc w:val="center"/>
            </w:pPr>
          </w:p>
        </w:tc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F2F5F6" w14:textId="77777777" w:rsidR="004172BE" w:rsidRDefault="004172BE">
            <w:pPr>
              <w:spacing w:after="0"/>
              <w:jc w:val="center"/>
            </w:pPr>
          </w:p>
        </w:tc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D2A360" w14:textId="77777777" w:rsidR="004172BE" w:rsidRDefault="004172BE">
            <w:pPr>
              <w:spacing w:after="0"/>
              <w:jc w:val="center"/>
            </w:pPr>
          </w:p>
        </w:tc>
      </w:tr>
      <w:tr w:rsidR="004172BE" w14:paraId="3ACB8FA1" w14:textId="77777777">
        <w:trPr>
          <w:trHeight w:val="391"/>
          <w:jc w:val="center"/>
        </w:trPr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15A51E3" w14:textId="77777777" w:rsidR="004172BE" w:rsidRDefault="004172BE">
            <w:pPr>
              <w:spacing w:after="0"/>
              <w:jc w:val="center"/>
            </w:pPr>
          </w:p>
        </w:tc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1042445" w14:textId="77777777" w:rsidR="004172BE" w:rsidRDefault="004172BE">
            <w:pPr>
              <w:spacing w:after="0"/>
              <w:jc w:val="center"/>
            </w:pPr>
          </w:p>
        </w:tc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6F02464" w14:textId="77777777" w:rsidR="004172BE" w:rsidRDefault="004172BE">
            <w:pPr>
              <w:spacing w:after="0"/>
              <w:jc w:val="center"/>
            </w:pPr>
          </w:p>
        </w:tc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5B0CD95" w14:textId="77777777" w:rsidR="004172BE" w:rsidRDefault="004172BE">
            <w:pPr>
              <w:spacing w:after="0"/>
              <w:jc w:val="center"/>
            </w:pPr>
          </w:p>
        </w:tc>
      </w:tr>
    </w:tbl>
    <w:p w14:paraId="2E51E20D" w14:textId="77777777" w:rsidR="004172BE" w:rsidRDefault="00000000">
      <w:pPr>
        <w:spacing w:before="60" w:after="40"/>
      </w:pPr>
      <w:r>
        <w:rPr>
          <w:b/>
          <w:color w:val="2865C7"/>
          <w:sz w:val="21"/>
        </w:rPr>
        <w:t>04  자격 · 교육</w:t>
      </w:r>
    </w:p>
    <w:tbl>
      <w:tblPr>
        <w:tblW w:w="10432" w:type="dxa"/>
        <w:jc w:val="center"/>
        <w:tblLayout w:type="fixed"/>
        <w:tblLook w:val="04A0" w:firstRow="1" w:lastRow="0" w:firstColumn="1" w:lastColumn="0" w:noHBand="0" w:noVBand="1"/>
      </w:tblPr>
      <w:tblGrid>
        <w:gridCol w:w="2608"/>
        <w:gridCol w:w="2608"/>
        <w:gridCol w:w="2608"/>
        <w:gridCol w:w="2608"/>
      </w:tblGrid>
      <w:tr w:rsidR="004172BE" w14:paraId="7FC87208" w14:textId="77777777">
        <w:trPr>
          <w:jc w:val="center"/>
        </w:trPr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shd w:val="clear" w:color="auto" w:fill="DDE8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659E4B1" w14:textId="77777777" w:rsidR="004172BE" w:rsidRDefault="00000000">
            <w:pPr>
              <w:spacing w:after="0"/>
              <w:jc w:val="center"/>
            </w:pPr>
            <w:r>
              <w:rPr>
                <w:b/>
                <w:color w:val="2865C7"/>
                <w:sz w:val="17"/>
              </w:rPr>
              <w:t>취득일 / 기간</w:t>
            </w:r>
          </w:p>
        </w:tc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shd w:val="clear" w:color="auto" w:fill="DDE8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1A71738" w14:textId="77777777" w:rsidR="004172BE" w:rsidRDefault="00000000">
            <w:pPr>
              <w:spacing w:after="0"/>
              <w:jc w:val="center"/>
            </w:pPr>
            <w:r>
              <w:rPr>
                <w:b/>
                <w:color w:val="2865C7"/>
                <w:sz w:val="17"/>
              </w:rPr>
              <w:t>자격 · 교육명</w:t>
            </w:r>
          </w:p>
        </w:tc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shd w:val="clear" w:color="auto" w:fill="DDE8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2328CAB" w14:textId="77777777" w:rsidR="004172BE" w:rsidRDefault="00000000">
            <w:pPr>
              <w:spacing w:after="0"/>
              <w:jc w:val="center"/>
            </w:pPr>
            <w:r>
              <w:rPr>
                <w:b/>
                <w:color w:val="2865C7"/>
                <w:sz w:val="17"/>
              </w:rPr>
              <w:t>기관</w:t>
            </w:r>
          </w:p>
        </w:tc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shd w:val="clear" w:color="auto" w:fill="DDE8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4B6757" w14:textId="77777777" w:rsidR="004172BE" w:rsidRDefault="00000000">
            <w:pPr>
              <w:spacing w:after="0"/>
              <w:jc w:val="center"/>
            </w:pPr>
            <w:r>
              <w:rPr>
                <w:b/>
                <w:color w:val="2865C7"/>
                <w:sz w:val="17"/>
              </w:rPr>
              <w:t>비고</w:t>
            </w:r>
          </w:p>
        </w:tc>
      </w:tr>
      <w:tr w:rsidR="004172BE" w14:paraId="6D30700B" w14:textId="77777777">
        <w:trPr>
          <w:trHeight w:val="391"/>
          <w:jc w:val="center"/>
        </w:trPr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7CB9FCE" w14:textId="77777777" w:rsidR="004172BE" w:rsidRDefault="004172BE">
            <w:pPr>
              <w:spacing w:after="0"/>
              <w:jc w:val="center"/>
            </w:pPr>
          </w:p>
        </w:tc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BE8843" w14:textId="77777777" w:rsidR="004172BE" w:rsidRDefault="004172BE">
            <w:pPr>
              <w:spacing w:after="0"/>
              <w:jc w:val="center"/>
            </w:pPr>
          </w:p>
        </w:tc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D7E57CB" w14:textId="77777777" w:rsidR="004172BE" w:rsidRDefault="004172BE">
            <w:pPr>
              <w:spacing w:after="0"/>
              <w:jc w:val="center"/>
            </w:pPr>
          </w:p>
        </w:tc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2FADE57" w14:textId="77777777" w:rsidR="004172BE" w:rsidRDefault="004172BE">
            <w:pPr>
              <w:spacing w:after="0"/>
              <w:jc w:val="center"/>
            </w:pPr>
          </w:p>
        </w:tc>
      </w:tr>
      <w:tr w:rsidR="004172BE" w14:paraId="7916EA66" w14:textId="77777777">
        <w:trPr>
          <w:trHeight w:val="391"/>
          <w:jc w:val="center"/>
        </w:trPr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64737ED" w14:textId="77777777" w:rsidR="004172BE" w:rsidRDefault="004172BE">
            <w:pPr>
              <w:spacing w:after="0"/>
              <w:jc w:val="center"/>
            </w:pPr>
          </w:p>
        </w:tc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5397F74" w14:textId="77777777" w:rsidR="004172BE" w:rsidRDefault="004172BE">
            <w:pPr>
              <w:spacing w:after="0"/>
              <w:jc w:val="center"/>
            </w:pPr>
          </w:p>
        </w:tc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9DB3E76" w14:textId="77777777" w:rsidR="004172BE" w:rsidRDefault="004172BE">
            <w:pPr>
              <w:spacing w:after="0"/>
              <w:jc w:val="center"/>
            </w:pPr>
          </w:p>
        </w:tc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AF80CFB" w14:textId="77777777" w:rsidR="004172BE" w:rsidRDefault="004172BE">
            <w:pPr>
              <w:spacing w:after="0"/>
              <w:jc w:val="center"/>
            </w:pPr>
          </w:p>
        </w:tc>
      </w:tr>
    </w:tbl>
    <w:p w14:paraId="7F2B3680" w14:textId="77777777" w:rsidR="004172BE" w:rsidRDefault="00000000">
      <w:pPr>
        <w:spacing w:before="60" w:after="40"/>
      </w:pPr>
      <w:r>
        <w:rPr>
          <w:b/>
          <w:color w:val="2865C7"/>
          <w:sz w:val="21"/>
        </w:rPr>
        <w:t>05  핵심 역량</w:t>
      </w:r>
    </w:p>
    <w:tbl>
      <w:tblPr>
        <w:tblW w:w="10432" w:type="dxa"/>
        <w:jc w:val="center"/>
        <w:tblLayout w:type="fixed"/>
        <w:tblLook w:val="04A0" w:firstRow="1" w:lastRow="0" w:firstColumn="1" w:lastColumn="0" w:noHBand="0" w:noVBand="1"/>
      </w:tblPr>
      <w:tblGrid>
        <w:gridCol w:w="2608"/>
        <w:gridCol w:w="2608"/>
        <w:gridCol w:w="2608"/>
        <w:gridCol w:w="2608"/>
      </w:tblGrid>
      <w:tr w:rsidR="004172BE" w14:paraId="0678B2F7" w14:textId="77777777">
        <w:trPr>
          <w:jc w:val="center"/>
        </w:trPr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shd w:val="clear" w:color="auto" w:fill="DDE8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D6B89F" w14:textId="77777777" w:rsidR="004172BE" w:rsidRDefault="00000000">
            <w:pPr>
              <w:spacing w:after="0"/>
              <w:jc w:val="center"/>
            </w:pPr>
            <w:r>
              <w:rPr>
                <w:b/>
                <w:color w:val="2865C7"/>
                <w:sz w:val="17"/>
              </w:rPr>
              <w:t>OA / 프로그램</w:t>
            </w:r>
          </w:p>
        </w:tc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shd w:val="clear" w:color="auto" w:fill="DDE8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37589CC" w14:textId="77777777" w:rsidR="004172BE" w:rsidRDefault="00000000">
            <w:pPr>
              <w:spacing w:after="0"/>
              <w:jc w:val="center"/>
            </w:pPr>
            <w:r>
              <w:rPr>
                <w:b/>
                <w:color w:val="2865C7"/>
                <w:sz w:val="17"/>
              </w:rPr>
              <w:t>외국어</w:t>
            </w:r>
          </w:p>
        </w:tc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shd w:val="clear" w:color="auto" w:fill="DDE8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F342F61" w14:textId="77777777" w:rsidR="004172BE" w:rsidRDefault="00000000">
            <w:pPr>
              <w:spacing w:after="0"/>
              <w:jc w:val="center"/>
            </w:pPr>
            <w:r>
              <w:rPr>
                <w:b/>
                <w:color w:val="2865C7"/>
                <w:sz w:val="17"/>
              </w:rPr>
              <w:t>직무 강점</w:t>
            </w:r>
          </w:p>
        </w:tc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shd w:val="clear" w:color="auto" w:fill="DDE8F7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00A4EAA" w14:textId="77777777" w:rsidR="004172BE" w:rsidRDefault="00000000">
            <w:pPr>
              <w:spacing w:after="0"/>
              <w:jc w:val="center"/>
            </w:pPr>
            <w:r>
              <w:rPr>
                <w:b/>
                <w:color w:val="2865C7"/>
                <w:sz w:val="17"/>
              </w:rPr>
              <w:t>기타</w:t>
            </w:r>
          </w:p>
        </w:tc>
      </w:tr>
      <w:tr w:rsidR="004172BE" w14:paraId="7089FEF4" w14:textId="77777777">
        <w:trPr>
          <w:trHeight w:val="391"/>
          <w:jc w:val="center"/>
        </w:trPr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F767416" w14:textId="77777777" w:rsidR="004172BE" w:rsidRDefault="004172BE">
            <w:pPr>
              <w:spacing w:after="0"/>
              <w:jc w:val="center"/>
            </w:pPr>
          </w:p>
        </w:tc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E505F56" w14:textId="77777777" w:rsidR="004172BE" w:rsidRDefault="004172BE">
            <w:pPr>
              <w:spacing w:after="0"/>
              <w:jc w:val="center"/>
            </w:pPr>
          </w:p>
        </w:tc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C663CEF" w14:textId="77777777" w:rsidR="004172BE" w:rsidRDefault="004172BE">
            <w:pPr>
              <w:spacing w:after="0"/>
              <w:jc w:val="center"/>
            </w:pPr>
          </w:p>
        </w:tc>
        <w:tc>
          <w:tcPr>
            <w:tcW w:w="2608" w:type="dxa"/>
            <w:tcBorders>
              <w:top w:val="single" w:sz="5" w:space="0" w:color="AEB8C4"/>
              <w:left w:val="single" w:sz="5" w:space="0" w:color="AEB8C4"/>
              <w:bottom w:val="single" w:sz="5" w:space="0" w:color="AEB8C4"/>
              <w:right w:val="single" w:sz="5" w:space="0" w:color="AEB8C4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93C7CBC" w14:textId="77777777" w:rsidR="004172BE" w:rsidRDefault="004172BE">
            <w:pPr>
              <w:spacing w:after="0"/>
              <w:jc w:val="center"/>
            </w:pPr>
          </w:p>
        </w:tc>
      </w:tr>
    </w:tbl>
    <w:p w14:paraId="7906BB7E" w14:textId="77777777" w:rsidR="004172BE" w:rsidRDefault="00000000">
      <w:pPr>
        <w:spacing w:before="60" w:after="40"/>
      </w:pPr>
      <w:r>
        <w:rPr>
          <w:b/>
          <w:color w:val="2865C7"/>
          <w:sz w:val="21"/>
        </w:rPr>
        <w:t>06  지원동기 · 자기소개</w:t>
      </w:r>
    </w:p>
    <w:tbl>
      <w:tblPr>
        <w:tblW w:w="10432" w:type="dxa"/>
        <w:jc w:val="center"/>
        <w:tblLayout w:type="fixed"/>
        <w:tblLook w:val="04A0" w:firstRow="1" w:lastRow="0" w:firstColumn="1" w:lastColumn="0" w:noHBand="0" w:noVBand="1"/>
      </w:tblPr>
      <w:tblGrid>
        <w:gridCol w:w="5216"/>
        <w:gridCol w:w="5216"/>
      </w:tblGrid>
      <w:tr w:rsidR="004172BE" w14:paraId="67F18776" w14:textId="77777777">
        <w:trPr>
          <w:trHeight w:val="573"/>
          <w:jc w:val="center"/>
        </w:trPr>
        <w:tc>
          <w:tcPr>
            <w:tcW w:w="5216" w:type="dxa"/>
            <w:tcBorders>
              <w:top w:val="single" w:sz="5" w:space="0" w:color="AFC2DC"/>
              <w:left w:val="single" w:sz="5" w:space="0" w:color="AFC2DC"/>
              <w:bottom w:val="single" w:sz="5" w:space="0" w:color="AFC2DC"/>
              <w:right w:val="single" w:sz="5" w:space="0" w:color="AFC2DC"/>
            </w:tcBorders>
            <w:shd w:val="clear" w:color="auto" w:fill="E8F0FB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53BD7F" w14:textId="77777777" w:rsidR="004172BE" w:rsidRDefault="00000000">
            <w:pPr>
              <w:spacing w:after="0"/>
              <w:jc w:val="center"/>
            </w:pPr>
            <w:r>
              <w:rPr>
                <w:b/>
                <w:color w:val="2865C7"/>
                <w:sz w:val="17"/>
              </w:rPr>
              <w:t>지원동기</w:t>
            </w:r>
          </w:p>
        </w:tc>
        <w:tc>
          <w:tcPr>
            <w:tcW w:w="5216" w:type="dxa"/>
            <w:tcBorders>
              <w:top w:val="single" w:sz="5" w:space="0" w:color="AFC2DC"/>
              <w:left w:val="single" w:sz="5" w:space="0" w:color="AFC2DC"/>
              <w:bottom w:val="single" w:sz="5" w:space="0" w:color="AFC2DC"/>
              <w:right w:val="single" w:sz="5" w:space="0" w:color="AFC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1997A31" w14:textId="77777777" w:rsidR="004172BE" w:rsidRDefault="004172BE">
            <w:pPr>
              <w:spacing w:after="0"/>
              <w:jc w:val="center"/>
            </w:pPr>
          </w:p>
        </w:tc>
      </w:tr>
      <w:tr w:rsidR="004172BE" w14:paraId="651CE824" w14:textId="77777777">
        <w:trPr>
          <w:trHeight w:val="573"/>
          <w:jc w:val="center"/>
        </w:trPr>
        <w:tc>
          <w:tcPr>
            <w:tcW w:w="5216" w:type="dxa"/>
            <w:tcBorders>
              <w:top w:val="single" w:sz="5" w:space="0" w:color="AFC2DC"/>
              <w:left w:val="single" w:sz="5" w:space="0" w:color="AFC2DC"/>
              <w:bottom w:val="single" w:sz="5" w:space="0" w:color="AFC2DC"/>
              <w:right w:val="single" w:sz="5" w:space="0" w:color="AFC2DC"/>
            </w:tcBorders>
            <w:shd w:val="clear" w:color="auto" w:fill="E8F0FB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E695A8" w14:textId="77777777" w:rsidR="004172BE" w:rsidRDefault="00000000">
            <w:pPr>
              <w:spacing w:after="0"/>
              <w:jc w:val="center"/>
            </w:pPr>
            <w:r>
              <w:rPr>
                <w:b/>
                <w:color w:val="2865C7"/>
                <w:sz w:val="17"/>
              </w:rPr>
              <w:t>자기소개</w:t>
            </w:r>
          </w:p>
        </w:tc>
        <w:tc>
          <w:tcPr>
            <w:tcW w:w="5216" w:type="dxa"/>
            <w:tcBorders>
              <w:top w:val="single" w:sz="5" w:space="0" w:color="AFC2DC"/>
              <w:left w:val="single" w:sz="5" w:space="0" w:color="AFC2DC"/>
              <w:bottom w:val="single" w:sz="5" w:space="0" w:color="AFC2DC"/>
              <w:right w:val="single" w:sz="5" w:space="0" w:color="AFC2DC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4081511" w14:textId="77777777" w:rsidR="004172BE" w:rsidRDefault="004172BE">
            <w:pPr>
              <w:spacing w:after="0"/>
              <w:jc w:val="center"/>
            </w:pPr>
          </w:p>
        </w:tc>
      </w:tr>
    </w:tbl>
    <w:p w14:paraId="6BEB0679" w14:textId="3264473E" w:rsidR="004F5A3E" w:rsidRPr="004F5A3E" w:rsidRDefault="00000000" w:rsidP="004F5A3E">
      <w:pPr>
        <w:spacing w:before="80" w:after="40" w:line="480" w:lineRule="auto"/>
        <w:jc w:val="center"/>
        <w:rPr>
          <w:rFonts w:hint="eastAsia"/>
          <w:color w:val="222222"/>
          <w:sz w:val="17"/>
          <w:lang w:eastAsia="ko-KR"/>
        </w:rPr>
      </w:pPr>
      <w:r>
        <w:rPr>
          <w:color w:val="222222"/>
          <w:sz w:val="17"/>
          <w:lang w:eastAsia="ko-KR"/>
        </w:rPr>
        <w:t>위 기재사항은 사실과 다름없음을 확인합니다.</w:t>
      </w:r>
    </w:p>
    <w:p w14:paraId="7E76980F" w14:textId="77777777" w:rsidR="004172BE" w:rsidRDefault="00000000" w:rsidP="004F5A3E">
      <w:pPr>
        <w:spacing w:after="0" w:line="480" w:lineRule="auto"/>
        <w:jc w:val="right"/>
      </w:pPr>
      <w:r>
        <w:rPr>
          <w:color w:val="222222"/>
          <w:sz w:val="17"/>
        </w:rPr>
        <w:t xml:space="preserve">20     년     월     일      </w:t>
      </w:r>
      <w:proofErr w:type="gramStart"/>
      <w:r>
        <w:rPr>
          <w:color w:val="222222"/>
          <w:sz w:val="17"/>
        </w:rPr>
        <w:t>지원자 :</w:t>
      </w:r>
      <w:proofErr w:type="gramEnd"/>
      <w:r>
        <w:rPr>
          <w:color w:val="222222"/>
          <w:sz w:val="17"/>
        </w:rPr>
        <w:t xml:space="preserve"> _________________</w:t>
      </w:r>
      <w:proofErr w:type="gramStart"/>
      <w:r>
        <w:rPr>
          <w:color w:val="222222"/>
          <w:sz w:val="17"/>
        </w:rPr>
        <w:t>_  (</w:t>
      </w:r>
      <w:proofErr w:type="gramEnd"/>
      <w:r>
        <w:rPr>
          <w:color w:val="222222"/>
          <w:sz w:val="17"/>
        </w:rPr>
        <w:t>서명)</w:t>
      </w:r>
    </w:p>
    <w:sectPr w:rsidR="004172BE" w:rsidSect="00034616">
      <w:pgSz w:w="11906" w:h="16838"/>
      <w:pgMar w:top="624" w:right="737" w:bottom="624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27096558">
    <w:abstractNumId w:val="8"/>
  </w:num>
  <w:num w:numId="2" w16cid:durableId="2080395292">
    <w:abstractNumId w:val="6"/>
  </w:num>
  <w:num w:numId="3" w16cid:durableId="418521249">
    <w:abstractNumId w:val="5"/>
  </w:num>
  <w:num w:numId="4" w16cid:durableId="1981767832">
    <w:abstractNumId w:val="4"/>
  </w:num>
  <w:num w:numId="5" w16cid:durableId="1190797312">
    <w:abstractNumId w:val="7"/>
  </w:num>
  <w:num w:numId="6" w16cid:durableId="1351377128">
    <w:abstractNumId w:val="3"/>
  </w:num>
  <w:num w:numId="7" w16cid:durableId="381751764">
    <w:abstractNumId w:val="2"/>
  </w:num>
  <w:num w:numId="8" w16cid:durableId="1218515976">
    <w:abstractNumId w:val="1"/>
  </w:num>
  <w:num w:numId="9" w16cid:durableId="376130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172BE"/>
    <w:rsid w:val="004F5A3E"/>
    <w:rsid w:val="00AA1D8D"/>
    <w:rsid w:val="00AB245C"/>
    <w:rsid w:val="00B47730"/>
    <w:rsid w:val="00CB0664"/>
    <w:rsid w:val="00D10475"/>
    <w:rsid w:val="00D749E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0AB826"/>
  <w14:defaultImageDpi w14:val="300"/>
  <w15:docId w15:val="{DF956F0E-5ED0-4044-8310-27A8FDFEA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8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3</cp:revision>
  <dcterms:created xsi:type="dcterms:W3CDTF">2013-12-23T23:15:00Z</dcterms:created>
  <dcterms:modified xsi:type="dcterms:W3CDTF">2026-08-19T14:31:00Z</dcterms:modified>
  <cp:category/>
</cp:coreProperties>
</file>