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933BA" w14:textId="77777777" w:rsidR="00CC5A8A" w:rsidRDefault="00000000">
      <w:pPr>
        <w:spacing w:after="100"/>
        <w:jc w:val="center"/>
      </w:pPr>
      <w:r>
        <w:rPr>
          <w:b/>
          <w:sz w:val="44"/>
        </w:rPr>
        <w:t>이 력 서</w:t>
      </w:r>
    </w:p>
    <w:p w14:paraId="6EB25490" w14:textId="77777777" w:rsidR="00CC5A8A" w:rsidRDefault="00000000">
      <w:pPr>
        <w:spacing w:before="60" w:after="40"/>
      </w:pPr>
      <w:r>
        <w:rPr>
          <w:b/>
          <w:sz w:val="20"/>
        </w:rPr>
        <w:t>기본 정보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31"/>
        <w:gridCol w:w="1361"/>
        <w:gridCol w:w="2551"/>
        <w:gridCol w:w="1361"/>
        <w:gridCol w:w="3515"/>
      </w:tblGrid>
      <w:tr w:rsidR="00CC5A8A" w14:paraId="4D8C636B" w14:textId="77777777">
        <w:trPr>
          <w:trHeight w:val="481"/>
          <w:jc w:val="center"/>
        </w:trPr>
        <w:tc>
          <w:tcPr>
            <w:tcW w:w="1531" w:type="dxa"/>
            <w:vMerge w:val="restart"/>
            <w:tcBorders>
              <w:top w:val="single" w:sz="8" w:space="0" w:color="A6A6A6"/>
              <w:left w:val="single" w:sz="8" w:space="0" w:color="A6A6A6"/>
              <w:bottom w:val="single" w:sz="5" w:space="0" w:color="777777"/>
              <w:right w:val="single" w:sz="8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630B07" w14:textId="77777777" w:rsidR="00CC5A8A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사  진</w:t>
            </w:r>
            <w:r>
              <w:rPr>
                <w:b/>
                <w:sz w:val="18"/>
              </w:rPr>
              <w:br/>
              <w:t>(3 × 4cm)</w:t>
            </w:r>
          </w:p>
        </w:tc>
        <w:tc>
          <w:tcPr>
            <w:tcW w:w="136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AAE8FA" w14:textId="77777777" w:rsidR="00CC5A8A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성명</w:t>
            </w:r>
          </w:p>
        </w:tc>
        <w:tc>
          <w:tcPr>
            <w:tcW w:w="255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B8AC11" w14:textId="77777777" w:rsidR="00CC5A8A" w:rsidRDefault="00CC5A8A">
            <w:pPr>
              <w:spacing w:after="0"/>
              <w:jc w:val="center"/>
            </w:pPr>
          </w:p>
        </w:tc>
        <w:tc>
          <w:tcPr>
            <w:tcW w:w="136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ADDB92" w14:textId="77777777" w:rsidR="00CC5A8A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생년월일</w:t>
            </w:r>
          </w:p>
        </w:tc>
        <w:tc>
          <w:tcPr>
            <w:tcW w:w="3515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CD503F" w14:textId="77777777" w:rsidR="00CC5A8A" w:rsidRDefault="00CC5A8A">
            <w:pPr>
              <w:spacing w:after="0"/>
              <w:jc w:val="center"/>
            </w:pPr>
          </w:p>
        </w:tc>
      </w:tr>
      <w:tr w:rsidR="00CC5A8A" w14:paraId="684AF632" w14:textId="77777777">
        <w:trPr>
          <w:trHeight w:val="481"/>
          <w:jc w:val="center"/>
        </w:trPr>
        <w:tc>
          <w:tcPr>
            <w:tcW w:w="2064" w:type="dxa"/>
            <w:vMerge/>
            <w:tcBorders>
              <w:left w:val="single" w:sz="8" w:space="0" w:color="A6A6A6"/>
              <w:right w:val="single" w:sz="8" w:space="0" w:color="A6A6A6"/>
            </w:tcBorders>
          </w:tcPr>
          <w:p w14:paraId="1DCED43E" w14:textId="77777777" w:rsidR="00CC5A8A" w:rsidRDefault="00CC5A8A"/>
        </w:tc>
        <w:tc>
          <w:tcPr>
            <w:tcW w:w="136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B1163B" w14:textId="77777777" w:rsidR="00CC5A8A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연락처</w:t>
            </w:r>
          </w:p>
        </w:tc>
        <w:tc>
          <w:tcPr>
            <w:tcW w:w="255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AEA8C0" w14:textId="77777777" w:rsidR="00CC5A8A" w:rsidRDefault="00CC5A8A">
            <w:pPr>
              <w:spacing w:after="0"/>
              <w:jc w:val="center"/>
            </w:pPr>
          </w:p>
        </w:tc>
        <w:tc>
          <w:tcPr>
            <w:tcW w:w="136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8CCD5B" w14:textId="77777777" w:rsidR="00CC5A8A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이메일</w:t>
            </w:r>
          </w:p>
        </w:tc>
        <w:tc>
          <w:tcPr>
            <w:tcW w:w="3515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AEDC6B" w14:textId="77777777" w:rsidR="00CC5A8A" w:rsidRDefault="00CC5A8A">
            <w:pPr>
              <w:spacing w:after="0"/>
              <w:jc w:val="center"/>
            </w:pPr>
          </w:p>
        </w:tc>
      </w:tr>
      <w:tr w:rsidR="00CC5A8A" w14:paraId="4C064726" w14:textId="77777777">
        <w:trPr>
          <w:trHeight w:val="481"/>
          <w:jc w:val="center"/>
        </w:trPr>
        <w:tc>
          <w:tcPr>
            <w:tcW w:w="2064" w:type="dxa"/>
            <w:vMerge/>
            <w:tcBorders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1ED3C9C9" w14:textId="77777777" w:rsidR="00CC5A8A" w:rsidRDefault="00CC5A8A"/>
        </w:tc>
        <w:tc>
          <w:tcPr>
            <w:tcW w:w="136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F0F3E5" w14:textId="77777777" w:rsidR="00CC5A8A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주소</w:t>
            </w:r>
          </w:p>
        </w:tc>
        <w:tc>
          <w:tcPr>
            <w:tcW w:w="3515" w:type="dxa"/>
            <w:gridSpan w:val="3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C963CB" w14:textId="77777777" w:rsidR="00CC5A8A" w:rsidRDefault="00CC5A8A">
            <w:pPr>
              <w:spacing w:after="0"/>
              <w:jc w:val="center"/>
            </w:pPr>
          </w:p>
        </w:tc>
      </w:tr>
    </w:tbl>
    <w:p w14:paraId="27E465EE" w14:textId="77777777" w:rsidR="00CC5A8A" w:rsidRDefault="00000000">
      <w:pPr>
        <w:spacing w:before="60" w:after="40"/>
      </w:pPr>
      <w:r>
        <w:rPr>
          <w:b/>
          <w:sz w:val="20"/>
        </w:rPr>
        <w:t>학력사항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778"/>
        <w:gridCol w:w="2778"/>
        <w:gridCol w:w="2324"/>
      </w:tblGrid>
      <w:tr w:rsidR="00CC5A8A" w14:paraId="782C8FD7" w14:textId="77777777">
        <w:trPr>
          <w:trHeight w:val="368"/>
          <w:jc w:val="center"/>
        </w:trPr>
        <w:tc>
          <w:tcPr>
            <w:tcW w:w="243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272F3C" w14:textId="77777777" w:rsidR="00CC5A8A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기간</w:t>
            </w:r>
          </w:p>
        </w:tc>
        <w:tc>
          <w:tcPr>
            <w:tcW w:w="277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4BC71E" w14:textId="77777777" w:rsidR="00CC5A8A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학교명</w:t>
            </w:r>
          </w:p>
        </w:tc>
        <w:tc>
          <w:tcPr>
            <w:tcW w:w="277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22BE30" w14:textId="77777777" w:rsidR="00CC5A8A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전공</w:t>
            </w:r>
          </w:p>
        </w:tc>
        <w:tc>
          <w:tcPr>
            <w:tcW w:w="2324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E71C10" w14:textId="77777777" w:rsidR="00CC5A8A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구분</w:t>
            </w:r>
          </w:p>
        </w:tc>
      </w:tr>
      <w:tr w:rsidR="00CC5A8A" w14:paraId="798A7D5C" w14:textId="77777777">
        <w:trPr>
          <w:trHeight w:val="408"/>
          <w:jc w:val="center"/>
        </w:trPr>
        <w:tc>
          <w:tcPr>
            <w:tcW w:w="243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971906" w14:textId="77777777" w:rsidR="00CC5A8A" w:rsidRDefault="00CC5A8A">
            <w:pPr>
              <w:spacing w:after="0"/>
              <w:jc w:val="center"/>
            </w:pPr>
          </w:p>
        </w:tc>
        <w:tc>
          <w:tcPr>
            <w:tcW w:w="277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A7E701" w14:textId="77777777" w:rsidR="00CC5A8A" w:rsidRDefault="00CC5A8A">
            <w:pPr>
              <w:spacing w:after="0"/>
              <w:jc w:val="center"/>
            </w:pPr>
          </w:p>
        </w:tc>
        <w:tc>
          <w:tcPr>
            <w:tcW w:w="277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55D374" w14:textId="77777777" w:rsidR="00CC5A8A" w:rsidRDefault="00CC5A8A">
            <w:pPr>
              <w:spacing w:after="0"/>
              <w:jc w:val="center"/>
            </w:pPr>
          </w:p>
        </w:tc>
        <w:tc>
          <w:tcPr>
            <w:tcW w:w="2324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9DC490" w14:textId="77777777" w:rsidR="00CC5A8A" w:rsidRDefault="00CC5A8A">
            <w:pPr>
              <w:spacing w:after="0"/>
              <w:jc w:val="center"/>
            </w:pPr>
          </w:p>
        </w:tc>
      </w:tr>
      <w:tr w:rsidR="00CC5A8A" w14:paraId="67AC924B" w14:textId="77777777">
        <w:trPr>
          <w:trHeight w:val="408"/>
          <w:jc w:val="center"/>
        </w:trPr>
        <w:tc>
          <w:tcPr>
            <w:tcW w:w="243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F82357" w14:textId="77777777" w:rsidR="00CC5A8A" w:rsidRDefault="00CC5A8A">
            <w:pPr>
              <w:spacing w:after="0"/>
              <w:jc w:val="center"/>
            </w:pPr>
          </w:p>
        </w:tc>
        <w:tc>
          <w:tcPr>
            <w:tcW w:w="277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70A72E" w14:textId="77777777" w:rsidR="00CC5A8A" w:rsidRDefault="00CC5A8A">
            <w:pPr>
              <w:spacing w:after="0"/>
              <w:jc w:val="center"/>
            </w:pPr>
          </w:p>
        </w:tc>
        <w:tc>
          <w:tcPr>
            <w:tcW w:w="277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CA831A" w14:textId="77777777" w:rsidR="00CC5A8A" w:rsidRDefault="00CC5A8A">
            <w:pPr>
              <w:spacing w:after="0"/>
              <w:jc w:val="center"/>
            </w:pPr>
          </w:p>
        </w:tc>
        <w:tc>
          <w:tcPr>
            <w:tcW w:w="2324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144BCC" w14:textId="77777777" w:rsidR="00CC5A8A" w:rsidRDefault="00CC5A8A">
            <w:pPr>
              <w:spacing w:after="0"/>
              <w:jc w:val="center"/>
            </w:pPr>
          </w:p>
        </w:tc>
      </w:tr>
    </w:tbl>
    <w:p w14:paraId="6275487F" w14:textId="77777777" w:rsidR="00CC5A8A" w:rsidRDefault="00000000">
      <w:pPr>
        <w:spacing w:before="60" w:after="40"/>
      </w:pPr>
      <w:r>
        <w:rPr>
          <w:b/>
          <w:sz w:val="20"/>
        </w:rPr>
        <w:t>경력사항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11"/>
        <w:gridCol w:w="2268"/>
        <w:gridCol w:w="2438"/>
        <w:gridCol w:w="3402"/>
      </w:tblGrid>
      <w:tr w:rsidR="00CC5A8A" w14:paraId="5D293728" w14:textId="77777777">
        <w:trPr>
          <w:trHeight w:val="368"/>
          <w:jc w:val="center"/>
        </w:trPr>
        <w:tc>
          <w:tcPr>
            <w:tcW w:w="221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6B16A3" w14:textId="77777777" w:rsidR="00CC5A8A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근무기간</w:t>
            </w:r>
          </w:p>
        </w:tc>
        <w:tc>
          <w:tcPr>
            <w:tcW w:w="226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5057A3" w14:textId="77777777" w:rsidR="00CC5A8A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회사명</w:t>
            </w:r>
          </w:p>
        </w:tc>
        <w:tc>
          <w:tcPr>
            <w:tcW w:w="243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3EDBAF" w14:textId="77777777" w:rsidR="00CC5A8A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부서 / 직위</w:t>
            </w:r>
          </w:p>
        </w:tc>
        <w:tc>
          <w:tcPr>
            <w:tcW w:w="340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7EAFBF" w14:textId="77777777" w:rsidR="00CC5A8A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주요업무</w:t>
            </w:r>
          </w:p>
        </w:tc>
      </w:tr>
      <w:tr w:rsidR="00CC5A8A" w14:paraId="57A6A017" w14:textId="77777777">
        <w:trPr>
          <w:trHeight w:val="408"/>
          <w:jc w:val="center"/>
        </w:trPr>
        <w:tc>
          <w:tcPr>
            <w:tcW w:w="221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35F4A4" w14:textId="77777777" w:rsidR="00CC5A8A" w:rsidRDefault="00CC5A8A">
            <w:pPr>
              <w:spacing w:after="0"/>
              <w:jc w:val="center"/>
            </w:pPr>
          </w:p>
        </w:tc>
        <w:tc>
          <w:tcPr>
            <w:tcW w:w="226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F6FBC3" w14:textId="77777777" w:rsidR="00CC5A8A" w:rsidRDefault="00CC5A8A">
            <w:pPr>
              <w:spacing w:after="0"/>
              <w:jc w:val="center"/>
            </w:pPr>
          </w:p>
        </w:tc>
        <w:tc>
          <w:tcPr>
            <w:tcW w:w="243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254CEB" w14:textId="77777777" w:rsidR="00CC5A8A" w:rsidRDefault="00CC5A8A">
            <w:pPr>
              <w:spacing w:after="0"/>
              <w:jc w:val="center"/>
            </w:pPr>
          </w:p>
        </w:tc>
        <w:tc>
          <w:tcPr>
            <w:tcW w:w="340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04AE7D" w14:textId="77777777" w:rsidR="00CC5A8A" w:rsidRDefault="00CC5A8A">
            <w:pPr>
              <w:spacing w:after="0"/>
              <w:jc w:val="center"/>
            </w:pPr>
          </w:p>
        </w:tc>
      </w:tr>
      <w:tr w:rsidR="00CC5A8A" w14:paraId="7F729537" w14:textId="77777777">
        <w:trPr>
          <w:trHeight w:val="408"/>
          <w:jc w:val="center"/>
        </w:trPr>
        <w:tc>
          <w:tcPr>
            <w:tcW w:w="221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58726A" w14:textId="77777777" w:rsidR="00CC5A8A" w:rsidRDefault="00CC5A8A">
            <w:pPr>
              <w:spacing w:after="0"/>
              <w:jc w:val="center"/>
            </w:pPr>
          </w:p>
        </w:tc>
        <w:tc>
          <w:tcPr>
            <w:tcW w:w="226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2A211B" w14:textId="77777777" w:rsidR="00CC5A8A" w:rsidRDefault="00CC5A8A">
            <w:pPr>
              <w:spacing w:after="0"/>
              <w:jc w:val="center"/>
            </w:pPr>
          </w:p>
        </w:tc>
        <w:tc>
          <w:tcPr>
            <w:tcW w:w="243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44BF0E" w14:textId="77777777" w:rsidR="00CC5A8A" w:rsidRDefault="00CC5A8A">
            <w:pPr>
              <w:spacing w:after="0"/>
              <w:jc w:val="center"/>
            </w:pPr>
          </w:p>
        </w:tc>
        <w:tc>
          <w:tcPr>
            <w:tcW w:w="340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626967" w14:textId="77777777" w:rsidR="00CC5A8A" w:rsidRDefault="00CC5A8A">
            <w:pPr>
              <w:spacing w:after="0"/>
              <w:jc w:val="center"/>
            </w:pPr>
          </w:p>
        </w:tc>
      </w:tr>
      <w:tr w:rsidR="00CC5A8A" w14:paraId="2C76C79B" w14:textId="77777777">
        <w:trPr>
          <w:trHeight w:val="408"/>
          <w:jc w:val="center"/>
        </w:trPr>
        <w:tc>
          <w:tcPr>
            <w:tcW w:w="221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D36866" w14:textId="77777777" w:rsidR="00CC5A8A" w:rsidRDefault="00CC5A8A">
            <w:pPr>
              <w:spacing w:after="0"/>
              <w:jc w:val="center"/>
            </w:pPr>
          </w:p>
        </w:tc>
        <w:tc>
          <w:tcPr>
            <w:tcW w:w="226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58EFFD" w14:textId="77777777" w:rsidR="00CC5A8A" w:rsidRDefault="00CC5A8A">
            <w:pPr>
              <w:spacing w:after="0"/>
              <w:jc w:val="center"/>
            </w:pPr>
          </w:p>
        </w:tc>
        <w:tc>
          <w:tcPr>
            <w:tcW w:w="243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FB9C11" w14:textId="77777777" w:rsidR="00CC5A8A" w:rsidRDefault="00CC5A8A">
            <w:pPr>
              <w:spacing w:after="0"/>
              <w:jc w:val="center"/>
            </w:pPr>
          </w:p>
        </w:tc>
        <w:tc>
          <w:tcPr>
            <w:tcW w:w="340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9F2C64" w14:textId="77777777" w:rsidR="00CC5A8A" w:rsidRDefault="00CC5A8A">
            <w:pPr>
              <w:spacing w:after="0"/>
              <w:jc w:val="center"/>
            </w:pPr>
          </w:p>
        </w:tc>
      </w:tr>
    </w:tbl>
    <w:p w14:paraId="63D43F87" w14:textId="77777777" w:rsidR="00CC5A8A" w:rsidRDefault="00000000">
      <w:pPr>
        <w:spacing w:before="60" w:after="40"/>
      </w:pPr>
      <w:r>
        <w:rPr>
          <w:b/>
          <w:sz w:val="20"/>
        </w:rPr>
        <w:t>자격 · 교육사항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3061"/>
        <w:gridCol w:w="2721"/>
        <w:gridCol w:w="2268"/>
      </w:tblGrid>
      <w:tr w:rsidR="00CC5A8A" w14:paraId="381F687C" w14:textId="77777777">
        <w:trPr>
          <w:trHeight w:val="368"/>
          <w:jc w:val="center"/>
        </w:trPr>
        <w:tc>
          <w:tcPr>
            <w:tcW w:w="226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95FD0D" w14:textId="77777777" w:rsidR="00CC5A8A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취득일 / 기간</w:t>
            </w:r>
          </w:p>
        </w:tc>
        <w:tc>
          <w:tcPr>
            <w:tcW w:w="306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19C1D9" w14:textId="77777777" w:rsidR="00CC5A8A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자격 · 교육명</w:t>
            </w:r>
          </w:p>
        </w:tc>
        <w:tc>
          <w:tcPr>
            <w:tcW w:w="272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2E91C6" w14:textId="77777777" w:rsidR="00CC5A8A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기관</w:t>
            </w:r>
          </w:p>
        </w:tc>
        <w:tc>
          <w:tcPr>
            <w:tcW w:w="226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9B4128" w14:textId="77777777" w:rsidR="00CC5A8A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비고</w:t>
            </w:r>
          </w:p>
        </w:tc>
      </w:tr>
      <w:tr w:rsidR="00CC5A8A" w14:paraId="2D8A6E1F" w14:textId="77777777">
        <w:trPr>
          <w:trHeight w:val="408"/>
          <w:jc w:val="center"/>
        </w:trPr>
        <w:tc>
          <w:tcPr>
            <w:tcW w:w="226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F8256E" w14:textId="77777777" w:rsidR="00CC5A8A" w:rsidRDefault="00CC5A8A">
            <w:pPr>
              <w:spacing w:after="0"/>
              <w:jc w:val="center"/>
            </w:pPr>
          </w:p>
        </w:tc>
        <w:tc>
          <w:tcPr>
            <w:tcW w:w="306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C0B244" w14:textId="77777777" w:rsidR="00CC5A8A" w:rsidRDefault="00CC5A8A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83DB94" w14:textId="77777777" w:rsidR="00CC5A8A" w:rsidRDefault="00CC5A8A">
            <w:pPr>
              <w:spacing w:after="0"/>
              <w:jc w:val="center"/>
            </w:pPr>
          </w:p>
        </w:tc>
        <w:tc>
          <w:tcPr>
            <w:tcW w:w="226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8BA6C9" w14:textId="77777777" w:rsidR="00CC5A8A" w:rsidRDefault="00CC5A8A">
            <w:pPr>
              <w:spacing w:after="0"/>
              <w:jc w:val="center"/>
            </w:pPr>
          </w:p>
        </w:tc>
      </w:tr>
      <w:tr w:rsidR="00CC5A8A" w14:paraId="494211A7" w14:textId="77777777">
        <w:trPr>
          <w:trHeight w:val="408"/>
          <w:jc w:val="center"/>
        </w:trPr>
        <w:tc>
          <w:tcPr>
            <w:tcW w:w="226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AF73D4" w14:textId="77777777" w:rsidR="00CC5A8A" w:rsidRDefault="00CC5A8A">
            <w:pPr>
              <w:spacing w:after="0"/>
              <w:jc w:val="center"/>
            </w:pPr>
          </w:p>
        </w:tc>
        <w:tc>
          <w:tcPr>
            <w:tcW w:w="306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FB5A52" w14:textId="77777777" w:rsidR="00CC5A8A" w:rsidRDefault="00CC5A8A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C4A826" w14:textId="77777777" w:rsidR="00CC5A8A" w:rsidRDefault="00CC5A8A">
            <w:pPr>
              <w:spacing w:after="0"/>
              <w:jc w:val="center"/>
            </w:pPr>
          </w:p>
        </w:tc>
        <w:tc>
          <w:tcPr>
            <w:tcW w:w="226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7381A9" w14:textId="77777777" w:rsidR="00CC5A8A" w:rsidRDefault="00CC5A8A">
            <w:pPr>
              <w:spacing w:after="0"/>
              <w:jc w:val="center"/>
            </w:pPr>
          </w:p>
        </w:tc>
      </w:tr>
    </w:tbl>
    <w:p w14:paraId="06AC04D2" w14:textId="77777777" w:rsidR="00CC5A8A" w:rsidRDefault="00000000">
      <w:pPr>
        <w:spacing w:before="60" w:after="40"/>
      </w:pPr>
      <w:r>
        <w:rPr>
          <w:b/>
          <w:sz w:val="20"/>
        </w:rPr>
        <w:t>핵심 역량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08"/>
        <w:gridCol w:w="2438"/>
        <w:gridCol w:w="2835"/>
        <w:gridCol w:w="2438"/>
      </w:tblGrid>
      <w:tr w:rsidR="00CC5A8A" w14:paraId="46959D36" w14:textId="77777777">
        <w:trPr>
          <w:trHeight w:val="368"/>
          <w:jc w:val="center"/>
        </w:trPr>
        <w:tc>
          <w:tcPr>
            <w:tcW w:w="260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4194E7" w14:textId="77777777" w:rsidR="00CC5A8A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OA / 프로그램</w:t>
            </w:r>
          </w:p>
        </w:tc>
        <w:tc>
          <w:tcPr>
            <w:tcW w:w="243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FA26A1" w14:textId="77777777" w:rsidR="00CC5A8A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외국어</w:t>
            </w:r>
          </w:p>
        </w:tc>
        <w:tc>
          <w:tcPr>
            <w:tcW w:w="2835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8B79F" w14:textId="77777777" w:rsidR="00CC5A8A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직무 강점</w:t>
            </w:r>
          </w:p>
        </w:tc>
        <w:tc>
          <w:tcPr>
            <w:tcW w:w="243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990D06" w14:textId="77777777" w:rsidR="00CC5A8A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기타</w:t>
            </w:r>
          </w:p>
        </w:tc>
      </w:tr>
      <w:tr w:rsidR="00CC5A8A" w14:paraId="03C168F8" w14:textId="77777777">
        <w:trPr>
          <w:trHeight w:val="453"/>
          <w:jc w:val="center"/>
        </w:trPr>
        <w:tc>
          <w:tcPr>
            <w:tcW w:w="260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BCE82C" w14:textId="77777777" w:rsidR="00CC5A8A" w:rsidRDefault="00CC5A8A">
            <w:pPr>
              <w:spacing w:after="0"/>
              <w:jc w:val="center"/>
            </w:pPr>
          </w:p>
        </w:tc>
        <w:tc>
          <w:tcPr>
            <w:tcW w:w="243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23CBBC" w14:textId="77777777" w:rsidR="00CC5A8A" w:rsidRDefault="00CC5A8A">
            <w:pPr>
              <w:spacing w:after="0"/>
              <w:jc w:val="center"/>
            </w:pPr>
          </w:p>
        </w:tc>
        <w:tc>
          <w:tcPr>
            <w:tcW w:w="2835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4BA692" w14:textId="77777777" w:rsidR="00CC5A8A" w:rsidRDefault="00CC5A8A">
            <w:pPr>
              <w:spacing w:after="0"/>
              <w:jc w:val="center"/>
            </w:pPr>
          </w:p>
        </w:tc>
        <w:tc>
          <w:tcPr>
            <w:tcW w:w="243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41D628" w14:textId="77777777" w:rsidR="00CC5A8A" w:rsidRDefault="00CC5A8A">
            <w:pPr>
              <w:spacing w:after="0"/>
              <w:jc w:val="center"/>
            </w:pPr>
          </w:p>
        </w:tc>
      </w:tr>
    </w:tbl>
    <w:p w14:paraId="2DE49A8E" w14:textId="77777777" w:rsidR="00CC5A8A" w:rsidRDefault="00000000">
      <w:pPr>
        <w:spacing w:before="60" w:after="40"/>
      </w:pPr>
      <w:r>
        <w:rPr>
          <w:b/>
          <w:sz w:val="20"/>
        </w:rPr>
        <w:t>지원동기 · 자기소개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8391"/>
      </w:tblGrid>
      <w:tr w:rsidR="00CC5A8A" w14:paraId="478279A5" w14:textId="77777777">
        <w:trPr>
          <w:trHeight w:val="680"/>
          <w:jc w:val="center"/>
        </w:trPr>
        <w:tc>
          <w:tcPr>
            <w:tcW w:w="192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0A16B9" w14:textId="77777777" w:rsidR="00CC5A8A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지원동기</w:t>
            </w:r>
          </w:p>
        </w:tc>
        <w:tc>
          <w:tcPr>
            <w:tcW w:w="839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168894" w14:textId="77777777" w:rsidR="00CC5A8A" w:rsidRDefault="00CC5A8A">
            <w:pPr>
              <w:spacing w:after="0"/>
              <w:jc w:val="center"/>
            </w:pPr>
          </w:p>
        </w:tc>
      </w:tr>
      <w:tr w:rsidR="00CC5A8A" w14:paraId="1D9D7CE0" w14:textId="77777777">
        <w:trPr>
          <w:trHeight w:val="680"/>
          <w:jc w:val="center"/>
        </w:trPr>
        <w:tc>
          <w:tcPr>
            <w:tcW w:w="1928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818DA6" w14:textId="77777777" w:rsidR="00CC5A8A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자기소개</w:t>
            </w:r>
          </w:p>
        </w:tc>
        <w:tc>
          <w:tcPr>
            <w:tcW w:w="839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2409EC" w14:textId="77777777" w:rsidR="00CC5A8A" w:rsidRDefault="00CC5A8A">
            <w:pPr>
              <w:spacing w:after="0"/>
              <w:jc w:val="center"/>
            </w:pPr>
          </w:p>
        </w:tc>
      </w:tr>
    </w:tbl>
    <w:p w14:paraId="3DCC648F" w14:textId="77777777" w:rsidR="00CC5A8A" w:rsidRDefault="00000000" w:rsidP="000A6CBF">
      <w:pPr>
        <w:spacing w:before="100" w:after="40" w:line="480" w:lineRule="auto"/>
        <w:jc w:val="center"/>
        <w:rPr>
          <w:sz w:val="16"/>
          <w:lang w:eastAsia="ko-KR"/>
        </w:rPr>
      </w:pPr>
      <w:r>
        <w:rPr>
          <w:sz w:val="16"/>
          <w:lang w:eastAsia="ko-KR"/>
        </w:rPr>
        <w:t>위 기재사항은 사실과 다름없음을 확인합니다.</w:t>
      </w:r>
    </w:p>
    <w:p w14:paraId="025744D5" w14:textId="77777777" w:rsidR="000A6CBF" w:rsidRDefault="000A6CBF" w:rsidP="000A6CBF">
      <w:pPr>
        <w:spacing w:before="100" w:after="40" w:line="480" w:lineRule="auto"/>
        <w:jc w:val="center"/>
        <w:rPr>
          <w:lang w:eastAsia="ko-KR"/>
        </w:rPr>
      </w:pPr>
    </w:p>
    <w:p w14:paraId="653A8ADA" w14:textId="77777777" w:rsidR="00CC5A8A" w:rsidRDefault="00000000" w:rsidP="000A6CBF">
      <w:pPr>
        <w:spacing w:after="0" w:line="480" w:lineRule="auto"/>
        <w:jc w:val="right"/>
      </w:pPr>
      <w:r>
        <w:rPr>
          <w:sz w:val="16"/>
        </w:rPr>
        <w:t xml:space="preserve">20     년     월     일     </w:t>
      </w:r>
      <w:proofErr w:type="gramStart"/>
      <w:r>
        <w:rPr>
          <w:sz w:val="16"/>
        </w:rPr>
        <w:t>지원자 :</w:t>
      </w:r>
      <w:proofErr w:type="gramEnd"/>
      <w:r>
        <w:rPr>
          <w:sz w:val="16"/>
        </w:rPr>
        <w:t xml:space="preserve"> _________________</w:t>
      </w:r>
      <w:proofErr w:type="gramStart"/>
      <w:r>
        <w:rPr>
          <w:sz w:val="16"/>
        </w:rPr>
        <w:t>_  (</w:t>
      </w:r>
      <w:proofErr w:type="gramEnd"/>
      <w:r>
        <w:rPr>
          <w:sz w:val="16"/>
        </w:rPr>
        <w:t>서명)</w:t>
      </w:r>
    </w:p>
    <w:sectPr w:rsidR="00CC5A8A" w:rsidSect="00034616">
      <w:pgSz w:w="11906" w:h="16838"/>
      <w:pgMar w:top="567" w:right="794" w:bottom="56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5935010">
    <w:abstractNumId w:val="8"/>
  </w:num>
  <w:num w:numId="2" w16cid:durableId="610743602">
    <w:abstractNumId w:val="6"/>
  </w:num>
  <w:num w:numId="3" w16cid:durableId="1759711274">
    <w:abstractNumId w:val="5"/>
  </w:num>
  <w:num w:numId="4" w16cid:durableId="555090876">
    <w:abstractNumId w:val="4"/>
  </w:num>
  <w:num w:numId="5" w16cid:durableId="338503540">
    <w:abstractNumId w:val="7"/>
  </w:num>
  <w:num w:numId="6" w16cid:durableId="1846168142">
    <w:abstractNumId w:val="3"/>
  </w:num>
  <w:num w:numId="7" w16cid:durableId="479620201">
    <w:abstractNumId w:val="2"/>
  </w:num>
  <w:num w:numId="8" w16cid:durableId="1689404738">
    <w:abstractNumId w:val="1"/>
  </w:num>
  <w:num w:numId="9" w16cid:durableId="1306200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6CBF"/>
    <w:rsid w:val="0015074B"/>
    <w:rsid w:val="0029639D"/>
    <w:rsid w:val="00326F90"/>
    <w:rsid w:val="00841D70"/>
    <w:rsid w:val="00AA1D8D"/>
    <w:rsid w:val="00B47730"/>
    <w:rsid w:val="00B5537F"/>
    <w:rsid w:val="00CB0664"/>
    <w:rsid w:val="00CC5A8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1DA338"/>
  <w14:defaultImageDpi w14:val="300"/>
  <w15:docId w15:val="{505BDA49-7BBB-4286-822A-6AF6FE5A3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7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3</cp:revision>
  <dcterms:created xsi:type="dcterms:W3CDTF">2013-12-23T23:15:00Z</dcterms:created>
  <dcterms:modified xsi:type="dcterms:W3CDTF">2026-08-19T14:46:00Z</dcterms:modified>
  <cp:category/>
</cp:coreProperties>
</file>