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91C9" w14:textId="77777777" w:rsidR="0096614F" w:rsidRDefault="0096614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0E673CB1" w14:textId="77777777">
        <w:trPr>
          <w:jc w:val="center"/>
        </w:trPr>
        <w:tc>
          <w:tcPr>
            <w:tcW w:w="5326" w:type="dxa"/>
          </w:tcPr>
          <w:p w14:paraId="1E95B228" w14:textId="77777777" w:rsidR="002E0ED9" w:rsidRDefault="00000000">
            <w:r>
              <w:rPr>
                <w:b/>
                <w:color w:val="2F67B8"/>
                <w:sz w:val="20"/>
              </w:rPr>
              <w:t>OUTING REQUEST</w:t>
            </w:r>
          </w:p>
        </w:tc>
        <w:tc>
          <w:tcPr>
            <w:tcW w:w="5326" w:type="dxa"/>
          </w:tcPr>
          <w:p w14:paraId="6FE063F2" w14:textId="77777777" w:rsidR="002E0ED9" w:rsidRDefault="00000000">
            <w:pPr>
              <w:jc w:val="right"/>
            </w:pPr>
            <w:r>
              <w:rPr>
                <w:b/>
                <w:color w:val="202B3A"/>
                <w:sz w:val="48"/>
              </w:rPr>
              <w:t>외출신청서</w:t>
            </w:r>
          </w:p>
        </w:tc>
      </w:tr>
    </w:tbl>
    <w:p w14:paraId="29901CDB" w14:textId="77777777" w:rsidR="002E0ED9" w:rsidRDefault="00000000">
      <w:pPr>
        <w:spacing w:before="60" w:after="60"/>
        <w:rPr>
          <w:lang w:eastAsia="ko-KR"/>
        </w:rPr>
      </w:pPr>
      <w:r>
        <w:rPr>
          <w:lang w:eastAsia="ko-KR"/>
        </w:rPr>
        <w:t>근무시간 중 외출을 신청하고 외출 시간과 업무 인계사항을 확인하기 위한 사내 업무용 서식</w:t>
      </w:r>
    </w:p>
    <w:p w14:paraId="18AFCD23" w14:textId="77777777" w:rsidR="002E0ED9" w:rsidRDefault="00000000">
      <w:pPr>
        <w:spacing w:before="100" w:after="40"/>
      </w:pPr>
      <w:proofErr w:type="gramStart"/>
      <w:r>
        <w:rPr>
          <w:b/>
          <w:color w:val="2F67B8"/>
          <w:sz w:val="21"/>
        </w:rPr>
        <w:t xml:space="preserve">01  </w:t>
      </w:r>
      <w:proofErr w:type="spellStart"/>
      <w:r>
        <w:rPr>
          <w:b/>
          <w:color w:val="2F67B8"/>
          <w:sz w:val="21"/>
        </w:rPr>
        <w:t>신청</w:t>
      </w:r>
      <w:proofErr w:type="spellEnd"/>
      <w:proofErr w:type="gramEnd"/>
      <w:r>
        <w:rPr>
          <w:b/>
          <w:color w:val="2F67B8"/>
          <w:sz w:val="21"/>
        </w:rPr>
        <w:t xml:space="preserve"> </w:t>
      </w:r>
      <w:proofErr w:type="spellStart"/>
      <w:r>
        <w:rPr>
          <w:b/>
          <w:color w:val="2F67B8"/>
          <w:sz w:val="21"/>
        </w:rPr>
        <w:t>정보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68EF784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B5D677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성명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9564EF1" w14:textId="77777777" w:rsidR="002E0ED9" w:rsidRDefault="002E0ED9">
            <w:pPr>
              <w:spacing w:after="0"/>
              <w:jc w:val="center"/>
            </w:pP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F1F34D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소속 / 직위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B39F16C" w14:textId="77777777" w:rsidR="002E0ED9" w:rsidRDefault="002E0ED9">
            <w:pPr>
              <w:spacing w:after="0"/>
              <w:jc w:val="center"/>
            </w:pPr>
          </w:p>
        </w:tc>
      </w:tr>
      <w:tr w:rsidR="002E0ED9" w14:paraId="3A4DDF54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5E51C0C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0171C850" w14:textId="01ED2143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20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</w:t>
            </w:r>
            <w:r>
              <w:rPr>
                <w:color w:val="202B3A"/>
              </w:rPr>
              <w:t xml:space="preserve">  년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월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51E5146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외출일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720A459" w14:textId="0979937A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20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</w:t>
            </w:r>
            <w:r>
              <w:rPr>
                <w:color w:val="202B3A"/>
              </w:rPr>
              <w:t xml:space="preserve"> 년 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월 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일</w:t>
            </w:r>
          </w:p>
        </w:tc>
      </w:tr>
      <w:tr w:rsidR="002E0ED9" w14:paraId="17AC7E73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87D70C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외출 시작시간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F5D8020" w14:textId="033CEED8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   시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 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1093E0B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복귀 예정시간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A9DED7B" w14:textId="6D11A4A2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 xml:space="preserve">   시 </w:t>
            </w:r>
            <w:r w:rsidR="0096614F">
              <w:rPr>
                <w:rFonts w:hint="eastAsia"/>
                <w:color w:val="202B3A"/>
                <w:lang w:eastAsia="ko-KR"/>
              </w:rPr>
              <w:t xml:space="preserve">  </w:t>
            </w:r>
            <w:r>
              <w:rPr>
                <w:color w:val="202B3A"/>
              </w:rPr>
              <w:t xml:space="preserve">  분</w:t>
            </w:r>
          </w:p>
        </w:tc>
      </w:tr>
      <w:tr w:rsidR="002E0ED9" w14:paraId="5F765F50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F7BB182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연락처 (선택)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75596C0" w14:textId="77777777" w:rsidR="002E0ED9" w:rsidRDefault="002E0ED9">
            <w:pPr>
              <w:spacing w:after="0"/>
              <w:jc w:val="center"/>
            </w:pP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9852B61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비상 연락 가능 여부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4DDE3BB" w14:textId="77777777" w:rsidR="002E0ED9" w:rsidRDefault="00000000">
            <w:pPr>
              <w:spacing w:after="0"/>
              <w:jc w:val="center"/>
            </w:pPr>
            <w:r>
              <w:rPr>
                <w:color w:val="202B3A"/>
              </w:rPr>
              <w:t>□ 가능   □ 어려움</w:t>
            </w:r>
          </w:p>
        </w:tc>
      </w:tr>
    </w:tbl>
    <w:p w14:paraId="5B336CDB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02  외출 내용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6C3AB869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5EE403D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사유 구분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C755495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□ 개인사정   □ 병원·진료   □ 관공서·은행   □ 기타</w:t>
            </w:r>
          </w:p>
        </w:tc>
      </w:tr>
      <w:tr w:rsidR="002E0ED9" w14:paraId="27B0B0A5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3C17DB8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상세</w:t>
            </w:r>
            <w:proofErr w:type="spellEnd"/>
            <w:r>
              <w:rPr>
                <w:b/>
                <w:color w:val="202B3A"/>
              </w:rPr>
              <w:t xml:space="preserve"> </w:t>
            </w:r>
            <w:proofErr w:type="spellStart"/>
            <w:r>
              <w:rPr>
                <w:b/>
                <w:color w:val="202B3A"/>
              </w:rPr>
              <w:t>사유</w:t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100D322" w14:textId="77777777" w:rsidR="002E0ED9" w:rsidRDefault="002E0ED9">
            <w:pPr>
              <w:spacing w:after="0"/>
            </w:pPr>
          </w:p>
        </w:tc>
      </w:tr>
      <w:tr w:rsidR="002E0ED9" w14:paraId="2BFF9106" w14:textId="77777777">
        <w:trPr>
          <w:trHeight w:val="85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7575FE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업무 인계사항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53C791F" w14:textId="77777777" w:rsidR="002E0ED9" w:rsidRDefault="002E0ED9">
            <w:pPr>
              <w:spacing w:after="0"/>
            </w:pPr>
          </w:p>
        </w:tc>
      </w:tr>
      <w:tr w:rsidR="002E0ED9" w14:paraId="15A42845" w14:textId="77777777">
        <w:trPr>
          <w:trHeight w:val="51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066B6947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인계 대상자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1B270F4" w14:textId="77777777" w:rsidR="002E0ED9" w:rsidRDefault="002E0ED9">
            <w:pPr>
              <w:spacing w:after="0"/>
            </w:pPr>
          </w:p>
        </w:tc>
      </w:tr>
    </w:tbl>
    <w:p w14:paraId="55A99A8F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03  신청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2E0ED9" w14:paraId="2A703603" w14:textId="77777777">
        <w:trPr>
          <w:trHeight w:val="680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669B425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 내용</w:t>
            </w:r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6D4C7D4F" w14:textId="77777777" w:rsidR="002E0ED9" w:rsidRDefault="00000000">
            <w:pPr>
              <w:spacing w:after="0"/>
              <w:rPr>
                <w:lang w:eastAsia="ko-KR"/>
              </w:rPr>
            </w:pPr>
            <w:r>
              <w:rPr>
                <w:color w:val="202B3A"/>
                <w:lang w:eastAsia="ko-KR"/>
              </w:rPr>
              <w:t>위와 같이 외출을 신청하오니 확인하여 주시기 바랍니다.</w:t>
            </w:r>
            <w:proofErr w:type="spellStart"/>
            <w:r>
              <w:rPr>
                <w:color w:val="202B3A"/>
                <w:lang w:eastAsia="ko-KR"/>
              </w:rPr>
            </w:r>
            <w:proofErr w:type="spellEnd"/>
            <w:r>
              <w:rPr>
                <w:color w:val="202B3A"/>
                <w:lang w:eastAsia="ko-KR"/>
              </w:rPr>
            </w:r>
          </w:p>
        </w:tc>
      </w:tr>
      <w:tr w:rsidR="002E0ED9" w14:paraId="169D023D" w14:textId="77777777">
        <w:trPr>
          <w:trHeight w:val="794"/>
          <w:jc w:val="center"/>
        </w:trPr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2DD4E3BD" w14:textId="77777777" w:rsidR="002E0ED9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02B3A"/>
              </w:rPr>
              <w:t>비고</w:t>
            </w:r>
            <w:proofErr w:type="spellEnd"/>
            <w:r>
              <w:rPr>
                <w:b/>
                <w:color w:val="202B3A"/>
              </w:rPr>
              <w:t xml:space="preserve"> / </w:t>
            </w:r>
            <w:proofErr w:type="spellStart"/>
            <w:r>
              <w:rPr>
                <w:b/>
                <w:color w:val="202B3A"/>
              </w:rPr>
              <w:t>추가사항</w:t>
            </w:r>
            <w:proofErr w:type="spellEnd"/>
          </w:p>
        </w:tc>
        <w:tc>
          <w:tcPr>
            <w:tcW w:w="5326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B318A8C" w14:textId="77777777" w:rsidR="002E0ED9" w:rsidRDefault="002E0ED9">
            <w:pPr>
              <w:spacing w:after="0"/>
            </w:pPr>
          </w:p>
        </w:tc>
      </w:tr>
    </w:tbl>
    <w:p w14:paraId="206BAEC9" w14:textId="77777777" w:rsidR="002E0ED9" w:rsidRDefault="00000000">
      <w:pPr>
        <w:spacing w:before="100" w:after="40"/>
      </w:pPr>
      <w:r>
        <w:rPr>
          <w:b/>
          <w:color w:val="2F67B8"/>
          <w:sz w:val="21"/>
        </w:rPr>
        <w:t>04  결재 확인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2E0ED9" w14:paraId="43132783" w14:textId="77777777">
        <w:trPr>
          <w:trHeight w:val="454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5F2EF"/>
            <w:vAlign w:val="center"/>
          </w:tcPr>
          <w:p w14:paraId="5E1D1994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신청인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1D6B2453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담당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325D4AA9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팀장 / 부서장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shd w:val="clear" w:color="auto" w:fill="E3EBF7"/>
            <w:vAlign w:val="center"/>
          </w:tcPr>
          <w:p w14:paraId="40060C50" w14:textId="77777777" w:rsidR="002E0ED9" w:rsidRDefault="00000000">
            <w:pPr>
              <w:spacing w:after="0"/>
              <w:jc w:val="center"/>
            </w:pPr>
            <w:r>
              <w:rPr>
                <w:b/>
                <w:color w:val="202B3A"/>
              </w:rPr>
              <w:t>승인권자</w:t>
            </w:r>
          </w:p>
        </w:tc>
      </w:tr>
      <w:tr w:rsidR="002E0ED9" w14:paraId="52CDFF28" w14:textId="77777777">
        <w:trPr>
          <w:trHeight w:val="850"/>
          <w:jc w:val="center"/>
        </w:trPr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50DFAD3F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30062FDE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7867134A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  <w:tc>
          <w:tcPr>
            <w:tcW w:w="2663" w:type="dxa"/>
            <w:tcBorders>
              <w:top w:val="single" w:sz="5" w:space="0" w:color="AAB8C8"/>
              <w:left w:val="single" w:sz="5" w:space="0" w:color="AAB8C8"/>
              <w:bottom w:val="single" w:sz="5" w:space="0" w:color="AAB8C8"/>
              <w:right w:val="single" w:sz="5" w:space="0" w:color="AAB8C8"/>
            </w:tcBorders>
            <w:vAlign w:val="center"/>
          </w:tcPr>
          <w:p w14:paraId="255BEE34" w14:textId="77777777" w:rsidR="002E0ED9" w:rsidRDefault="00000000" w:rsidP="0096614F">
            <w:pPr>
              <w:spacing w:after="0"/>
              <w:jc w:val="right"/>
            </w:pPr>
            <w:r>
              <w:rPr>
                <w:color w:val="202B3A"/>
              </w:rPr>
              <w:t>(서명)</w:t>
            </w:r>
          </w:p>
        </w:tc>
      </w:tr>
    </w:tbl>
    <w:p w14:paraId="43C27933" w14:textId="77777777" w:rsidR="002E0ED9" w:rsidRDefault="00000000">
      <w:pPr>
        <w:spacing w:before="120"/>
        <w:rPr>
          <w:lang w:eastAsia="ko-KR"/>
        </w:rPr>
      </w:pPr>
      <w:r>
        <w:rPr>
          <w:color w:val="5F6978"/>
          <w:sz w:val="16"/>
          <w:lang w:eastAsia="ko-KR"/>
        </w:rPr>
        <w:t>※ 회사의 근태관리 기준, 결재 절차 또는 별도 지정 양식이 있는 경우 해당 내부 기준을 우선 확인하여 사용하세요.</w:t>
      </w:r>
    </w:p>
    <w:sectPr w:rsidR="002E0ED9" w:rsidSect="00034616">
      <w:headerReference w:type="default" r:id="rId8"/>
      <w:footerReference w:type="default" r:id="rId9"/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191736">
    <w:abstractNumId w:val="8"/>
  </w:num>
  <w:num w:numId="2" w16cid:durableId="1420100991">
    <w:abstractNumId w:val="6"/>
  </w:num>
  <w:num w:numId="3" w16cid:durableId="573128941">
    <w:abstractNumId w:val="5"/>
  </w:num>
  <w:num w:numId="4" w16cid:durableId="87166768">
    <w:abstractNumId w:val="4"/>
  </w:num>
  <w:num w:numId="5" w16cid:durableId="591205880">
    <w:abstractNumId w:val="7"/>
  </w:num>
  <w:num w:numId="6" w16cid:durableId="1727529166">
    <w:abstractNumId w:val="3"/>
  </w:num>
  <w:num w:numId="7" w16cid:durableId="1004865631">
    <w:abstractNumId w:val="2"/>
  </w:num>
  <w:num w:numId="8" w16cid:durableId="614021705">
    <w:abstractNumId w:val="1"/>
  </w:num>
  <w:num w:numId="9" w16cid:durableId="20044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ED9"/>
    <w:rsid w:val="00326F90"/>
    <w:rsid w:val="0096614F"/>
    <w:rsid w:val="00AA1D8D"/>
    <w:rsid w:val="00B47730"/>
    <w:rsid w:val="00BC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5DA8D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2026-08-21T05:09:00Z</dcterms:modified>
  <cp:category/>
</cp:coreProperties>
</file>