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C067B" w14:textId="77777777" w:rsidR="00DB5AFB" w:rsidRDefault="00DB5AFB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55"/>
        <w:gridCol w:w="5355"/>
      </w:tblGrid>
      <w:tr w:rsidR="001618DD" w14:paraId="01F02AD5" w14:textId="77777777">
        <w:trPr>
          <w:jc w:val="center"/>
        </w:trPr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C64C1" w14:textId="77777777" w:rsidR="001618DD" w:rsidRDefault="00000000">
            <w:pPr>
              <w:spacing w:after="0" w:line="240" w:lineRule="auto"/>
            </w:pPr>
            <w:r>
              <w:rPr>
                <w:b/>
                <w:color w:val="2E64C5"/>
                <w:sz w:val="18"/>
              </w:rPr>
              <w:t>SALARY AGREEMENT</w:t>
            </w:r>
          </w:p>
        </w:tc>
        <w:tc>
          <w:tcPr>
            <w:tcW w:w="5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24650" w14:textId="77777777" w:rsidR="001618DD" w:rsidRDefault="00000000">
            <w:pPr>
              <w:spacing w:after="0" w:line="240" w:lineRule="auto"/>
              <w:jc w:val="right"/>
            </w:pPr>
            <w:r>
              <w:rPr>
                <w:b/>
                <w:color w:val="202A36"/>
                <w:sz w:val="44"/>
              </w:rPr>
              <w:t>연봉계약서</w:t>
            </w:r>
          </w:p>
        </w:tc>
      </w:tr>
    </w:tbl>
    <w:p w14:paraId="75A7D098" w14:textId="77777777" w:rsidR="001618DD" w:rsidRDefault="00000000">
      <w:pPr>
        <w:spacing w:before="80" w:after="80"/>
        <w:rPr>
          <w:lang w:eastAsia="ko-KR"/>
        </w:rPr>
      </w:pPr>
      <w:r>
        <w:rPr>
          <w:color w:val="7B8492"/>
          <w:sz w:val="16"/>
          <w:lang w:eastAsia="ko-KR"/>
        </w:rPr>
        <w:t>연봉 금액, 지급 조건, 적용기간과 기타 합의사항을 구분하여 정리하는 일반 참고용 서식</w:t>
      </w:r>
    </w:p>
    <w:p w14:paraId="41FA3F4C" w14:textId="77777777" w:rsidR="001618DD" w:rsidRDefault="00000000">
      <w:pPr>
        <w:spacing w:before="40" w:after="40"/>
      </w:pPr>
      <w:proofErr w:type="gramStart"/>
      <w:r>
        <w:rPr>
          <w:b/>
          <w:color w:val="2E64C5"/>
          <w:sz w:val="21"/>
        </w:rPr>
        <w:t>01  기본</w:t>
      </w:r>
      <w:proofErr w:type="gramEnd"/>
      <w:r>
        <w:rPr>
          <w:b/>
          <w:color w:val="2E64C5"/>
          <w:sz w:val="21"/>
        </w:rPr>
        <w:t xml:space="preserve"> 정보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71"/>
        <w:gridCol w:w="3288"/>
        <w:gridCol w:w="1871"/>
        <w:gridCol w:w="3288"/>
      </w:tblGrid>
      <w:tr w:rsidR="001618DD" w14:paraId="03FC5267" w14:textId="77777777">
        <w:trPr>
          <w:trHeight w:val="397"/>
          <w:jc w:val="center"/>
        </w:trPr>
        <w:tc>
          <w:tcPr>
            <w:tcW w:w="1871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85B1C8E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회사명</w:t>
            </w:r>
          </w:p>
        </w:tc>
        <w:tc>
          <w:tcPr>
            <w:tcW w:w="328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A63342D" w14:textId="77777777" w:rsidR="001618DD" w:rsidRDefault="001618DD">
            <w:pPr>
              <w:spacing w:after="0" w:line="240" w:lineRule="auto"/>
            </w:pPr>
          </w:p>
        </w:tc>
        <w:tc>
          <w:tcPr>
            <w:tcW w:w="1871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AD56BDA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근로자 성명</w:t>
            </w:r>
          </w:p>
        </w:tc>
        <w:tc>
          <w:tcPr>
            <w:tcW w:w="328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8976B4E" w14:textId="77777777" w:rsidR="001618DD" w:rsidRDefault="001618DD">
            <w:pPr>
              <w:spacing w:after="0" w:line="240" w:lineRule="auto"/>
            </w:pPr>
          </w:p>
        </w:tc>
      </w:tr>
      <w:tr w:rsidR="001618DD" w14:paraId="5EDF648D" w14:textId="77777777">
        <w:trPr>
          <w:trHeight w:val="397"/>
          <w:jc w:val="center"/>
        </w:trPr>
        <w:tc>
          <w:tcPr>
            <w:tcW w:w="1871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1F1DC57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소속 / 직위</w:t>
            </w:r>
          </w:p>
        </w:tc>
        <w:tc>
          <w:tcPr>
            <w:tcW w:w="328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69E9B72" w14:textId="77777777" w:rsidR="001618DD" w:rsidRDefault="001618DD">
            <w:pPr>
              <w:spacing w:after="0" w:line="240" w:lineRule="auto"/>
            </w:pPr>
          </w:p>
        </w:tc>
        <w:tc>
          <w:tcPr>
            <w:tcW w:w="1871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DBE33D6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담당 직무</w:t>
            </w:r>
          </w:p>
        </w:tc>
        <w:tc>
          <w:tcPr>
            <w:tcW w:w="328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4D79E45" w14:textId="77777777" w:rsidR="001618DD" w:rsidRDefault="001618DD">
            <w:pPr>
              <w:spacing w:after="0" w:line="240" w:lineRule="auto"/>
            </w:pPr>
          </w:p>
        </w:tc>
      </w:tr>
      <w:tr w:rsidR="001618DD" w14:paraId="526D68BB" w14:textId="77777777">
        <w:trPr>
          <w:trHeight w:val="397"/>
          <w:jc w:val="center"/>
        </w:trPr>
        <w:tc>
          <w:tcPr>
            <w:tcW w:w="1871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B216ADC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연봉 적용기간</w:t>
            </w:r>
          </w:p>
        </w:tc>
        <w:tc>
          <w:tcPr>
            <w:tcW w:w="328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C0D5A82" w14:textId="77777777" w:rsidR="001618DD" w:rsidRDefault="00000000">
            <w:pPr>
              <w:spacing w:after="0" w:line="240" w:lineRule="auto"/>
            </w:pPr>
            <w:r>
              <w:rPr>
                <w:color w:val="26384D"/>
                <w:sz w:val="16"/>
              </w:rPr>
              <w:t>20   년   월   일  ~  20   년   월   일</w:t>
            </w:r>
          </w:p>
        </w:tc>
        <w:tc>
          <w:tcPr>
            <w:tcW w:w="1871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755E5DF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연락처</w:t>
            </w:r>
          </w:p>
        </w:tc>
        <w:tc>
          <w:tcPr>
            <w:tcW w:w="328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5608224" w14:textId="77777777" w:rsidR="001618DD" w:rsidRDefault="001618DD">
            <w:pPr>
              <w:spacing w:after="0" w:line="240" w:lineRule="auto"/>
            </w:pPr>
          </w:p>
        </w:tc>
      </w:tr>
    </w:tbl>
    <w:p w14:paraId="4A57BCFA" w14:textId="77777777" w:rsidR="001618DD" w:rsidRDefault="00000000">
      <w:pPr>
        <w:spacing w:before="40" w:after="40"/>
      </w:pPr>
      <w:r>
        <w:rPr>
          <w:b/>
          <w:color w:val="2E64C5"/>
          <w:sz w:val="21"/>
        </w:rPr>
        <w:t>02  연봉 구성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71"/>
        <w:gridCol w:w="3288"/>
        <w:gridCol w:w="1871"/>
        <w:gridCol w:w="3288"/>
      </w:tblGrid>
      <w:tr w:rsidR="001618DD" w14:paraId="6757A5FB" w14:textId="77777777">
        <w:trPr>
          <w:trHeight w:val="408"/>
          <w:jc w:val="center"/>
        </w:trPr>
        <w:tc>
          <w:tcPr>
            <w:tcW w:w="1871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2F9A401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연봉 총액</w:t>
            </w:r>
          </w:p>
        </w:tc>
        <w:tc>
          <w:tcPr>
            <w:tcW w:w="328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E158464" w14:textId="77777777" w:rsidR="001618DD" w:rsidRDefault="001618DD">
            <w:pPr>
              <w:spacing w:after="0" w:line="240" w:lineRule="auto"/>
            </w:pPr>
          </w:p>
        </w:tc>
        <w:tc>
          <w:tcPr>
            <w:tcW w:w="1871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A84DBD9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월 기본급</w:t>
            </w:r>
          </w:p>
        </w:tc>
        <w:tc>
          <w:tcPr>
            <w:tcW w:w="328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5F306C5" w14:textId="77777777" w:rsidR="001618DD" w:rsidRDefault="001618DD">
            <w:pPr>
              <w:spacing w:after="0" w:line="240" w:lineRule="auto"/>
            </w:pPr>
          </w:p>
        </w:tc>
      </w:tr>
      <w:tr w:rsidR="001618DD" w14:paraId="1CF7F79A" w14:textId="77777777">
        <w:trPr>
          <w:trHeight w:val="408"/>
          <w:jc w:val="center"/>
        </w:trPr>
        <w:tc>
          <w:tcPr>
            <w:tcW w:w="1871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8877609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고정 수당</w:t>
            </w:r>
          </w:p>
        </w:tc>
        <w:tc>
          <w:tcPr>
            <w:tcW w:w="328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FC807AA" w14:textId="77777777" w:rsidR="001618DD" w:rsidRDefault="001618DD">
            <w:pPr>
              <w:spacing w:after="0" w:line="240" w:lineRule="auto"/>
            </w:pPr>
          </w:p>
        </w:tc>
        <w:tc>
          <w:tcPr>
            <w:tcW w:w="1871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7DB0123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상여 / 성과급</w:t>
            </w:r>
          </w:p>
        </w:tc>
        <w:tc>
          <w:tcPr>
            <w:tcW w:w="328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7C789A2" w14:textId="77777777" w:rsidR="001618DD" w:rsidRDefault="001618DD">
            <w:pPr>
              <w:spacing w:after="0" w:line="240" w:lineRule="auto"/>
            </w:pPr>
          </w:p>
        </w:tc>
      </w:tr>
      <w:tr w:rsidR="001618DD" w14:paraId="62500C81" w14:textId="77777777">
        <w:trPr>
          <w:trHeight w:val="408"/>
          <w:jc w:val="center"/>
        </w:trPr>
        <w:tc>
          <w:tcPr>
            <w:tcW w:w="1871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FE28A10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기타 지급항목</w:t>
            </w:r>
          </w:p>
        </w:tc>
        <w:tc>
          <w:tcPr>
            <w:tcW w:w="328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0D76DB7" w14:textId="77777777" w:rsidR="001618DD" w:rsidRDefault="001618DD">
            <w:pPr>
              <w:spacing w:after="0" w:line="240" w:lineRule="auto"/>
            </w:pPr>
          </w:p>
        </w:tc>
        <w:tc>
          <w:tcPr>
            <w:tcW w:w="1871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398E085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별도 지급항목</w:t>
            </w:r>
          </w:p>
        </w:tc>
        <w:tc>
          <w:tcPr>
            <w:tcW w:w="328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AEA1C64" w14:textId="77777777" w:rsidR="001618DD" w:rsidRDefault="001618DD">
            <w:pPr>
              <w:spacing w:after="0" w:line="240" w:lineRule="auto"/>
            </w:pPr>
          </w:p>
        </w:tc>
      </w:tr>
      <w:tr w:rsidR="001618DD" w14:paraId="0E655BA6" w14:textId="77777777">
        <w:trPr>
          <w:trHeight w:val="408"/>
          <w:jc w:val="center"/>
        </w:trPr>
        <w:tc>
          <w:tcPr>
            <w:tcW w:w="1871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3FCAB72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연봉 산정 기준</w:t>
            </w:r>
          </w:p>
        </w:tc>
        <w:tc>
          <w:tcPr>
            <w:tcW w:w="328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F4A148B" w14:textId="77777777" w:rsidR="001618DD" w:rsidRDefault="001618DD">
            <w:pPr>
              <w:spacing w:after="0" w:line="240" w:lineRule="auto"/>
            </w:pPr>
          </w:p>
        </w:tc>
        <w:tc>
          <w:tcPr>
            <w:tcW w:w="1871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8031A6C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조정 사항</w:t>
            </w:r>
          </w:p>
        </w:tc>
        <w:tc>
          <w:tcPr>
            <w:tcW w:w="328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A1979E1" w14:textId="77777777" w:rsidR="001618DD" w:rsidRDefault="001618DD">
            <w:pPr>
              <w:spacing w:after="0" w:line="240" w:lineRule="auto"/>
            </w:pPr>
          </w:p>
        </w:tc>
      </w:tr>
    </w:tbl>
    <w:p w14:paraId="6179978A" w14:textId="77777777" w:rsidR="001618DD" w:rsidRDefault="00000000">
      <w:pPr>
        <w:spacing w:before="40" w:after="40"/>
      </w:pPr>
      <w:r>
        <w:rPr>
          <w:b/>
          <w:color w:val="2E64C5"/>
          <w:sz w:val="21"/>
        </w:rPr>
        <w:t>03  지급 조건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71"/>
        <w:gridCol w:w="3288"/>
        <w:gridCol w:w="1871"/>
        <w:gridCol w:w="3288"/>
      </w:tblGrid>
      <w:tr w:rsidR="001618DD" w14:paraId="6E875431" w14:textId="77777777">
        <w:trPr>
          <w:trHeight w:val="408"/>
          <w:jc w:val="center"/>
        </w:trPr>
        <w:tc>
          <w:tcPr>
            <w:tcW w:w="1871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10B777BB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지급일</w:t>
            </w:r>
          </w:p>
        </w:tc>
        <w:tc>
          <w:tcPr>
            <w:tcW w:w="328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978F84E" w14:textId="77777777" w:rsidR="001618DD" w:rsidRDefault="00000000">
            <w:pPr>
              <w:spacing w:after="0" w:line="240" w:lineRule="auto"/>
            </w:pPr>
            <w:r>
              <w:rPr>
                <w:color w:val="26384D"/>
                <w:sz w:val="16"/>
              </w:rPr>
              <w:t>매월        일</w:t>
            </w:r>
          </w:p>
        </w:tc>
        <w:tc>
          <w:tcPr>
            <w:tcW w:w="1871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0DAAB17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지급 방법</w:t>
            </w:r>
          </w:p>
        </w:tc>
        <w:tc>
          <w:tcPr>
            <w:tcW w:w="328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FE27AA1" w14:textId="77777777" w:rsidR="001618DD" w:rsidRDefault="001618DD">
            <w:pPr>
              <w:spacing w:after="0" w:line="240" w:lineRule="auto"/>
            </w:pPr>
          </w:p>
        </w:tc>
      </w:tr>
      <w:tr w:rsidR="001618DD" w14:paraId="77011025" w14:textId="77777777">
        <w:trPr>
          <w:trHeight w:val="408"/>
          <w:jc w:val="center"/>
        </w:trPr>
        <w:tc>
          <w:tcPr>
            <w:tcW w:w="1871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8B5D69B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공제·정산 확인</w:t>
            </w:r>
          </w:p>
        </w:tc>
        <w:tc>
          <w:tcPr>
            <w:tcW w:w="328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2F6ED6C" w14:textId="77777777" w:rsidR="001618DD" w:rsidRDefault="001618DD">
            <w:pPr>
              <w:spacing w:after="0" w:line="240" w:lineRule="auto"/>
            </w:pPr>
          </w:p>
        </w:tc>
        <w:tc>
          <w:tcPr>
            <w:tcW w:w="1871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5FF1E66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적용 기준일</w:t>
            </w:r>
          </w:p>
        </w:tc>
        <w:tc>
          <w:tcPr>
            <w:tcW w:w="328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73E2AEA" w14:textId="77777777" w:rsidR="001618DD" w:rsidRDefault="001618DD">
            <w:pPr>
              <w:spacing w:after="0" w:line="240" w:lineRule="auto"/>
            </w:pPr>
          </w:p>
        </w:tc>
      </w:tr>
      <w:tr w:rsidR="001618DD" w14:paraId="1B7476D4" w14:textId="77777777">
        <w:trPr>
          <w:trHeight w:val="408"/>
          <w:jc w:val="center"/>
        </w:trPr>
        <w:tc>
          <w:tcPr>
            <w:tcW w:w="1871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ED56408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기타 지급 조건</w:t>
            </w:r>
          </w:p>
        </w:tc>
        <w:tc>
          <w:tcPr>
            <w:tcW w:w="328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B6B8C34" w14:textId="77777777" w:rsidR="001618DD" w:rsidRDefault="001618DD">
            <w:pPr>
              <w:spacing w:after="0" w:line="240" w:lineRule="auto"/>
            </w:pPr>
          </w:p>
        </w:tc>
        <w:tc>
          <w:tcPr>
            <w:tcW w:w="1871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7EE8620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비고</w:t>
            </w:r>
          </w:p>
        </w:tc>
        <w:tc>
          <w:tcPr>
            <w:tcW w:w="328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49C4E4C" w14:textId="77777777" w:rsidR="001618DD" w:rsidRDefault="001618DD">
            <w:pPr>
              <w:spacing w:after="0" w:line="240" w:lineRule="auto"/>
            </w:pPr>
          </w:p>
        </w:tc>
      </w:tr>
    </w:tbl>
    <w:p w14:paraId="5DFF65DA" w14:textId="77777777" w:rsidR="001618DD" w:rsidRDefault="00000000">
      <w:pPr>
        <w:spacing w:before="40" w:after="40"/>
      </w:pPr>
      <w:r>
        <w:rPr>
          <w:b/>
          <w:color w:val="2E64C5"/>
          <w:sz w:val="21"/>
        </w:rPr>
        <w:t>04  기타 합의사항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8050"/>
      </w:tblGrid>
      <w:tr w:rsidR="001618DD" w14:paraId="7DB295A0" w14:textId="77777777">
        <w:trPr>
          <w:trHeight w:val="465"/>
          <w:jc w:val="center"/>
        </w:trPr>
        <w:tc>
          <w:tcPr>
            <w:tcW w:w="226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9F336EF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연봉 조정 / 변경 사항</w:t>
            </w:r>
          </w:p>
        </w:tc>
        <w:tc>
          <w:tcPr>
            <w:tcW w:w="8050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28F4763" w14:textId="77777777" w:rsidR="001618DD" w:rsidRDefault="001618DD">
            <w:pPr>
              <w:spacing w:after="0" w:line="240" w:lineRule="auto"/>
            </w:pPr>
          </w:p>
        </w:tc>
      </w:tr>
      <w:tr w:rsidR="001618DD" w14:paraId="256603FA" w14:textId="77777777">
        <w:trPr>
          <w:trHeight w:val="465"/>
          <w:jc w:val="center"/>
        </w:trPr>
        <w:tc>
          <w:tcPr>
            <w:tcW w:w="226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7231449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기타 합의사항</w:t>
            </w:r>
          </w:p>
        </w:tc>
        <w:tc>
          <w:tcPr>
            <w:tcW w:w="8050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7CE036C" w14:textId="77777777" w:rsidR="001618DD" w:rsidRDefault="001618DD">
            <w:pPr>
              <w:spacing w:after="0" w:line="240" w:lineRule="auto"/>
            </w:pPr>
          </w:p>
        </w:tc>
      </w:tr>
      <w:tr w:rsidR="001618DD" w14:paraId="591A37EF" w14:textId="77777777">
        <w:trPr>
          <w:trHeight w:val="465"/>
          <w:jc w:val="center"/>
        </w:trPr>
        <w:tc>
          <w:tcPr>
            <w:tcW w:w="226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AF0FB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5B35B12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특이사항 / 비고</w:t>
            </w:r>
          </w:p>
        </w:tc>
        <w:tc>
          <w:tcPr>
            <w:tcW w:w="8050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CB9A5CB" w14:textId="77777777" w:rsidR="001618DD" w:rsidRDefault="001618DD">
            <w:pPr>
              <w:spacing w:after="0" w:line="240" w:lineRule="auto"/>
            </w:pPr>
          </w:p>
        </w:tc>
      </w:tr>
    </w:tbl>
    <w:p w14:paraId="5DE0A7D6" w14:textId="77777777" w:rsidR="001618DD" w:rsidRDefault="00000000">
      <w:pPr>
        <w:spacing w:before="40" w:after="40"/>
      </w:pPr>
      <w:r>
        <w:rPr>
          <w:b/>
          <w:color w:val="2E64C5"/>
          <w:sz w:val="21"/>
        </w:rPr>
        <w:t>05  확인 및 서명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5556"/>
        <w:gridCol w:w="2494"/>
      </w:tblGrid>
      <w:tr w:rsidR="001618DD" w14:paraId="61DB5A30" w14:textId="77777777">
        <w:trPr>
          <w:trHeight w:val="386"/>
          <w:jc w:val="center"/>
        </w:trPr>
        <w:tc>
          <w:tcPr>
            <w:tcW w:w="226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9F4F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E9398AF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작성일</w:t>
            </w:r>
          </w:p>
        </w:tc>
        <w:tc>
          <w:tcPr>
            <w:tcW w:w="5556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4F55202E" w14:textId="77777777" w:rsidR="001618DD" w:rsidRDefault="00000000">
            <w:pPr>
              <w:spacing w:after="0" w:line="240" w:lineRule="auto"/>
            </w:pPr>
            <w:r>
              <w:rPr>
                <w:color w:val="26384D"/>
                <w:sz w:val="16"/>
              </w:rPr>
              <w:t>20   년   월   일</w:t>
            </w:r>
          </w:p>
        </w:tc>
        <w:tc>
          <w:tcPr>
            <w:tcW w:w="2494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0FC05DCE" w14:textId="77777777" w:rsidR="001618DD" w:rsidRDefault="001618DD">
            <w:pPr>
              <w:spacing w:after="0" w:line="240" w:lineRule="auto"/>
              <w:jc w:val="center"/>
            </w:pPr>
          </w:p>
        </w:tc>
      </w:tr>
      <w:tr w:rsidR="001618DD" w14:paraId="74BA6C79" w14:textId="77777777">
        <w:trPr>
          <w:trHeight w:val="386"/>
          <w:jc w:val="center"/>
        </w:trPr>
        <w:tc>
          <w:tcPr>
            <w:tcW w:w="226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9F4F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371FBFAD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사용자</w:t>
            </w:r>
          </w:p>
        </w:tc>
        <w:tc>
          <w:tcPr>
            <w:tcW w:w="5556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58091A53" w14:textId="77777777" w:rsidR="001618DD" w:rsidRDefault="001618DD">
            <w:pPr>
              <w:spacing w:after="0" w:line="240" w:lineRule="auto"/>
            </w:pPr>
          </w:p>
        </w:tc>
        <w:tc>
          <w:tcPr>
            <w:tcW w:w="2494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7043D11E" w14:textId="77777777" w:rsidR="001618DD" w:rsidRDefault="00000000">
            <w:pPr>
              <w:spacing w:after="0" w:line="240" w:lineRule="auto"/>
              <w:jc w:val="center"/>
            </w:pPr>
            <w:r>
              <w:rPr>
                <w:color w:val="26384D"/>
                <w:sz w:val="16"/>
              </w:rPr>
              <w:t>(서명 또는 인)</w:t>
            </w:r>
          </w:p>
        </w:tc>
      </w:tr>
      <w:tr w:rsidR="001618DD" w14:paraId="7DAFA4CE" w14:textId="77777777">
        <w:trPr>
          <w:trHeight w:val="386"/>
          <w:jc w:val="center"/>
        </w:trPr>
        <w:tc>
          <w:tcPr>
            <w:tcW w:w="2268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E9F4F1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EE05279" w14:textId="77777777" w:rsidR="001618DD" w:rsidRDefault="00000000">
            <w:pPr>
              <w:spacing w:after="0" w:line="240" w:lineRule="auto"/>
              <w:jc w:val="center"/>
            </w:pPr>
            <w:r>
              <w:rPr>
                <w:b/>
                <w:color w:val="26384D"/>
                <w:sz w:val="16"/>
              </w:rPr>
              <w:t>근로자</w:t>
            </w:r>
          </w:p>
        </w:tc>
        <w:tc>
          <w:tcPr>
            <w:tcW w:w="5556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6EC8B0D0" w14:textId="77777777" w:rsidR="001618DD" w:rsidRDefault="001618DD">
            <w:pPr>
              <w:spacing w:after="0" w:line="240" w:lineRule="auto"/>
            </w:pPr>
          </w:p>
        </w:tc>
        <w:tc>
          <w:tcPr>
            <w:tcW w:w="2494" w:type="dxa"/>
            <w:tcBorders>
              <w:top w:val="single" w:sz="4" w:space="0" w:color="C7D0DA"/>
              <w:left w:val="single" w:sz="4" w:space="0" w:color="C7D0DA"/>
              <w:bottom w:val="single" w:sz="4" w:space="0" w:color="C7D0DA"/>
              <w:right w:val="single" w:sz="4" w:space="0" w:color="C7D0DA"/>
            </w:tcBorders>
            <w:shd w:val="clear" w:color="auto" w:fill="FFFFFF"/>
            <w:tcMar>
              <w:top w:w="70" w:type="dxa"/>
              <w:left w:w="75" w:type="dxa"/>
              <w:bottom w:w="70" w:type="dxa"/>
              <w:right w:w="75" w:type="dxa"/>
            </w:tcMar>
            <w:vAlign w:val="center"/>
          </w:tcPr>
          <w:p w14:paraId="243418FF" w14:textId="77777777" w:rsidR="001618DD" w:rsidRDefault="00000000">
            <w:pPr>
              <w:spacing w:after="0" w:line="240" w:lineRule="auto"/>
              <w:jc w:val="center"/>
            </w:pPr>
            <w:r>
              <w:rPr>
                <w:color w:val="26384D"/>
                <w:sz w:val="16"/>
              </w:rPr>
              <w:t>(서명 또는 인)</w:t>
            </w:r>
          </w:p>
        </w:tc>
      </w:tr>
    </w:tbl>
    <w:p w14:paraId="56527F8D" w14:textId="77777777" w:rsidR="001618DD" w:rsidRDefault="00000000">
      <w:pPr>
        <w:pBdr>
          <w:top w:val="single" w:sz="4" w:space="4" w:color="CBD3DC"/>
          <w:left w:val="single" w:sz="4" w:space="4" w:color="CBD3DC"/>
          <w:bottom w:val="single" w:sz="4" w:space="4" w:color="CBD3DC"/>
          <w:right w:val="single" w:sz="4" w:space="4" w:color="CBD3DC"/>
        </w:pBdr>
        <w:shd w:val="clear" w:color="auto" w:fill="F7F9FC"/>
        <w:spacing w:before="240" w:after="0"/>
        <w:rPr>
          <w:lang w:eastAsia="ko-KR"/>
        </w:rPr>
      </w:pPr>
      <w:r>
        <w:rPr>
          <w:color w:val="7C838D"/>
          <w:sz w:val="13"/>
          <w:lang w:eastAsia="ko-KR"/>
        </w:rPr>
        <w:t>※ 사용 전 확인: 본 서식은 연봉 조건을 정리하기 위한 일반 참고용 서식입니다. 실제 임금 구성, 지급 방식, 적용기간 및 기타 근로조건은 회사 규정, 별도 근로계약서 및 당사자 간 합의 내용 등에 따라 달라질 수 있으므로 실제 사용 전 관련 내용을 확인하세요.</w:t>
      </w:r>
    </w:p>
    <w:sectPr w:rsidR="001618DD" w:rsidSect="00034616">
      <w:pgSz w:w="12240" w:h="15840"/>
      <w:pgMar w:top="595" w:right="765" w:bottom="53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5109364">
    <w:abstractNumId w:val="8"/>
  </w:num>
  <w:num w:numId="2" w16cid:durableId="888302272">
    <w:abstractNumId w:val="6"/>
  </w:num>
  <w:num w:numId="3" w16cid:durableId="711459583">
    <w:abstractNumId w:val="5"/>
  </w:num>
  <w:num w:numId="4" w16cid:durableId="2074501704">
    <w:abstractNumId w:val="4"/>
  </w:num>
  <w:num w:numId="5" w16cid:durableId="147870536">
    <w:abstractNumId w:val="7"/>
  </w:num>
  <w:num w:numId="6" w16cid:durableId="296758894">
    <w:abstractNumId w:val="3"/>
  </w:num>
  <w:num w:numId="7" w16cid:durableId="2073428512">
    <w:abstractNumId w:val="2"/>
  </w:num>
  <w:num w:numId="8" w16cid:durableId="455637546">
    <w:abstractNumId w:val="1"/>
  </w:num>
  <w:num w:numId="9" w16cid:durableId="717779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18DD"/>
    <w:rsid w:val="0029639D"/>
    <w:rsid w:val="002B6607"/>
    <w:rsid w:val="00326F90"/>
    <w:rsid w:val="00AA1D8D"/>
    <w:rsid w:val="00B47730"/>
    <w:rsid w:val="00CB0664"/>
    <w:rsid w:val="00DB5AF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B25EF6"/>
  <w14:defaultImageDpi w14:val="300"/>
  <w15:docId w15:val="{53CE22C7-A608-4BF2-856F-395D2C46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맑은 고딕" w:eastAsia="맑은 고딕" w:hAnsi="맑은 고딕"/>
      <w:sz w:val="17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2026-08-18T09:09:00Z</dcterms:modified>
  <cp:category/>
</cp:coreProperties>
</file>