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59"/>
        <w:gridCol w:w="5159"/>
      </w:tblGrid>
      <w:tr w:rsidR="00D9570F" w14:paraId="2F47F4E1" w14:textId="77777777">
        <w:trPr>
          <w:jc w:val="center"/>
        </w:trPr>
        <w:tc>
          <w:tcPr>
            <w:tcW w:w="5159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07EAE65F" w14:textId="77777777" w:rsidR="00D9570F" w:rsidRDefault="00000000">
            <w:r>
              <w:rPr>
                <w:b/>
                <w:color w:val="315FC7"/>
                <w:sz w:val="18"/>
              </w:rPr>
              <w:t>WORK HANDOVER</w:t>
            </w:r>
          </w:p>
        </w:tc>
        <w:tc>
          <w:tcPr>
            <w:tcW w:w="5159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5994748C" w14:textId="77777777" w:rsidR="00D9570F" w:rsidRDefault="00000000">
            <w:pPr>
              <w:jc w:val="right"/>
            </w:pPr>
            <w:r>
              <w:rPr>
                <w:b/>
                <w:color w:val="1F2937"/>
                <w:sz w:val="40"/>
              </w:rPr>
              <w:t>업무 인수인계서</w:t>
            </w:r>
          </w:p>
        </w:tc>
      </w:tr>
    </w:tbl>
    <w:p w14:paraId="768A234B" w14:textId="77777777" w:rsidR="00D9570F" w:rsidRDefault="00000000">
      <w:pPr>
        <w:spacing w:after="60"/>
        <w:rPr>
          <w:lang w:eastAsia="ko-KR"/>
        </w:rPr>
      </w:pPr>
      <w:r>
        <w:rPr>
          <w:color w:val="657080"/>
          <w:sz w:val="16"/>
          <w:lang w:eastAsia="ko-KR"/>
        </w:rPr>
        <w:t>담당 업무의 현황과 진행사항, 주요 자료 및 후속 업무를 정리하는 인수인계 서식</w:t>
      </w:r>
    </w:p>
    <w:p w14:paraId="2C78DFFF" w14:textId="77777777" w:rsidR="00D9570F" w:rsidRDefault="00000000">
      <w:pPr>
        <w:spacing w:before="60" w:after="20"/>
      </w:pPr>
      <w:proofErr w:type="gramStart"/>
      <w:r>
        <w:rPr>
          <w:b/>
          <w:color w:val="315FC7"/>
          <w:sz w:val="20"/>
        </w:rPr>
        <w:t xml:space="preserve">01  </w:t>
      </w:r>
      <w:proofErr w:type="spellStart"/>
      <w:r>
        <w:rPr>
          <w:b/>
          <w:color w:val="315FC7"/>
          <w:sz w:val="20"/>
        </w:rPr>
        <w:t>인수인계</w:t>
      </w:r>
      <w:proofErr w:type="spellEnd"/>
      <w:proofErr w:type="gramEnd"/>
      <w:r>
        <w:rPr>
          <w:b/>
          <w:color w:val="315FC7"/>
          <w:sz w:val="20"/>
        </w:rPr>
        <w:t xml:space="preserve"> </w:t>
      </w:r>
      <w:proofErr w:type="spellStart"/>
      <w:r>
        <w:rPr>
          <w:b/>
          <w:color w:val="315FC7"/>
          <w:sz w:val="20"/>
        </w:rPr>
        <w:t>기본</w:t>
      </w:r>
      <w:proofErr w:type="spellEnd"/>
      <w:r>
        <w:rPr>
          <w:b/>
          <w:color w:val="315FC7"/>
          <w:sz w:val="20"/>
        </w:rPr>
        <w:t xml:space="preserve"> </w:t>
      </w:r>
      <w:proofErr w:type="spellStart"/>
      <w:r>
        <w:rPr>
          <w:b/>
          <w:color w:val="315FC7"/>
          <w:sz w:val="20"/>
        </w:rPr>
        <w:t>정보</w:t>
      </w:r>
      <w:proofErr w:type="spellEnd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79"/>
        <w:gridCol w:w="2579"/>
        <w:gridCol w:w="2579"/>
        <w:gridCol w:w="2579"/>
      </w:tblGrid>
      <w:tr w:rsidR="00D9570F" w14:paraId="0E390CC1" w14:textId="77777777" w:rsidTr="0023532F">
        <w:trPr>
          <w:trHeight w:val="270"/>
          <w:jc w:val="center"/>
        </w:trPr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DDE7F5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435F4E8" w14:textId="77777777" w:rsidR="00D9570F" w:rsidRDefault="00000000">
            <w:pPr>
              <w:spacing w:after="0"/>
              <w:jc w:val="center"/>
            </w:pPr>
            <w:proofErr w:type="spellStart"/>
            <w:r>
              <w:rPr>
                <w:b/>
                <w:color w:val="315FC7"/>
                <w:sz w:val="16"/>
              </w:rPr>
              <w:t>인계자</w:t>
            </w:r>
            <w:proofErr w:type="spellEnd"/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50135C3" w14:textId="77777777" w:rsidR="00D9570F" w:rsidRDefault="00D9570F">
            <w:pPr>
              <w:spacing w:after="0"/>
            </w:pP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DDE7F5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A782645" w14:textId="77777777" w:rsidR="00D9570F" w:rsidRDefault="00000000">
            <w:pPr>
              <w:spacing w:after="0"/>
              <w:jc w:val="center"/>
            </w:pPr>
            <w:r>
              <w:rPr>
                <w:b/>
                <w:color w:val="315FC7"/>
                <w:sz w:val="16"/>
              </w:rPr>
              <w:t>인수자</w:t>
            </w: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E611A42" w14:textId="77777777" w:rsidR="00D9570F" w:rsidRDefault="00D9570F">
            <w:pPr>
              <w:spacing w:after="0"/>
            </w:pPr>
          </w:p>
        </w:tc>
      </w:tr>
      <w:tr w:rsidR="00D9570F" w14:paraId="3D86655B" w14:textId="77777777" w:rsidTr="0023532F">
        <w:trPr>
          <w:trHeight w:val="292"/>
          <w:jc w:val="center"/>
        </w:trPr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DDE7F5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DAAF31F" w14:textId="77777777" w:rsidR="00D9570F" w:rsidRDefault="00000000">
            <w:pPr>
              <w:spacing w:after="0"/>
              <w:jc w:val="center"/>
            </w:pPr>
            <w:proofErr w:type="spellStart"/>
            <w:r>
              <w:rPr>
                <w:b/>
                <w:color w:val="315FC7"/>
                <w:sz w:val="16"/>
              </w:rPr>
              <w:t>부서</w:t>
            </w:r>
            <w:proofErr w:type="spellEnd"/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23DD024" w14:textId="77777777" w:rsidR="00D9570F" w:rsidRDefault="00D9570F">
            <w:pPr>
              <w:spacing w:after="0"/>
            </w:pP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DDE7F5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866D3C9" w14:textId="77777777" w:rsidR="00D9570F" w:rsidRDefault="00000000">
            <w:pPr>
              <w:spacing w:after="0"/>
              <w:jc w:val="center"/>
            </w:pPr>
            <w:r>
              <w:rPr>
                <w:b/>
                <w:color w:val="315FC7"/>
                <w:sz w:val="16"/>
              </w:rPr>
              <w:t>직위 / 직책</w:t>
            </w: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BD7B6A4" w14:textId="77777777" w:rsidR="00D9570F" w:rsidRDefault="00D9570F">
            <w:pPr>
              <w:spacing w:after="0"/>
            </w:pPr>
          </w:p>
        </w:tc>
      </w:tr>
      <w:tr w:rsidR="00D9570F" w14:paraId="641AD697" w14:textId="77777777" w:rsidTr="0023532F">
        <w:trPr>
          <w:trHeight w:val="242"/>
          <w:jc w:val="center"/>
        </w:trPr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DDE7F5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7EB1B3D" w14:textId="77777777" w:rsidR="00D9570F" w:rsidRDefault="00000000">
            <w:pPr>
              <w:spacing w:after="0"/>
              <w:jc w:val="center"/>
            </w:pPr>
            <w:proofErr w:type="spellStart"/>
            <w:r>
              <w:rPr>
                <w:b/>
                <w:color w:val="315FC7"/>
                <w:sz w:val="16"/>
              </w:rPr>
              <w:t>인계일</w:t>
            </w:r>
            <w:proofErr w:type="spellEnd"/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180E26E" w14:textId="6151A65F" w:rsidR="00D9570F" w:rsidRDefault="00000000">
            <w:pPr>
              <w:spacing w:after="0"/>
            </w:pPr>
            <w:r>
              <w:rPr>
                <w:color w:val="222222"/>
                <w:sz w:val="16"/>
              </w:rPr>
              <w:t>20</w:t>
            </w:r>
            <w:r w:rsidR="0023532F">
              <w:rPr>
                <w:rFonts w:hint="eastAsia"/>
                <w:color w:val="222222"/>
                <w:sz w:val="16"/>
                <w:lang w:eastAsia="ko-KR"/>
              </w:rPr>
              <w:t xml:space="preserve"> </w:t>
            </w:r>
            <w:r>
              <w:rPr>
                <w:color w:val="222222"/>
                <w:sz w:val="16"/>
              </w:rPr>
              <w:t xml:space="preserve">    년 </w:t>
            </w:r>
            <w:r w:rsidR="0023532F">
              <w:rPr>
                <w:rFonts w:hint="eastAsia"/>
                <w:color w:val="222222"/>
                <w:sz w:val="16"/>
                <w:lang w:eastAsia="ko-KR"/>
              </w:rPr>
              <w:t xml:space="preserve">  </w:t>
            </w:r>
            <w:r>
              <w:rPr>
                <w:color w:val="222222"/>
                <w:sz w:val="16"/>
              </w:rPr>
              <w:t xml:space="preserve">   월    </w:t>
            </w:r>
            <w:r w:rsidR="0023532F">
              <w:rPr>
                <w:rFonts w:hint="eastAsia"/>
                <w:color w:val="222222"/>
                <w:sz w:val="16"/>
                <w:lang w:eastAsia="ko-KR"/>
              </w:rPr>
              <w:t xml:space="preserve">  </w:t>
            </w:r>
            <w:r>
              <w:rPr>
                <w:color w:val="222222"/>
                <w:sz w:val="16"/>
              </w:rPr>
              <w:t>일</w:t>
            </w: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DDE7F5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87B65B0" w14:textId="77777777" w:rsidR="00D9570F" w:rsidRDefault="00000000">
            <w:pPr>
              <w:spacing w:after="0"/>
              <w:jc w:val="center"/>
            </w:pPr>
            <w:r>
              <w:rPr>
                <w:b/>
                <w:color w:val="315FC7"/>
                <w:sz w:val="16"/>
              </w:rPr>
              <w:t>인수일</w:t>
            </w: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0F8CE9C" w14:textId="6ED0053D" w:rsidR="00D9570F" w:rsidRDefault="00000000">
            <w:pPr>
              <w:spacing w:after="0"/>
            </w:pPr>
            <w:r>
              <w:rPr>
                <w:color w:val="222222"/>
                <w:sz w:val="16"/>
              </w:rPr>
              <w:t xml:space="preserve">20   </w:t>
            </w:r>
            <w:r w:rsidR="0023532F">
              <w:rPr>
                <w:rFonts w:hint="eastAsia"/>
                <w:color w:val="222222"/>
                <w:sz w:val="16"/>
                <w:lang w:eastAsia="ko-KR"/>
              </w:rPr>
              <w:t xml:space="preserve"> </w:t>
            </w:r>
            <w:r>
              <w:rPr>
                <w:color w:val="222222"/>
                <w:sz w:val="16"/>
              </w:rPr>
              <w:t xml:space="preserve"> 년  </w:t>
            </w:r>
            <w:r w:rsidR="0023532F">
              <w:rPr>
                <w:rFonts w:hint="eastAsia"/>
                <w:color w:val="222222"/>
                <w:sz w:val="16"/>
                <w:lang w:eastAsia="ko-KR"/>
              </w:rPr>
              <w:t xml:space="preserve">  </w:t>
            </w:r>
            <w:r>
              <w:rPr>
                <w:color w:val="222222"/>
                <w:sz w:val="16"/>
              </w:rPr>
              <w:t xml:space="preserve">  월 </w:t>
            </w:r>
            <w:r w:rsidR="0023532F">
              <w:rPr>
                <w:rFonts w:hint="eastAsia"/>
                <w:color w:val="222222"/>
                <w:sz w:val="16"/>
                <w:lang w:eastAsia="ko-KR"/>
              </w:rPr>
              <w:t xml:space="preserve">  </w:t>
            </w:r>
            <w:r>
              <w:rPr>
                <w:color w:val="222222"/>
                <w:sz w:val="16"/>
              </w:rPr>
              <w:t xml:space="preserve">   일</w:t>
            </w:r>
          </w:p>
        </w:tc>
      </w:tr>
    </w:tbl>
    <w:p w14:paraId="74A7473B" w14:textId="77777777" w:rsidR="00D9570F" w:rsidRDefault="00000000">
      <w:pPr>
        <w:spacing w:before="60" w:after="20"/>
      </w:pPr>
      <w:proofErr w:type="gramStart"/>
      <w:r>
        <w:rPr>
          <w:b/>
          <w:color w:val="315FC7"/>
          <w:sz w:val="20"/>
        </w:rPr>
        <w:t xml:space="preserve">02  </w:t>
      </w:r>
      <w:proofErr w:type="spellStart"/>
      <w:r>
        <w:rPr>
          <w:b/>
          <w:color w:val="315FC7"/>
          <w:sz w:val="20"/>
        </w:rPr>
        <w:t>담당</w:t>
      </w:r>
      <w:proofErr w:type="spellEnd"/>
      <w:proofErr w:type="gramEnd"/>
      <w:r>
        <w:rPr>
          <w:b/>
          <w:color w:val="315FC7"/>
          <w:sz w:val="20"/>
        </w:rPr>
        <w:t xml:space="preserve"> </w:t>
      </w:r>
      <w:proofErr w:type="spellStart"/>
      <w:r>
        <w:rPr>
          <w:b/>
          <w:color w:val="315FC7"/>
          <w:sz w:val="20"/>
        </w:rPr>
        <w:t>업무</w:t>
      </w:r>
      <w:proofErr w:type="spellEnd"/>
      <w:r>
        <w:rPr>
          <w:b/>
          <w:color w:val="315FC7"/>
          <w:sz w:val="20"/>
        </w:rPr>
        <w:t xml:space="preserve"> </w:t>
      </w:r>
      <w:proofErr w:type="spellStart"/>
      <w:r>
        <w:rPr>
          <w:b/>
          <w:color w:val="315FC7"/>
          <w:sz w:val="20"/>
        </w:rPr>
        <w:t>현황</w:t>
      </w:r>
      <w:proofErr w:type="spellEnd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277"/>
        <w:gridCol w:w="1701"/>
        <w:gridCol w:w="4111"/>
        <w:gridCol w:w="1167"/>
        <w:gridCol w:w="2064"/>
      </w:tblGrid>
      <w:tr w:rsidR="00D9570F" w14:paraId="4C2AA3A6" w14:textId="77777777" w:rsidTr="0023532F">
        <w:trPr>
          <w:jc w:val="center"/>
        </w:trPr>
        <w:tc>
          <w:tcPr>
            <w:tcW w:w="1277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DDE7F5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06488B6" w14:textId="77777777" w:rsidR="00D9570F" w:rsidRDefault="00000000">
            <w:pPr>
              <w:spacing w:after="0"/>
              <w:jc w:val="center"/>
            </w:pPr>
            <w:proofErr w:type="spellStart"/>
            <w:r>
              <w:rPr>
                <w:b/>
                <w:color w:val="315FC7"/>
                <w:sz w:val="16"/>
              </w:rPr>
              <w:t>구분</w:t>
            </w:r>
            <w:proofErr w:type="spellEnd"/>
          </w:p>
        </w:tc>
        <w:tc>
          <w:tcPr>
            <w:tcW w:w="1701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DDE7F5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BDD85B5" w14:textId="77777777" w:rsidR="00D9570F" w:rsidRDefault="00000000">
            <w:pPr>
              <w:spacing w:after="0"/>
              <w:jc w:val="center"/>
            </w:pPr>
            <w:proofErr w:type="spellStart"/>
            <w:r>
              <w:rPr>
                <w:b/>
                <w:color w:val="315FC7"/>
                <w:sz w:val="16"/>
              </w:rPr>
              <w:t>업무명</w:t>
            </w:r>
            <w:proofErr w:type="spellEnd"/>
          </w:p>
        </w:tc>
        <w:tc>
          <w:tcPr>
            <w:tcW w:w="4111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DDE7F5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C5F578E" w14:textId="77777777" w:rsidR="00D9570F" w:rsidRDefault="00000000">
            <w:pPr>
              <w:spacing w:after="0"/>
              <w:jc w:val="center"/>
            </w:pPr>
            <w:proofErr w:type="spellStart"/>
            <w:r>
              <w:rPr>
                <w:b/>
                <w:color w:val="315FC7"/>
                <w:sz w:val="16"/>
              </w:rPr>
              <w:t>주요</w:t>
            </w:r>
            <w:proofErr w:type="spellEnd"/>
            <w:r>
              <w:rPr>
                <w:b/>
                <w:color w:val="315FC7"/>
                <w:sz w:val="16"/>
              </w:rPr>
              <w:t xml:space="preserve"> </w:t>
            </w:r>
            <w:proofErr w:type="spellStart"/>
            <w:r>
              <w:rPr>
                <w:b/>
                <w:color w:val="315FC7"/>
                <w:sz w:val="16"/>
              </w:rPr>
              <w:t>내용</w:t>
            </w:r>
            <w:proofErr w:type="spellEnd"/>
          </w:p>
        </w:tc>
        <w:tc>
          <w:tcPr>
            <w:tcW w:w="1167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DDE7F5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0AEC485" w14:textId="77777777" w:rsidR="00D9570F" w:rsidRDefault="00000000">
            <w:pPr>
              <w:spacing w:after="0"/>
              <w:jc w:val="center"/>
            </w:pPr>
            <w:proofErr w:type="spellStart"/>
            <w:r>
              <w:rPr>
                <w:b/>
                <w:color w:val="315FC7"/>
                <w:sz w:val="16"/>
              </w:rPr>
              <w:t>진행</w:t>
            </w:r>
            <w:proofErr w:type="spellEnd"/>
            <w:r>
              <w:rPr>
                <w:b/>
                <w:color w:val="315FC7"/>
                <w:sz w:val="16"/>
              </w:rPr>
              <w:t xml:space="preserve"> </w:t>
            </w:r>
            <w:proofErr w:type="spellStart"/>
            <w:r>
              <w:rPr>
                <w:b/>
                <w:color w:val="315FC7"/>
                <w:sz w:val="16"/>
              </w:rPr>
              <w:t>상태</w:t>
            </w:r>
            <w:proofErr w:type="spellEnd"/>
          </w:p>
        </w:tc>
        <w:tc>
          <w:tcPr>
            <w:tcW w:w="2064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DDE7F5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BB5E54E" w14:textId="77777777" w:rsidR="00D9570F" w:rsidRDefault="00000000">
            <w:pPr>
              <w:spacing w:after="0"/>
              <w:jc w:val="center"/>
            </w:pPr>
            <w:proofErr w:type="spellStart"/>
            <w:r>
              <w:rPr>
                <w:b/>
                <w:color w:val="315FC7"/>
                <w:sz w:val="16"/>
              </w:rPr>
              <w:t>비고</w:t>
            </w:r>
            <w:proofErr w:type="spellEnd"/>
          </w:p>
        </w:tc>
      </w:tr>
      <w:tr w:rsidR="00D9570F" w14:paraId="538E02EC" w14:textId="77777777" w:rsidTr="0023532F">
        <w:trPr>
          <w:trHeight w:val="477"/>
          <w:jc w:val="center"/>
        </w:trPr>
        <w:tc>
          <w:tcPr>
            <w:tcW w:w="1277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AD4E7A1" w14:textId="77777777" w:rsidR="00D9570F" w:rsidRDefault="00000000">
            <w:pPr>
              <w:spacing w:after="0"/>
              <w:jc w:val="center"/>
            </w:pPr>
            <w:proofErr w:type="spellStart"/>
            <w:r>
              <w:rPr>
                <w:color w:val="222222"/>
                <w:sz w:val="15"/>
              </w:rPr>
              <w:t>정기</w:t>
            </w:r>
            <w:proofErr w:type="spellEnd"/>
          </w:p>
        </w:tc>
        <w:tc>
          <w:tcPr>
            <w:tcW w:w="1701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4C6DA89" w14:textId="77777777" w:rsidR="00D9570F" w:rsidRDefault="00000000">
            <w:pPr>
              <w:spacing w:after="0"/>
            </w:pPr>
            <w:proofErr w:type="spellStart"/>
            <w:r>
              <w:rPr>
                <w:color w:val="222222"/>
                <w:sz w:val="15"/>
              </w:rPr>
              <w:t>월간</w:t>
            </w:r>
            <w:proofErr w:type="spellEnd"/>
            <w:r>
              <w:rPr>
                <w:color w:val="222222"/>
                <w:sz w:val="15"/>
              </w:rPr>
              <w:t xml:space="preserve"> </w:t>
            </w:r>
            <w:proofErr w:type="spellStart"/>
            <w:r>
              <w:rPr>
                <w:color w:val="222222"/>
                <w:sz w:val="15"/>
              </w:rPr>
              <w:t>실적</w:t>
            </w:r>
            <w:proofErr w:type="spellEnd"/>
            <w:r>
              <w:rPr>
                <w:color w:val="222222"/>
                <w:sz w:val="15"/>
              </w:rPr>
              <w:t xml:space="preserve"> </w:t>
            </w:r>
            <w:proofErr w:type="spellStart"/>
            <w:r>
              <w:rPr>
                <w:color w:val="222222"/>
                <w:sz w:val="15"/>
              </w:rPr>
              <w:t>취합</w:t>
            </w:r>
            <w:proofErr w:type="spellEnd"/>
          </w:p>
        </w:tc>
        <w:tc>
          <w:tcPr>
            <w:tcW w:w="4111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BBAABD0" w14:textId="77777777" w:rsidR="00D9570F" w:rsidRDefault="00000000" w:rsidP="0023532F">
            <w:pPr>
              <w:spacing w:after="0" w:line="240" w:lineRule="auto"/>
              <w:rPr>
                <w:lang w:eastAsia="ko-KR"/>
              </w:rPr>
            </w:pPr>
            <w:r>
              <w:rPr>
                <w:color w:val="222222"/>
                <w:sz w:val="15"/>
                <w:lang w:eastAsia="ko-KR"/>
              </w:rPr>
              <w:t>부서별 자료 취합 후 보고자료 작성</w:t>
            </w:r>
          </w:p>
        </w:tc>
        <w:tc>
          <w:tcPr>
            <w:tcW w:w="1167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35E0FB9" w14:textId="77777777" w:rsidR="00D9570F" w:rsidRDefault="00000000">
            <w:pPr>
              <w:spacing w:after="0"/>
              <w:jc w:val="center"/>
            </w:pPr>
            <w:proofErr w:type="spellStart"/>
            <w:r>
              <w:rPr>
                <w:color w:val="222222"/>
                <w:sz w:val="15"/>
              </w:rPr>
              <w:t>진행</w:t>
            </w:r>
            <w:proofErr w:type="spellEnd"/>
          </w:p>
        </w:tc>
        <w:tc>
          <w:tcPr>
            <w:tcW w:w="2064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A8DF8C9" w14:textId="77777777" w:rsidR="00D9570F" w:rsidRDefault="00000000">
            <w:pPr>
              <w:spacing w:after="0"/>
            </w:pPr>
            <w:r>
              <w:rPr>
                <w:color w:val="222222"/>
                <w:sz w:val="15"/>
              </w:rPr>
              <w:t>매월 말</w:t>
            </w:r>
          </w:p>
        </w:tc>
      </w:tr>
      <w:tr w:rsidR="00D9570F" w14:paraId="679DD100" w14:textId="77777777" w:rsidTr="0023532F">
        <w:trPr>
          <w:trHeight w:val="429"/>
          <w:jc w:val="center"/>
        </w:trPr>
        <w:tc>
          <w:tcPr>
            <w:tcW w:w="1277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A12F1A7" w14:textId="77777777" w:rsidR="00D9570F" w:rsidRDefault="00D9570F">
            <w:pPr>
              <w:spacing w:after="0"/>
              <w:jc w:val="center"/>
            </w:pPr>
          </w:p>
        </w:tc>
        <w:tc>
          <w:tcPr>
            <w:tcW w:w="1701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3CD45F3" w14:textId="77777777" w:rsidR="00D9570F" w:rsidRDefault="00D9570F">
            <w:pPr>
              <w:spacing w:after="0"/>
            </w:pPr>
          </w:p>
        </w:tc>
        <w:tc>
          <w:tcPr>
            <w:tcW w:w="4111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5012A2F" w14:textId="77777777" w:rsidR="00D9570F" w:rsidRDefault="00D9570F">
            <w:pPr>
              <w:spacing w:after="0"/>
            </w:pPr>
          </w:p>
        </w:tc>
        <w:tc>
          <w:tcPr>
            <w:tcW w:w="1167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8BC1BAC" w14:textId="77777777" w:rsidR="00D9570F" w:rsidRDefault="00D9570F">
            <w:pPr>
              <w:spacing w:after="0"/>
              <w:jc w:val="center"/>
            </w:pPr>
          </w:p>
        </w:tc>
        <w:tc>
          <w:tcPr>
            <w:tcW w:w="2064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37E8414" w14:textId="77777777" w:rsidR="00D9570F" w:rsidRDefault="00D9570F">
            <w:pPr>
              <w:spacing w:after="0"/>
            </w:pPr>
          </w:p>
        </w:tc>
      </w:tr>
      <w:tr w:rsidR="00D9570F" w14:paraId="142007EB" w14:textId="77777777" w:rsidTr="0023532F">
        <w:trPr>
          <w:trHeight w:val="493"/>
          <w:jc w:val="center"/>
        </w:trPr>
        <w:tc>
          <w:tcPr>
            <w:tcW w:w="1277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C67CFC2" w14:textId="77777777" w:rsidR="00D9570F" w:rsidRDefault="00D9570F">
            <w:pPr>
              <w:spacing w:after="0"/>
              <w:jc w:val="center"/>
            </w:pPr>
          </w:p>
        </w:tc>
        <w:tc>
          <w:tcPr>
            <w:tcW w:w="1701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9A0864" w14:textId="77777777" w:rsidR="00D9570F" w:rsidRDefault="00D9570F">
            <w:pPr>
              <w:spacing w:after="0"/>
            </w:pPr>
          </w:p>
        </w:tc>
        <w:tc>
          <w:tcPr>
            <w:tcW w:w="4111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1409FAC" w14:textId="77777777" w:rsidR="00D9570F" w:rsidRDefault="00D9570F">
            <w:pPr>
              <w:spacing w:after="0"/>
            </w:pPr>
          </w:p>
        </w:tc>
        <w:tc>
          <w:tcPr>
            <w:tcW w:w="1167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73A5DEE" w14:textId="77777777" w:rsidR="00D9570F" w:rsidRDefault="00D9570F">
            <w:pPr>
              <w:spacing w:after="0"/>
              <w:jc w:val="center"/>
            </w:pPr>
          </w:p>
        </w:tc>
        <w:tc>
          <w:tcPr>
            <w:tcW w:w="2064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324223" w14:textId="77777777" w:rsidR="00D9570F" w:rsidRDefault="00D9570F">
            <w:pPr>
              <w:spacing w:after="0"/>
            </w:pPr>
          </w:p>
        </w:tc>
      </w:tr>
      <w:tr w:rsidR="00D9570F" w14:paraId="384BA22E" w14:textId="77777777" w:rsidTr="0023532F">
        <w:trPr>
          <w:trHeight w:val="493"/>
          <w:jc w:val="center"/>
        </w:trPr>
        <w:tc>
          <w:tcPr>
            <w:tcW w:w="1277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BDC75A0" w14:textId="77777777" w:rsidR="00D9570F" w:rsidRDefault="00D9570F">
            <w:pPr>
              <w:spacing w:after="0"/>
              <w:jc w:val="center"/>
            </w:pPr>
          </w:p>
        </w:tc>
        <w:tc>
          <w:tcPr>
            <w:tcW w:w="1701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39937E4" w14:textId="77777777" w:rsidR="00D9570F" w:rsidRDefault="00D9570F">
            <w:pPr>
              <w:spacing w:after="0"/>
            </w:pPr>
          </w:p>
        </w:tc>
        <w:tc>
          <w:tcPr>
            <w:tcW w:w="4111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8020B94" w14:textId="77777777" w:rsidR="00D9570F" w:rsidRDefault="00D9570F">
            <w:pPr>
              <w:spacing w:after="0"/>
            </w:pPr>
          </w:p>
        </w:tc>
        <w:tc>
          <w:tcPr>
            <w:tcW w:w="1167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183203B" w14:textId="77777777" w:rsidR="00D9570F" w:rsidRDefault="00D9570F">
            <w:pPr>
              <w:spacing w:after="0"/>
              <w:jc w:val="center"/>
            </w:pPr>
          </w:p>
        </w:tc>
        <w:tc>
          <w:tcPr>
            <w:tcW w:w="2064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E784DC1" w14:textId="77777777" w:rsidR="00D9570F" w:rsidRDefault="00D9570F">
            <w:pPr>
              <w:spacing w:after="0"/>
            </w:pPr>
          </w:p>
        </w:tc>
      </w:tr>
    </w:tbl>
    <w:p w14:paraId="489999F9" w14:textId="77777777" w:rsidR="00D9570F" w:rsidRDefault="00000000">
      <w:pPr>
        <w:spacing w:before="60" w:after="20"/>
      </w:pPr>
      <w:proofErr w:type="gramStart"/>
      <w:r>
        <w:rPr>
          <w:b/>
          <w:color w:val="377C73"/>
          <w:sz w:val="20"/>
        </w:rPr>
        <w:t xml:space="preserve">03  </w:t>
      </w:r>
      <w:proofErr w:type="spellStart"/>
      <w:r>
        <w:rPr>
          <w:b/>
          <w:color w:val="377C73"/>
          <w:sz w:val="20"/>
        </w:rPr>
        <w:t>진행</w:t>
      </w:r>
      <w:proofErr w:type="spellEnd"/>
      <w:proofErr w:type="gramEnd"/>
      <w:r>
        <w:rPr>
          <w:b/>
          <w:color w:val="377C73"/>
          <w:sz w:val="20"/>
        </w:rPr>
        <w:t xml:space="preserve"> 중 </w:t>
      </w:r>
      <w:proofErr w:type="spellStart"/>
      <w:r>
        <w:rPr>
          <w:b/>
          <w:color w:val="377C73"/>
          <w:sz w:val="20"/>
        </w:rPr>
        <w:t>업무</w:t>
      </w:r>
      <w:proofErr w:type="spellEnd"/>
      <w:r>
        <w:rPr>
          <w:b/>
          <w:color w:val="377C73"/>
          <w:sz w:val="20"/>
        </w:rPr>
        <w:t xml:space="preserve"> / 후속 조치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79"/>
        <w:gridCol w:w="2579"/>
        <w:gridCol w:w="2579"/>
        <w:gridCol w:w="2579"/>
      </w:tblGrid>
      <w:tr w:rsidR="00D9570F" w14:paraId="3C0592A2" w14:textId="77777777">
        <w:trPr>
          <w:jc w:val="center"/>
        </w:trPr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E5F1EE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7B4C870" w14:textId="77777777" w:rsidR="00D9570F" w:rsidRDefault="00000000">
            <w:pPr>
              <w:spacing w:after="0"/>
              <w:jc w:val="center"/>
            </w:pPr>
            <w:r>
              <w:rPr>
                <w:b/>
                <w:color w:val="377C73"/>
                <w:sz w:val="16"/>
              </w:rPr>
              <w:t>업무 / 과제</w:t>
            </w: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E5F1EE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D7A4880" w14:textId="77777777" w:rsidR="00D9570F" w:rsidRDefault="00000000">
            <w:pPr>
              <w:spacing w:after="0"/>
              <w:jc w:val="center"/>
            </w:pPr>
            <w:r>
              <w:rPr>
                <w:b/>
                <w:color w:val="377C73"/>
                <w:sz w:val="16"/>
              </w:rPr>
              <w:t>현재 진행사항</w:t>
            </w: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E5F1EE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73C5235" w14:textId="77777777" w:rsidR="00D9570F" w:rsidRDefault="00000000">
            <w:pPr>
              <w:spacing w:after="0"/>
              <w:jc w:val="center"/>
            </w:pPr>
            <w:r>
              <w:rPr>
                <w:b/>
                <w:color w:val="377C73"/>
                <w:sz w:val="16"/>
              </w:rPr>
              <w:t>후속 조치</w:t>
            </w: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E5F1EE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02A90E6" w14:textId="77777777" w:rsidR="00D9570F" w:rsidRDefault="00000000">
            <w:pPr>
              <w:spacing w:after="0"/>
              <w:jc w:val="center"/>
            </w:pPr>
            <w:r>
              <w:rPr>
                <w:b/>
                <w:color w:val="377C73"/>
                <w:sz w:val="16"/>
              </w:rPr>
              <w:t>기한</w:t>
            </w:r>
          </w:p>
        </w:tc>
      </w:tr>
      <w:tr w:rsidR="00D9570F" w14:paraId="320D0EF1" w14:textId="77777777" w:rsidTr="0023532F">
        <w:trPr>
          <w:trHeight w:val="355"/>
          <w:jc w:val="center"/>
        </w:trPr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CD72AD7" w14:textId="77777777" w:rsidR="00D9570F" w:rsidRDefault="00000000">
            <w:pPr>
              <w:spacing w:after="0"/>
            </w:pPr>
            <w:proofErr w:type="spellStart"/>
            <w:r>
              <w:rPr>
                <w:color w:val="222222"/>
                <w:sz w:val="15"/>
              </w:rPr>
              <w:t>계약</w:t>
            </w:r>
            <w:proofErr w:type="spellEnd"/>
            <w:r>
              <w:rPr>
                <w:color w:val="222222"/>
                <w:sz w:val="15"/>
              </w:rPr>
              <w:t xml:space="preserve"> </w:t>
            </w:r>
            <w:proofErr w:type="spellStart"/>
            <w:r>
              <w:rPr>
                <w:color w:val="222222"/>
                <w:sz w:val="15"/>
              </w:rPr>
              <w:t>갱신</w:t>
            </w:r>
            <w:proofErr w:type="spellEnd"/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9359B7" w14:textId="77777777" w:rsidR="00D9570F" w:rsidRDefault="00000000">
            <w:pPr>
              <w:spacing w:after="0"/>
            </w:pPr>
            <w:r>
              <w:rPr>
                <w:color w:val="222222"/>
                <w:sz w:val="15"/>
              </w:rPr>
              <w:t>조건 검토 완료</w:t>
            </w: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0E592A1" w14:textId="77777777" w:rsidR="00D9570F" w:rsidRDefault="00000000">
            <w:pPr>
              <w:spacing w:after="0"/>
              <w:rPr>
                <w:lang w:eastAsia="ko-KR"/>
              </w:rPr>
            </w:pPr>
            <w:r>
              <w:rPr>
                <w:color w:val="222222"/>
                <w:sz w:val="15"/>
                <w:lang w:eastAsia="ko-KR"/>
              </w:rPr>
              <w:t>담당자 확인 후 최종 회신</w:t>
            </w: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236F977" w14:textId="77777777" w:rsidR="00D9570F" w:rsidRDefault="00000000">
            <w:pPr>
              <w:spacing w:after="0"/>
              <w:jc w:val="center"/>
            </w:pPr>
            <w:proofErr w:type="gramStart"/>
            <w:r>
              <w:rPr>
                <w:color w:val="222222"/>
                <w:sz w:val="15"/>
              </w:rPr>
              <w:t>20  .</w:t>
            </w:r>
            <w:proofErr w:type="gramEnd"/>
            <w:r>
              <w:rPr>
                <w:color w:val="222222"/>
                <w:sz w:val="15"/>
              </w:rPr>
              <w:t xml:space="preserve">  .</w:t>
            </w:r>
          </w:p>
        </w:tc>
      </w:tr>
      <w:tr w:rsidR="00D9570F" w14:paraId="2F99DE0E" w14:textId="77777777" w:rsidTr="0023532F">
        <w:trPr>
          <w:trHeight w:val="291"/>
          <w:jc w:val="center"/>
        </w:trPr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A02FCAE" w14:textId="77777777" w:rsidR="00D9570F" w:rsidRDefault="00D9570F">
            <w:pPr>
              <w:spacing w:after="0"/>
            </w:pP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FA483D8" w14:textId="77777777" w:rsidR="00D9570F" w:rsidRDefault="00D9570F">
            <w:pPr>
              <w:spacing w:after="0"/>
            </w:pP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562A6C7" w14:textId="77777777" w:rsidR="00D9570F" w:rsidRDefault="00D9570F">
            <w:pPr>
              <w:spacing w:after="0"/>
            </w:pP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4A4C156" w14:textId="77777777" w:rsidR="00D9570F" w:rsidRDefault="00D9570F">
            <w:pPr>
              <w:spacing w:after="0"/>
              <w:jc w:val="center"/>
            </w:pPr>
          </w:p>
        </w:tc>
      </w:tr>
      <w:tr w:rsidR="00D9570F" w14:paraId="7764207C" w14:textId="77777777" w:rsidTr="0023532F">
        <w:trPr>
          <w:trHeight w:val="285"/>
          <w:jc w:val="center"/>
        </w:trPr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CE88272" w14:textId="77777777" w:rsidR="00D9570F" w:rsidRDefault="00D9570F">
            <w:pPr>
              <w:spacing w:after="0"/>
            </w:pP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EE13491" w14:textId="77777777" w:rsidR="00D9570F" w:rsidRDefault="00D9570F">
            <w:pPr>
              <w:spacing w:after="0"/>
            </w:pP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0AA80C1" w14:textId="77777777" w:rsidR="00D9570F" w:rsidRDefault="00D9570F">
            <w:pPr>
              <w:spacing w:after="0"/>
            </w:pP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81A6367" w14:textId="77777777" w:rsidR="00D9570F" w:rsidRDefault="00D9570F">
            <w:pPr>
              <w:spacing w:after="0"/>
              <w:jc w:val="center"/>
            </w:pPr>
          </w:p>
        </w:tc>
      </w:tr>
    </w:tbl>
    <w:p w14:paraId="573F2C7B" w14:textId="77777777" w:rsidR="00D9570F" w:rsidRDefault="00000000">
      <w:pPr>
        <w:spacing w:before="60" w:after="20"/>
      </w:pPr>
      <w:proofErr w:type="gramStart"/>
      <w:r>
        <w:rPr>
          <w:b/>
          <w:color w:val="377C73"/>
          <w:sz w:val="20"/>
        </w:rPr>
        <w:t>04  주요</w:t>
      </w:r>
      <w:proofErr w:type="gramEnd"/>
      <w:r>
        <w:rPr>
          <w:b/>
          <w:color w:val="377C73"/>
          <w:sz w:val="20"/>
        </w:rPr>
        <w:t xml:space="preserve"> 자료 / 시스템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79"/>
        <w:gridCol w:w="2579"/>
        <w:gridCol w:w="2579"/>
        <w:gridCol w:w="2579"/>
      </w:tblGrid>
      <w:tr w:rsidR="00D9570F" w14:paraId="76005BF0" w14:textId="77777777">
        <w:trPr>
          <w:jc w:val="center"/>
        </w:trPr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E5F1EE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D9A5934" w14:textId="77777777" w:rsidR="00D9570F" w:rsidRDefault="00000000">
            <w:pPr>
              <w:spacing w:after="0"/>
              <w:jc w:val="center"/>
            </w:pPr>
            <w:r>
              <w:rPr>
                <w:b/>
                <w:color w:val="377C73"/>
                <w:sz w:val="16"/>
              </w:rPr>
              <w:t>구분</w:t>
            </w: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E5F1EE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55CF6A9" w14:textId="77777777" w:rsidR="00D9570F" w:rsidRDefault="00000000">
            <w:pPr>
              <w:spacing w:after="0"/>
              <w:jc w:val="center"/>
            </w:pPr>
            <w:r>
              <w:rPr>
                <w:b/>
                <w:color w:val="377C73"/>
                <w:sz w:val="16"/>
              </w:rPr>
              <w:t>자료 / 시스템명</w:t>
            </w: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E5F1EE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A6F71E9" w14:textId="77777777" w:rsidR="00D9570F" w:rsidRDefault="00000000">
            <w:pPr>
              <w:spacing w:after="0"/>
              <w:jc w:val="center"/>
            </w:pPr>
            <w:r>
              <w:rPr>
                <w:b/>
                <w:color w:val="377C73"/>
                <w:sz w:val="16"/>
              </w:rPr>
              <w:t>보관 위치 / 경로</w:t>
            </w: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E5F1EE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071BA2F" w14:textId="77777777" w:rsidR="00D9570F" w:rsidRDefault="00000000">
            <w:pPr>
              <w:spacing w:after="0"/>
              <w:jc w:val="center"/>
            </w:pPr>
            <w:r>
              <w:rPr>
                <w:b/>
                <w:color w:val="377C73"/>
                <w:sz w:val="16"/>
              </w:rPr>
              <w:t>참고사항</w:t>
            </w:r>
          </w:p>
        </w:tc>
      </w:tr>
      <w:tr w:rsidR="00D9570F" w14:paraId="66F46DB9" w14:textId="77777777" w:rsidTr="0023532F">
        <w:trPr>
          <w:trHeight w:val="390"/>
          <w:jc w:val="center"/>
        </w:trPr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6D3EF3E" w14:textId="77777777" w:rsidR="00D9570F" w:rsidRDefault="00000000">
            <w:pPr>
              <w:spacing w:after="0"/>
              <w:jc w:val="center"/>
            </w:pPr>
            <w:proofErr w:type="spellStart"/>
            <w:r>
              <w:rPr>
                <w:color w:val="222222"/>
                <w:sz w:val="15"/>
              </w:rPr>
              <w:t>자료</w:t>
            </w:r>
            <w:proofErr w:type="spellEnd"/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B8DC41D" w14:textId="77777777" w:rsidR="00D9570F" w:rsidRDefault="00000000">
            <w:pPr>
              <w:spacing w:after="0"/>
            </w:pPr>
            <w:r>
              <w:rPr>
                <w:color w:val="222222"/>
                <w:sz w:val="15"/>
              </w:rPr>
              <w:t>월간 실적 파일</w:t>
            </w: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8A954EA" w14:textId="77777777" w:rsidR="00D9570F" w:rsidRDefault="00000000">
            <w:pPr>
              <w:spacing w:after="0"/>
              <w:rPr>
                <w:lang w:eastAsia="ko-KR"/>
              </w:rPr>
            </w:pPr>
            <w:proofErr w:type="spellStart"/>
            <w:proofErr w:type="gramStart"/>
            <w:r>
              <w:rPr>
                <w:color w:val="222222"/>
                <w:sz w:val="15"/>
                <w:lang w:eastAsia="ko-KR"/>
              </w:rPr>
              <w:t>공용폴더</w:t>
            </w:r>
            <w:proofErr w:type="spellEnd"/>
            <w:r>
              <w:rPr>
                <w:color w:val="222222"/>
                <w:sz w:val="15"/>
                <w:lang w:eastAsia="ko-KR"/>
              </w:rPr>
              <w:t xml:space="preserve"> &gt;</w:t>
            </w:r>
            <w:proofErr w:type="gramEnd"/>
            <w:r>
              <w:rPr>
                <w:color w:val="222222"/>
                <w:sz w:val="15"/>
                <w:lang w:eastAsia="ko-KR"/>
              </w:rPr>
              <w:t xml:space="preserve"> </w:t>
            </w:r>
            <w:proofErr w:type="gramStart"/>
            <w:r>
              <w:rPr>
                <w:color w:val="222222"/>
                <w:sz w:val="15"/>
                <w:lang w:eastAsia="ko-KR"/>
              </w:rPr>
              <w:t>업무자료 &gt;</w:t>
            </w:r>
            <w:proofErr w:type="gramEnd"/>
            <w:r>
              <w:rPr>
                <w:color w:val="222222"/>
                <w:sz w:val="15"/>
                <w:lang w:eastAsia="ko-KR"/>
              </w:rPr>
              <w:t xml:space="preserve"> 실적</w:t>
            </w: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32B80AD" w14:textId="77777777" w:rsidR="00D9570F" w:rsidRDefault="00000000">
            <w:pPr>
              <w:spacing w:after="0"/>
            </w:pPr>
            <w:proofErr w:type="spellStart"/>
            <w:r>
              <w:rPr>
                <w:color w:val="222222"/>
                <w:sz w:val="15"/>
              </w:rPr>
              <w:t>최신본</w:t>
            </w:r>
            <w:proofErr w:type="spellEnd"/>
            <w:r>
              <w:rPr>
                <w:color w:val="222222"/>
                <w:sz w:val="15"/>
              </w:rPr>
              <w:t xml:space="preserve"> </w:t>
            </w:r>
            <w:proofErr w:type="spellStart"/>
            <w:r>
              <w:rPr>
                <w:color w:val="222222"/>
                <w:sz w:val="15"/>
              </w:rPr>
              <w:t>확인</w:t>
            </w:r>
            <w:proofErr w:type="spellEnd"/>
          </w:p>
        </w:tc>
      </w:tr>
      <w:tr w:rsidR="00D9570F" w14:paraId="2528D033" w14:textId="77777777" w:rsidTr="0023532F">
        <w:trPr>
          <w:trHeight w:val="425"/>
          <w:jc w:val="center"/>
        </w:trPr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A223C3B" w14:textId="77777777" w:rsidR="00D9570F" w:rsidRDefault="00D9570F">
            <w:pPr>
              <w:spacing w:after="0"/>
              <w:jc w:val="center"/>
            </w:pP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E6D7E19" w14:textId="77777777" w:rsidR="00D9570F" w:rsidRDefault="00D9570F">
            <w:pPr>
              <w:spacing w:after="0"/>
            </w:pP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98B56AD" w14:textId="77777777" w:rsidR="00D9570F" w:rsidRDefault="00D9570F">
            <w:pPr>
              <w:spacing w:after="0"/>
            </w:pP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18923A2" w14:textId="77777777" w:rsidR="00D9570F" w:rsidRDefault="00D9570F">
            <w:pPr>
              <w:spacing w:after="0"/>
            </w:pPr>
          </w:p>
        </w:tc>
      </w:tr>
      <w:tr w:rsidR="00D9570F" w14:paraId="05ED7D3A" w14:textId="77777777" w:rsidTr="0023532F">
        <w:trPr>
          <w:trHeight w:val="419"/>
          <w:jc w:val="center"/>
        </w:trPr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9C7FFE8" w14:textId="77777777" w:rsidR="00D9570F" w:rsidRDefault="00D9570F">
            <w:pPr>
              <w:spacing w:after="0"/>
              <w:jc w:val="center"/>
            </w:pP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8B136C7" w14:textId="77777777" w:rsidR="00D9570F" w:rsidRDefault="00D9570F">
            <w:pPr>
              <w:spacing w:after="0"/>
            </w:pP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18F65C8" w14:textId="77777777" w:rsidR="00D9570F" w:rsidRDefault="00D9570F">
            <w:pPr>
              <w:spacing w:after="0"/>
            </w:pP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5407C4E" w14:textId="77777777" w:rsidR="00D9570F" w:rsidRDefault="00D9570F">
            <w:pPr>
              <w:spacing w:after="0"/>
            </w:pPr>
          </w:p>
        </w:tc>
      </w:tr>
    </w:tbl>
    <w:p w14:paraId="02E9D917" w14:textId="77777777" w:rsidR="00D9570F" w:rsidRDefault="00000000">
      <w:pPr>
        <w:spacing w:before="60" w:after="20"/>
      </w:pPr>
      <w:proofErr w:type="gramStart"/>
      <w:r>
        <w:rPr>
          <w:b/>
          <w:color w:val="315FC7"/>
          <w:sz w:val="20"/>
        </w:rPr>
        <w:t>05  유의사항</w:t>
      </w:r>
      <w:proofErr w:type="gramEnd"/>
      <w:r>
        <w:rPr>
          <w:b/>
          <w:color w:val="315FC7"/>
          <w:sz w:val="20"/>
        </w:rPr>
        <w:t xml:space="preserve"> / 전달사항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59"/>
        <w:gridCol w:w="5159"/>
      </w:tblGrid>
      <w:tr w:rsidR="00D9570F" w14:paraId="039FF591" w14:textId="77777777" w:rsidTr="0023532F">
        <w:trPr>
          <w:trHeight w:val="505"/>
          <w:jc w:val="center"/>
        </w:trPr>
        <w:tc>
          <w:tcPr>
            <w:tcW w:w="515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DDE7F5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039F19D" w14:textId="77777777" w:rsidR="00D9570F" w:rsidRDefault="00000000">
            <w:pPr>
              <w:spacing w:after="0"/>
              <w:jc w:val="center"/>
            </w:pPr>
            <w:proofErr w:type="spellStart"/>
            <w:r>
              <w:rPr>
                <w:b/>
                <w:color w:val="315FC7"/>
                <w:sz w:val="16"/>
              </w:rPr>
              <w:t>업무</w:t>
            </w:r>
            <w:proofErr w:type="spellEnd"/>
            <w:r>
              <w:rPr>
                <w:b/>
                <w:color w:val="315FC7"/>
                <w:sz w:val="16"/>
              </w:rPr>
              <w:t xml:space="preserve"> </w:t>
            </w:r>
            <w:proofErr w:type="spellStart"/>
            <w:r>
              <w:rPr>
                <w:b/>
                <w:color w:val="315FC7"/>
                <w:sz w:val="16"/>
              </w:rPr>
              <w:t>유의사항</w:t>
            </w:r>
            <w:proofErr w:type="spellEnd"/>
          </w:p>
        </w:tc>
        <w:tc>
          <w:tcPr>
            <w:tcW w:w="515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9F6FEF6" w14:textId="77777777" w:rsidR="00D9570F" w:rsidRDefault="00D9570F">
            <w:pPr>
              <w:spacing w:after="0"/>
            </w:pPr>
          </w:p>
        </w:tc>
      </w:tr>
      <w:tr w:rsidR="00D9570F" w14:paraId="4465A0F4" w14:textId="77777777" w:rsidTr="0023532F">
        <w:trPr>
          <w:trHeight w:val="570"/>
          <w:jc w:val="center"/>
        </w:trPr>
        <w:tc>
          <w:tcPr>
            <w:tcW w:w="515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DDE7F5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A9C791E" w14:textId="77777777" w:rsidR="00D9570F" w:rsidRDefault="00000000">
            <w:pPr>
              <w:spacing w:after="0"/>
              <w:jc w:val="center"/>
            </w:pPr>
            <w:proofErr w:type="spellStart"/>
            <w:r>
              <w:rPr>
                <w:b/>
                <w:color w:val="315FC7"/>
                <w:sz w:val="16"/>
              </w:rPr>
              <w:t>협업</w:t>
            </w:r>
            <w:proofErr w:type="spellEnd"/>
            <w:r>
              <w:rPr>
                <w:b/>
                <w:color w:val="315FC7"/>
                <w:sz w:val="16"/>
              </w:rPr>
              <w:t xml:space="preserve"> / </w:t>
            </w:r>
            <w:proofErr w:type="spellStart"/>
            <w:r>
              <w:rPr>
                <w:b/>
                <w:color w:val="315FC7"/>
                <w:sz w:val="16"/>
              </w:rPr>
              <w:t>연락사항</w:t>
            </w:r>
            <w:proofErr w:type="spellEnd"/>
          </w:p>
        </w:tc>
        <w:tc>
          <w:tcPr>
            <w:tcW w:w="515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FDF4BA4" w14:textId="77777777" w:rsidR="00D9570F" w:rsidRDefault="00D9570F">
            <w:pPr>
              <w:spacing w:after="0"/>
            </w:pPr>
          </w:p>
        </w:tc>
      </w:tr>
      <w:tr w:rsidR="00D9570F" w14:paraId="427242AB" w14:textId="77777777">
        <w:trPr>
          <w:trHeight w:val="567"/>
          <w:jc w:val="center"/>
        </w:trPr>
        <w:tc>
          <w:tcPr>
            <w:tcW w:w="515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DDE7F5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9DC8A55" w14:textId="77777777" w:rsidR="00D9570F" w:rsidRDefault="00000000">
            <w:pPr>
              <w:spacing w:after="0"/>
              <w:jc w:val="center"/>
            </w:pPr>
            <w:proofErr w:type="spellStart"/>
            <w:r>
              <w:rPr>
                <w:b/>
                <w:color w:val="315FC7"/>
                <w:sz w:val="16"/>
              </w:rPr>
              <w:t>기타</w:t>
            </w:r>
            <w:proofErr w:type="spellEnd"/>
            <w:r>
              <w:rPr>
                <w:b/>
                <w:color w:val="315FC7"/>
                <w:sz w:val="16"/>
              </w:rPr>
              <w:t xml:space="preserve"> </w:t>
            </w:r>
            <w:proofErr w:type="spellStart"/>
            <w:r>
              <w:rPr>
                <w:b/>
                <w:color w:val="315FC7"/>
                <w:sz w:val="16"/>
              </w:rPr>
              <w:t>전달사항</w:t>
            </w:r>
            <w:proofErr w:type="spellEnd"/>
          </w:p>
        </w:tc>
        <w:tc>
          <w:tcPr>
            <w:tcW w:w="515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CB3A29D" w14:textId="77777777" w:rsidR="00D9570F" w:rsidRDefault="00D9570F">
            <w:pPr>
              <w:spacing w:after="0"/>
            </w:pPr>
          </w:p>
        </w:tc>
      </w:tr>
    </w:tbl>
    <w:p w14:paraId="347467AC" w14:textId="77777777" w:rsidR="00D9570F" w:rsidRDefault="00000000">
      <w:pPr>
        <w:spacing w:before="60" w:after="20"/>
      </w:pPr>
      <w:r>
        <w:rPr>
          <w:b/>
          <w:color w:val="315FC7"/>
          <w:sz w:val="20"/>
        </w:rPr>
        <w:t>06  확인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79"/>
        <w:gridCol w:w="2579"/>
        <w:gridCol w:w="2579"/>
        <w:gridCol w:w="2579"/>
      </w:tblGrid>
      <w:tr w:rsidR="00D9570F" w14:paraId="464B84FB" w14:textId="77777777" w:rsidTr="0023532F">
        <w:trPr>
          <w:trHeight w:val="381"/>
          <w:jc w:val="center"/>
        </w:trPr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DDE7F5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0BA0B3F" w14:textId="77777777" w:rsidR="00D9570F" w:rsidRDefault="00000000">
            <w:pPr>
              <w:spacing w:after="0"/>
              <w:jc w:val="center"/>
            </w:pPr>
            <w:proofErr w:type="spellStart"/>
            <w:r>
              <w:rPr>
                <w:b/>
                <w:color w:val="222222"/>
                <w:sz w:val="16"/>
              </w:rPr>
              <w:t>인계자</w:t>
            </w:r>
            <w:proofErr w:type="spellEnd"/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C4E60F4" w14:textId="77777777" w:rsidR="00D9570F" w:rsidRDefault="00D9570F">
            <w:pPr>
              <w:spacing w:after="0"/>
              <w:jc w:val="center"/>
            </w:pP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DDE7F5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5EA4E3A" w14:textId="77777777" w:rsidR="00D9570F" w:rsidRDefault="00000000">
            <w:pPr>
              <w:spacing w:after="0"/>
              <w:jc w:val="center"/>
            </w:pPr>
            <w:r>
              <w:rPr>
                <w:b/>
                <w:color w:val="222222"/>
                <w:sz w:val="16"/>
              </w:rPr>
              <w:t>서명</w:t>
            </w: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8C7DBE4" w14:textId="77777777" w:rsidR="00D9570F" w:rsidRDefault="00D9570F">
            <w:pPr>
              <w:spacing w:after="0"/>
              <w:jc w:val="center"/>
            </w:pPr>
          </w:p>
        </w:tc>
      </w:tr>
      <w:tr w:rsidR="00D9570F" w14:paraId="4CB404BA" w14:textId="77777777" w:rsidTr="0023532F">
        <w:trPr>
          <w:trHeight w:val="61"/>
          <w:jc w:val="center"/>
        </w:trPr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E5F1EE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A397224" w14:textId="77777777" w:rsidR="00D9570F" w:rsidRDefault="00000000">
            <w:pPr>
              <w:spacing w:after="0"/>
              <w:jc w:val="center"/>
            </w:pPr>
            <w:proofErr w:type="spellStart"/>
            <w:r>
              <w:rPr>
                <w:b/>
                <w:color w:val="222222"/>
                <w:sz w:val="16"/>
              </w:rPr>
              <w:t>인수자</w:t>
            </w:r>
            <w:proofErr w:type="spellEnd"/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8DCAA90" w14:textId="77777777" w:rsidR="00D9570F" w:rsidRDefault="00D9570F">
            <w:pPr>
              <w:spacing w:after="0"/>
              <w:jc w:val="center"/>
            </w:pP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E5F1EE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4884E32" w14:textId="77777777" w:rsidR="00D9570F" w:rsidRDefault="00000000">
            <w:pPr>
              <w:spacing w:after="0"/>
              <w:jc w:val="center"/>
            </w:pPr>
            <w:r>
              <w:rPr>
                <w:b/>
                <w:color w:val="222222"/>
                <w:sz w:val="16"/>
              </w:rPr>
              <w:t>서명</w:t>
            </w: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C2CC5FB" w14:textId="77777777" w:rsidR="00D9570F" w:rsidRDefault="00D9570F">
            <w:pPr>
              <w:spacing w:after="0"/>
              <w:jc w:val="center"/>
            </w:pPr>
          </w:p>
        </w:tc>
      </w:tr>
    </w:tbl>
    <w:p w14:paraId="3126258B" w14:textId="77777777" w:rsidR="002C2992" w:rsidRDefault="002C2992"/>
    <w:sectPr w:rsidR="002C2992" w:rsidSect="00034616">
      <w:pgSz w:w="11906" w:h="16838"/>
      <w:pgMar w:top="510" w:right="794" w:bottom="45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37511882">
    <w:abstractNumId w:val="8"/>
  </w:num>
  <w:num w:numId="2" w16cid:durableId="819922779">
    <w:abstractNumId w:val="6"/>
  </w:num>
  <w:num w:numId="3" w16cid:durableId="971833556">
    <w:abstractNumId w:val="5"/>
  </w:num>
  <w:num w:numId="4" w16cid:durableId="582839454">
    <w:abstractNumId w:val="4"/>
  </w:num>
  <w:num w:numId="5" w16cid:durableId="2071952047">
    <w:abstractNumId w:val="7"/>
  </w:num>
  <w:num w:numId="6" w16cid:durableId="592934060">
    <w:abstractNumId w:val="3"/>
  </w:num>
  <w:num w:numId="7" w16cid:durableId="1117287524">
    <w:abstractNumId w:val="2"/>
  </w:num>
  <w:num w:numId="8" w16cid:durableId="1819683080">
    <w:abstractNumId w:val="1"/>
  </w:num>
  <w:num w:numId="9" w16cid:durableId="221795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3532F"/>
    <w:rsid w:val="0029639D"/>
    <w:rsid w:val="002C2992"/>
    <w:rsid w:val="00326F90"/>
    <w:rsid w:val="00AA1D8D"/>
    <w:rsid w:val="00B47730"/>
    <w:rsid w:val="00B53433"/>
    <w:rsid w:val="00CB0664"/>
    <w:rsid w:val="00D9570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6C4AAE"/>
  <w14:defaultImageDpi w14:val="300"/>
  <w15:docId w15:val="{DEDD4AB7-A44B-4B4E-B543-111E5DA42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맑은 고딕" w:eastAsia="맑은 고딕" w:hAnsi="맑은 고딕"/>
      <w:sz w:val="17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jihye hong</cp:lastModifiedBy>
  <cp:revision>2</cp:revision>
  <dcterms:created xsi:type="dcterms:W3CDTF">2013-12-23T23:15:00Z</dcterms:created>
  <dcterms:modified xsi:type="dcterms:W3CDTF">2026-08-21T13:23:00Z</dcterms:modified>
  <cp:category/>
</cp:coreProperties>
</file>