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65CBC" w14:textId="77777777" w:rsidR="00076AB8" w:rsidRDefault="00076AB8">
      <w:pPr>
        <w:rPr>
          <w:lang w:eastAsia="ko-KR"/>
        </w:rPr>
      </w:pPr>
    </w:p>
    <w:p w14:paraId="1416A6FE" w14:textId="77777777" w:rsidR="00076AB8" w:rsidRDefault="00076AB8">
      <w:pPr>
        <w:rPr>
          <w:rFonts w:hint="eastAsia"/>
          <w:lang w:eastAsia="ko-K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656071" w14:paraId="142FF995" w14:textId="77777777">
        <w:trPr>
          <w:trHeight w:hRule="exact" w:val="567"/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3E6CF891" w14:textId="77777777" w:rsidR="00656071" w:rsidRDefault="00000000">
            <w:pPr>
              <w:spacing w:line="240" w:lineRule="auto"/>
            </w:pPr>
            <w:r>
              <w:rPr>
                <w:b/>
                <w:color w:val="2E62A8"/>
                <w:sz w:val="19"/>
              </w:rPr>
              <w:t>PART-TIME COVER LETTER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758897AF" w14:textId="77777777" w:rsidR="00656071" w:rsidRDefault="00000000">
            <w:pPr>
              <w:spacing w:line="240" w:lineRule="auto"/>
              <w:jc w:val="right"/>
              <w:rPr>
                <w:lang w:eastAsia="ko-KR"/>
              </w:rPr>
            </w:pPr>
            <w:r>
              <w:rPr>
                <w:b/>
                <w:color w:val="202833"/>
                <w:sz w:val="33"/>
                <w:lang w:eastAsia="ko-KR"/>
              </w:rPr>
              <w:t>아르바이트 자기소개서</w:t>
            </w:r>
          </w:p>
        </w:tc>
      </w:tr>
    </w:tbl>
    <w:p w14:paraId="0F8676EA" w14:textId="77777777" w:rsidR="00656071" w:rsidRDefault="00000000">
      <w:pPr>
        <w:spacing w:before="20" w:after="40"/>
        <w:rPr>
          <w:lang w:eastAsia="ko-KR"/>
        </w:rPr>
      </w:pPr>
      <w:r>
        <w:rPr>
          <w:color w:val="727B86"/>
          <w:sz w:val="16"/>
          <w:lang w:eastAsia="ko-KR"/>
        </w:rPr>
        <w:t>지원 이유와 경험, 업무 강점 및 근무 각오를 간결하게 정리하는 아르바이트 지원 서식</w:t>
      </w:r>
    </w:p>
    <w:p w14:paraId="348CA1CF" w14:textId="77777777" w:rsidR="00656071" w:rsidRDefault="00000000">
      <w:pPr>
        <w:spacing w:before="80" w:after="40"/>
      </w:pPr>
      <w:proofErr w:type="gramStart"/>
      <w:r>
        <w:rPr>
          <w:b/>
          <w:color w:val="2E62A8"/>
          <w:sz w:val="19"/>
        </w:rPr>
        <w:t xml:space="preserve">01  </w:t>
      </w:r>
      <w:proofErr w:type="spellStart"/>
      <w:r>
        <w:rPr>
          <w:b/>
          <w:color w:val="2E62A8"/>
          <w:sz w:val="19"/>
        </w:rPr>
        <w:t>지원자</w:t>
      </w:r>
      <w:proofErr w:type="spellEnd"/>
      <w:proofErr w:type="gramEnd"/>
      <w:r>
        <w:rPr>
          <w:b/>
          <w:color w:val="2E62A8"/>
          <w:sz w:val="19"/>
        </w:rPr>
        <w:t xml:space="preserve"> </w:t>
      </w:r>
      <w:proofErr w:type="spellStart"/>
      <w:r>
        <w:rPr>
          <w:b/>
          <w:color w:val="2E62A8"/>
          <w:sz w:val="19"/>
        </w:rPr>
        <w:t>정보</w:t>
      </w:r>
      <w:proofErr w:type="spellEnd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32"/>
        <w:gridCol w:w="2632"/>
        <w:gridCol w:w="2632"/>
        <w:gridCol w:w="2632"/>
      </w:tblGrid>
      <w:tr w:rsidR="00656071" w14:paraId="2B9117A5" w14:textId="77777777">
        <w:trPr>
          <w:trHeight w:hRule="exact" w:val="454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DCE6F4"/>
            <w:vAlign w:val="center"/>
          </w:tcPr>
          <w:p w14:paraId="122861E3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7"/>
              </w:rPr>
              <w:t>성명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323FF338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DCE6F4"/>
            <w:vAlign w:val="center"/>
          </w:tcPr>
          <w:p w14:paraId="5A627632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7"/>
              </w:rPr>
              <w:t>연락처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0E5D479D" w14:textId="77777777" w:rsidR="00656071" w:rsidRDefault="00656071">
            <w:pPr>
              <w:spacing w:line="240" w:lineRule="auto"/>
            </w:pPr>
          </w:p>
        </w:tc>
      </w:tr>
      <w:tr w:rsidR="00656071" w14:paraId="13A5EC89" w14:textId="77777777">
        <w:trPr>
          <w:trHeight w:hRule="exact" w:val="454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DCE6F4"/>
            <w:vAlign w:val="center"/>
          </w:tcPr>
          <w:p w14:paraId="7844E4F6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7"/>
              </w:rPr>
              <w:t>지원업무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0610B146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DCE6F4"/>
            <w:vAlign w:val="center"/>
          </w:tcPr>
          <w:p w14:paraId="496D804E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7"/>
              </w:rPr>
              <w:t>근무가능기간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08DFFAD1" w14:textId="77777777" w:rsidR="00656071" w:rsidRDefault="00656071">
            <w:pPr>
              <w:spacing w:line="240" w:lineRule="auto"/>
            </w:pPr>
          </w:p>
        </w:tc>
      </w:tr>
      <w:tr w:rsidR="00656071" w14:paraId="27BBB6FA" w14:textId="77777777">
        <w:trPr>
          <w:trHeight w:hRule="exact" w:val="454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DCE6F4"/>
            <w:vAlign w:val="center"/>
          </w:tcPr>
          <w:p w14:paraId="5F6FF79E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7"/>
              </w:rPr>
              <w:t>근무가능요일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657B5CE9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DCE6F4"/>
            <w:vAlign w:val="center"/>
          </w:tcPr>
          <w:p w14:paraId="48A841CB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7"/>
              </w:rPr>
              <w:t>근무가능시간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79F0D8D7" w14:textId="77777777" w:rsidR="00656071" w:rsidRDefault="00656071">
            <w:pPr>
              <w:spacing w:line="240" w:lineRule="auto"/>
            </w:pPr>
          </w:p>
        </w:tc>
      </w:tr>
    </w:tbl>
    <w:p w14:paraId="67676CDC" w14:textId="77777777" w:rsidR="00656071" w:rsidRDefault="00000000">
      <w:pPr>
        <w:spacing w:before="80" w:after="40"/>
      </w:pPr>
      <w:r>
        <w:rPr>
          <w:b/>
          <w:color w:val="2E62A8"/>
          <w:sz w:val="19"/>
        </w:rPr>
        <w:t>02  지원동기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528"/>
      </w:tblGrid>
      <w:tr w:rsidR="00656071" w14:paraId="693A4730" w14:textId="77777777">
        <w:trPr>
          <w:trHeight w:hRule="exact" w:val="1417"/>
          <w:jc w:val="center"/>
        </w:trPr>
        <w:tc>
          <w:tcPr>
            <w:tcW w:w="10312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05C81E2D" w14:textId="77777777" w:rsidR="00656071" w:rsidRDefault="00656071">
            <w:pPr>
              <w:spacing w:line="240" w:lineRule="auto"/>
            </w:pPr>
          </w:p>
        </w:tc>
      </w:tr>
    </w:tbl>
    <w:p w14:paraId="7BC9E808" w14:textId="77777777" w:rsidR="00656071" w:rsidRDefault="00000000">
      <w:pPr>
        <w:spacing w:before="80" w:after="40"/>
      </w:pPr>
      <w:r>
        <w:rPr>
          <w:b/>
          <w:color w:val="3C8377"/>
          <w:sz w:val="19"/>
        </w:rPr>
        <w:t>03  경험 · 활동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32"/>
        <w:gridCol w:w="2632"/>
        <w:gridCol w:w="2632"/>
        <w:gridCol w:w="2632"/>
      </w:tblGrid>
      <w:tr w:rsidR="00656071" w14:paraId="65CDB9D6" w14:textId="77777777">
        <w:trPr>
          <w:trHeight w:hRule="exact" w:val="369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3F0ED"/>
            <w:vAlign w:val="center"/>
          </w:tcPr>
          <w:p w14:paraId="0BD774D1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3C8377"/>
                <w:sz w:val="16"/>
              </w:rPr>
              <w:t>기간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3F0ED"/>
            <w:vAlign w:val="center"/>
          </w:tcPr>
          <w:p w14:paraId="63A93DC8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3C8377"/>
                <w:sz w:val="16"/>
              </w:rPr>
              <w:t>근무처 / 활동명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3F0ED"/>
            <w:vAlign w:val="center"/>
          </w:tcPr>
          <w:p w14:paraId="6EB402E9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3C8377"/>
                <w:sz w:val="16"/>
              </w:rPr>
              <w:t>역할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E3F0ED"/>
            <w:vAlign w:val="center"/>
          </w:tcPr>
          <w:p w14:paraId="0AE09C02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3C8377"/>
                <w:sz w:val="16"/>
              </w:rPr>
              <w:t>주요 경험 · 업무</w:t>
            </w:r>
          </w:p>
        </w:tc>
      </w:tr>
      <w:tr w:rsidR="00656071" w14:paraId="5F462D94" w14:textId="77777777">
        <w:trPr>
          <w:trHeight w:hRule="exact" w:val="510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205F4107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014E6DCF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38D73D85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345FEE4F" w14:textId="77777777" w:rsidR="00656071" w:rsidRDefault="00656071">
            <w:pPr>
              <w:spacing w:line="240" w:lineRule="auto"/>
            </w:pPr>
          </w:p>
        </w:tc>
      </w:tr>
      <w:tr w:rsidR="00656071" w14:paraId="66F38C0A" w14:textId="77777777">
        <w:trPr>
          <w:trHeight w:hRule="exact" w:val="510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224F81A6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5F2D92F2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726B3F5A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176A600D" w14:textId="77777777" w:rsidR="00656071" w:rsidRDefault="00656071">
            <w:pPr>
              <w:spacing w:line="240" w:lineRule="auto"/>
            </w:pPr>
          </w:p>
        </w:tc>
      </w:tr>
      <w:tr w:rsidR="00656071" w14:paraId="3C2F08EC" w14:textId="77777777">
        <w:trPr>
          <w:trHeight w:hRule="exact" w:val="510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28505A1D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2D9DD564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1B10226A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5505021E" w14:textId="77777777" w:rsidR="00656071" w:rsidRDefault="00656071">
            <w:pPr>
              <w:spacing w:line="240" w:lineRule="auto"/>
            </w:pPr>
          </w:p>
        </w:tc>
      </w:tr>
    </w:tbl>
    <w:p w14:paraId="73761F45" w14:textId="77777777" w:rsidR="00656071" w:rsidRDefault="00000000">
      <w:pPr>
        <w:spacing w:before="80" w:after="40"/>
      </w:pPr>
      <w:r>
        <w:rPr>
          <w:b/>
          <w:color w:val="2E62A8"/>
          <w:sz w:val="19"/>
        </w:rPr>
        <w:t>04  업무 강점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32"/>
        <w:gridCol w:w="2632"/>
        <w:gridCol w:w="2632"/>
        <w:gridCol w:w="2632"/>
      </w:tblGrid>
      <w:tr w:rsidR="00656071" w14:paraId="2ED0B8E0" w14:textId="77777777">
        <w:trPr>
          <w:trHeight w:hRule="exact" w:val="369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DCE6F4"/>
            <w:vAlign w:val="center"/>
          </w:tcPr>
          <w:p w14:paraId="159A9C98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6"/>
              </w:rPr>
              <w:t>고객 응대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DCE6F4"/>
            <w:vAlign w:val="center"/>
          </w:tcPr>
          <w:p w14:paraId="677636E0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6"/>
              </w:rPr>
              <w:t>책임감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DCE6F4"/>
            <w:vAlign w:val="center"/>
          </w:tcPr>
          <w:p w14:paraId="3D243067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6"/>
              </w:rPr>
              <w:t>협업</w:t>
            </w: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shd w:val="clear" w:color="auto" w:fill="DCE6F4"/>
            <w:vAlign w:val="center"/>
          </w:tcPr>
          <w:p w14:paraId="3061B104" w14:textId="77777777" w:rsidR="00656071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6"/>
              </w:rPr>
              <w:t>기타</w:t>
            </w:r>
          </w:p>
        </w:tc>
      </w:tr>
      <w:tr w:rsidR="00656071" w14:paraId="40460E92" w14:textId="77777777">
        <w:trPr>
          <w:trHeight w:hRule="exact" w:val="624"/>
          <w:jc w:val="center"/>
        </w:trPr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18513BB9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7F6CF395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11C990FF" w14:textId="77777777" w:rsidR="00656071" w:rsidRDefault="00656071">
            <w:pPr>
              <w:spacing w:line="240" w:lineRule="auto"/>
            </w:pPr>
          </w:p>
        </w:tc>
        <w:tc>
          <w:tcPr>
            <w:tcW w:w="2578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7CCC2F78" w14:textId="77777777" w:rsidR="00656071" w:rsidRDefault="00656071">
            <w:pPr>
              <w:spacing w:line="240" w:lineRule="auto"/>
            </w:pPr>
          </w:p>
        </w:tc>
      </w:tr>
    </w:tbl>
    <w:p w14:paraId="5AA9DA2B" w14:textId="77777777" w:rsidR="00656071" w:rsidRDefault="00000000">
      <w:pPr>
        <w:spacing w:before="80" w:after="40"/>
      </w:pPr>
      <w:r>
        <w:rPr>
          <w:b/>
          <w:color w:val="3C8377"/>
          <w:sz w:val="19"/>
        </w:rPr>
        <w:t>05  근무 각오 / 하고 싶은 말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528"/>
      </w:tblGrid>
      <w:tr w:rsidR="00656071" w14:paraId="0B59F4FB" w14:textId="77777777" w:rsidTr="00076AB8">
        <w:trPr>
          <w:trHeight w:hRule="exact" w:val="2085"/>
          <w:jc w:val="center"/>
        </w:trPr>
        <w:tc>
          <w:tcPr>
            <w:tcW w:w="10312" w:type="dxa"/>
            <w:tcBorders>
              <w:top w:val="single" w:sz="5" w:space="0" w:color="AEB8C3"/>
              <w:left w:val="single" w:sz="5" w:space="0" w:color="AEB8C3"/>
              <w:bottom w:val="single" w:sz="5" w:space="0" w:color="AEB8C3"/>
              <w:right w:val="single" w:sz="5" w:space="0" w:color="AEB8C3"/>
            </w:tcBorders>
            <w:vAlign w:val="center"/>
          </w:tcPr>
          <w:p w14:paraId="41238960" w14:textId="77777777" w:rsidR="00656071" w:rsidRDefault="00656071">
            <w:pPr>
              <w:spacing w:line="240" w:lineRule="auto"/>
            </w:pPr>
          </w:p>
        </w:tc>
      </w:tr>
    </w:tbl>
    <w:p w14:paraId="5D2ACCB2" w14:textId="77777777" w:rsidR="00076AB8" w:rsidRDefault="00076AB8">
      <w:pPr>
        <w:spacing w:before="100"/>
        <w:jc w:val="center"/>
        <w:rPr>
          <w:color w:val="555555"/>
          <w:sz w:val="16"/>
        </w:rPr>
      </w:pPr>
    </w:p>
    <w:p w14:paraId="4E8C875F" w14:textId="77777777" w:rsidR="00076AB8" w:rsidRDefault="00076AB8">
      <w:pPr>
        <w:spacing w:before="100"/>
        <w:jc w:val="center"/>
        <w:rPr>
          <w:color w:val="555555"/>
          <w:sz w:val="16"/>
        </w:rPr>
      </w:pPr>
    </w:p>
    <w:p w14:paraId="1517F124" w14:textId="4DFBC39F" w:rsidR="00656071" w:rsidRDefault="00000000">
      <w:pPr>
        <w:spacing w:before="100"/>
        <w:jc w:val="center"/>
      </w:pPr>
      <w:r>
        <w:rPr>
          <w:color w:val="555555"/>
          <w:sz w:val="16"/>
        </w:rPr>
        <w:t>20    년    월    일    지원자: __________________ (서명)</w:t>
      </w:r>
    </w:p>
    <w:sectPr w:rsidR="00656071" w:rsidSect="00034616">
      <w:pgSz w:w="12240" w:h="15840"/>
      <w:pgMar w:top="680" w:right="964" w:bottom="56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6493336">
    <w:abstractNumId w:val="8"/>
  </w:num>
  <w:num w:numId="2" w16cid:durableId="1374188832">
    <w:abstractNumId w:val="6"/>
  </w:num>
  <w:num w:numId="3" w16cid:durableId="817041825">
    <w:abstractNumId w:val="5"/>
  </w:num>
  <w:num w:numId="4" w16cid:durableId="1154490478">
    <w:abstractNumId w:val="4"/>
  </w:num>
  <w:num w:numId="5" w16cid:durableId="1079017110">
    <w:abstractNumId w:val="7"/>
  </w:num>
  <w:num w:numId="6" w16cid:durableId="164901948">
    <w:abstractNumId w:val="3"/>
  </w:num>
  <w:num w:numId="7" w16cid:durableId="1032262268">
    <w:abstractNumId w:val="2"/>
  </w:num>
  <w:num w:numId="8" w16cid:durableId="1689021464">
    <w:abstractNumId w:val="1"/>
  </w:num>
  <w:num w:numId="9" w16cid:durableId="703141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AB8"/>
    <w:rsid w:val="0015074B"/>
    <w:rsid w:val="0029639D"/>
    <w:rsid w:val="00326F90"/>
    <w:rsid w:val="00656071"/>
    <w:rsid w:val="0076231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6B8155"/>
  <w14:defaultImageDpi w14:val="300"/>
  <w15:docId w15:val="{44D2FA51-76A4-4A66-8E06-B5A44FE3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2026-08-25T02:28:00Z</dcterms:modified>
  <cp:category/>
</cp:coreProperties>
</file>