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EEF9E" w14:textId="77777777" w:rsidR="00BC0598" w:rsidRDefault="00BC0598">
      <w:pPr>
        <w:spacing w:after="20"/>
        <w:jc w:val="center"/>
        <w:rPr>
          <w:b/>
          <w:color w:val="111111"/>
          <w:sz w:val="34"/>
          <w:lang w:eastAsia="ko-KR"/>
        </w:rPr>
      </w:pPr>
    </w:p>
    <w:p w14:paraId="4A2D2CE8" w14:textId="038F2945" w:rsidR="00E131AA" w:rsidRDefault="00000000">
      <w:pPr>
        <w:spacing w:after="20"/>
        <w:jc w:val="center"/>
        <w:rPr>
          <w:lang w:eastAsia="ko-KR"/>
        </w:rPr>
      </w:pPr>
      <w:r>
        <w:rPr>
          <w:b/>
          <w:color w:val="111111"/>
          <w:sz w:val="34"/>
          <w:lang w:eastAsia="ko-KR"/>
        </w:rPr>
        <w:t>아르바이트 자기소개서</w:t>
      </w:r>
    </w:p>
    <w:p w14:paraId="422089DA" w14:textId="77777777" w:rsidR="00E131AA" w:rsidRDefault="00000000">
      <w:pPr>
        <w:spacing w:after="60"/>
        <w:jc w:val="center"/>
        <w:rPr>
          <w:lang w:eastAsia="ko-KR"/>
        </w:rPr>
      </w:pPr>
      <w:r>
        <w:rPr>
          <w:color w:val="666666"/>
          <w:sz w:val="16"/>
          <w:lang w:eastAsia="ko-KR"/>
        </w:rPr>
        <w:t>지원동기와 경험, 근무 강점 및 각오를 한 장에 정리하는 아르바이트 지원 서식</w:t>
      </w:r>
    </w:p>
    <w:p w14:paraId="755548FB" w14:textId="77777777" w:rsidR="00E131AA" w:rsidRDefault="00000000">
      <w:pPr>
        <w:spacing w:before="80" w:after="40"/>
      </w:pPr>
      <w:r>
        <w:rPr>
          <w:b/>
          <w:color w:val="222222"/>
          <w:sz w:val="20"/>
        </w:rPr>
        <w:t xml:space="preserve">1. </w:t>
      </w:r>
      <w:proofErr w:type="spellStart"/>
      <w:r>
        <w:rPr>
          <w:b/>
          <w:color w:val="222222"/>
          <w:sz w:val="20"/>
        </w:rPr>
        <w:t>지원자</w:t>
      </w:r>
      <w:proofErr w:type="spellEnd"/>
      <w:r>
        <w:rPr>
          <w:b/>
          <w:color w:val="222222"/>
          <w:sz w:val="20"/>
        </w:rPr>
        <w:t xml:space="preserve"> </w:t>
      </w:r>
      <w:proofErr w:type="spellStart"/>
      <w:r>
        <w:rPr>
          <w:b/>
          <w:color w:val="222222"/>
          <w:sz w:val="20"/>
        </w:rPr>
        <w:t>정보</w:t>
      </w:r>
      <w:proofErr w:type="spellEnd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32"/>
        <w:gridCol w:w="2632"/>
        <w:gridCol w:w="2632"/>
        <w:gridCol w:w="2632"/>
      </w:tblGrid>
      <w:tr w:rsidR="00E131AA" w14:paraId="453672A6" w14:textId="77777777">
        <w:trPr>
          <w:trHeight w:hRule="exact" w:val="454"/>
          <w:jc w:val="center"/>
        </w:trPr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EEF1F4"/>
            <w:vAlign w:val="center"/>
          </w:tcPr>
          <w:p w14:paraId="63DDCEC0" w14:textId="77777777" w:rsidR="00E131AA" w:rsidRDefault="00000000">
            <w:pPr>
              <w:spacing w:line="240" w:lineRule="auto"/>
              <w:jc w:val="center"/>
            </w:pPr>
            <w:r>
              <w:rPr>
                <w:b/>
                <w:color w:val="333333"/>
                <w:sz w:val="17"/>
              </w:rPr>
              <w:t>성명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4F518878" w14:textId="77777777" w:rsidR="00E131AA" w:rsidRDefault="00E131AA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EEF1F4"/>
            <w:vAlign w:val="center"/>
          </w:tcPr>
          <w:p w14:paraId="05ED52F1" w14:textId="77777777" w:rsidR="00E131AA" w:rsidRDefault="00000000">
            <w:pPr>
              <w:spacing w:line="240" w:lineRule="auto"/>
              <w:jc w:val="center"/>
            </w:pPr>
            <w:r>
              <w:rPr>
                <w:b/>
                <w:color w:val="333333"/>
                <w:sz w:val="17"/>
              </w:rPr>
              <w:t>연락처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7C9397E0" w14:textId="77777777" w:rsidR="00E131AA" w:rsidRDefault="00E131AA">
            <w:pPr>
              <w:spacing w:line="240" w:lineRule="auto"/>
            </w:pPr>
          </w:p>
        </w:tc>
      </w:tr>
      <w:tr w:rsidR="00E131AA" w14:paraId="316E5571" w14:textId="77777777">
        <w:trPr>
          <w:trHeight w:hRule="exact" w:val="454"/>
          <w:jc w:val="center"/>
        </w:trPr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EEF1F4"/>
            <w:vAlign w:val="center"/>
          </w:tcPr>
          <w:p w14:paraId="54D910F6" w14:textId="77777777" w:rsidR="00E131AA" w:rsidRDefault="00000000">
            <w:pPr>
              <w:spacing w:line="240" w:lineRule="auto"/>
              <w:jc w:val="center"/>
            </w:pPr>
            <w:r>
              <w:rPr>
                <w:b/>
                <w:color w:val="333333"/>
                <w:sz w:val="17"/>
              </w:rPr>
              <w:t>이메일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266C9239" w14:textId="77777777" w:rsidR="00E131AA" w:rsidRDefault="00E131AA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EEF1F4"/>
            <w:vAlign w:val="center"/>
          </w:tcPr>
          <w:p w14:paraId="2E325AEB" w14:textId="77777777" w:rsidR="00E131AA" w:rsidRDefault="00000000">
            <w:pPr>
              <w:spacing w:line="240" w:lineRule="auto"/>
              <w:jc w:val="center"/>
            </w:pPr>
            <w:r>
              <w:rPr>
                <w:b/>
                <w:color w:val="333333"/>
                <w:sz w:val="17"/>
              </w:rPr>
              <w:t>지원업무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5CD6A46A" w14:textId="77777777" w:rsidR="00E131AA" w:rsidRDefault="00E131AA">
            <w:pPr>
              <w:spacing w:line="240" w:lineRule="auto"/>
            </w:pPr>
          </w:p>
        </w:tc>
      </w:tr>
      <w:tr w:rsidR="00E131AA" w14:paraId="026BE2EF" w14:textId="77777777">
        <w:trPr>
          <w:trHeight w:hRule="exact" w:val="454"/>
          <w:jc w:val="center"/>
        </w:trPr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EEF1F4"/>
            <w:vAlign w:val="center"/>
          </w:tcPr>
          <w:p w14:paraId="70D0AF35" w14:textId="77777777" w:rsidR="00E131AA" w:rsidRDefault="00000000">
            <w:pPr>
              <w:spacing w:line="240" w:lineRule="auto"/>
              <w:jc w:val="center"/>
            </w:pPr>
            <w:r>
              <w:rPr>
                <w:b/>
                <w:color w:val="333333"/>
                <w:sz w:val="17"/>
              </w:rPr>
              <w:t>근무가능기간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10DE7852" w14:textId="77777777" w:rsidR="00E131AA" w:rsidRDefault="00E131AA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EEF1F4"/>
            <w:vAlign w:val="center"/>
          </w:tcPr>
          <w:p w14:paraId="41BAA334" w14:textId="77777777" w:rsidR="00E131AA" w:rsidRDefault="00000000">
            <w:pPr>
              <w:spacing w:line="240" w:lineRule="auto"/>
              <w:jc w:val="center"/>
            </w:pPr>
            <w:r>
              <w:rPr>
                <w:b/>
                <w:color w:val="333333"/>
                <w:sz w:val="17"/>
              </w:rPr>
              <w:t>근무가능시간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3013CB52" w14:textId="77777777" w:rsidR="00E131AA" w:rsidRDefault="00E131AA">
            <w:pPr>
              <w:spacing w:line="240" w:lineRule="auto"/>
            </w:pPr>
          </w:p>
        </w:tc>
      </w:tr>
    </w:tbl>
    <w:p w14:paraId="7FED8BA4" w14:textId="77777777" w:rsidR="00E131AA" w:rsidRDefault="00000000">
      <w:pPr>
        <w:spacing w:before="80" w:after="40"/>
      </w:pPr>
      <w:r>
        <w:rPr>
          <w:b/>
          <w:color w:val="222222"/>
          <w:sz w:val="20"/>
        </w:rPr>
        <w:t>2. 지원동기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528"/>
      </w:tblGrid>
      <w:tr w:rsidR="00E131AA" w14:paraId="0F3AC890" w14:textId="77777777">
        <w:trPr>
          <w:trHeight w:hRule="exact" w:val="1531"/>
          <w:jc w:val="center"/>
        </w:trPr>
        <w:tc>
          <w:tcPr>
            <w:tcW w:w="10312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571301D9" w14:textId="77777777" w:rsidR="00E131AA" w:rsidRDefault="00E131AA">
            <w:pPr>
              <w:spacing w:line="240" w:lineRule="auto"/>
            </w:pPr>
          </w:p>
        </w:tc>
      </w:tr>
    </w:tbl>
    <w:p w14:paraId="5D2CF0E9" w14:textId="77777777" w:rsidR="00E131AA" w:rsidRDefault="00000000">
      <w:pPr>
        <w:spacing w:before="80" w:after="40"/>
      </w:pPr>
      <w:r>
        <w:rPr>
          <w:b/>
          <w:color w:val="222222"/>
          <w:sz w:val="20"/>
        </w:rPr>
        <w:t>3. 경험 · 활동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32"/>
        <w:gridCol w:w="2632"/>
        <w:gridCol w:w="2632"/>
        <w:gridCol w:w="2632"/>
      </w:tblGrid>
      <w:tr w:rsidR="00E131AA" w14:paraId="235B167B" w14:textId="77777777">
        <w:trPr>
          <w:trHeight w:hRule="exact" w:val="369"/>
          <w:jc w:val="center"/>
        </w:trPr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EEF1F4"/>
            <w:vAlign w:val="center"/>
          </w:tcPr>
          <w:p w14:paraId="2023081E" w14:textId="77777777" w:rsidR="00E131AA" w:rsidRDefault="00000000">
            <w:pPr>
              <w:spacing w:line="240" w:lineRule="auto"/>
              <w:jc w:val="center"/>
            </w:pPr>
            <w:r>
              <w:rPr>
                <w:b/>
                <w:color w:val="333333"/>
                <w:sz w:val="16"/>
              </w:rPr>
              <w:t>기간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EEF1F4"/>
            <w:vAlign w:val="center"/>
          </w:tcPr>
          <w:p w14:paraId="7AFB28D5" w14:textId="77777777" w:rsidR="00E131AA" w:rsidRDefault="00000000">
            <w:pPr>
              <w:spacing w:line="240" w:lineRule="auto"/>
              <w:jc w:val="center"/>
            </w:pPr>
            <w:r>
              <w:rPr>
                <w:b/>
                <w:color w:val="333333"/>
                <w:sz w:val="16"/>
              </w:rPr>
              <w:t>근무처 / 활동명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EEF1F4"/>
            <w:vAlign w:val="center"/>
          </w:tcPr>
          <w:p w14:paraId="105A6D97" w14:textId="77777777" w:rsidR="00E131AA" w:rsidRDefault="00000000">
            <w:pPr>
              <w:spacing w:line="240" w:lineRule="auto"/>
              <w:jc w:val="center"/>
            </w:pPr>
            <w:r>
              <w:rPr>
                <w:b/>
                <w:color w:val="333333"/>
                <w:sz w:val="16"/>
              </w:rPr>
              <w:t>담당 역할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EEF1F4"/>
            <w:vAlign w:val="center"/>
          </w:tcPr>
          <w:p w14:paraId="782AF738" w14:textId="77777777" w:rsidR="00E131AA" w:rsidRDefault="00000000">
            <w:pPr>
              <w:spacing w:line="240" w:lineRule="auto"/>
              <w:jc w:val="center"/>
            </w:pPr>
            <w:r>
              <w:rPr>
                <w:b/>
                <w:color w:val="333333"/>
                <w:sz w:val="16"/>
              </w:rPr>
              <w:t>주요 내용</w:t>
            </w:r>
          </w:p>
        </w:tc>
      </w:tr>
      <w:tr w:rsidR="00E131AA" w14:paraId="3283DC75" w14:textId="77777777">
        <w:trPr>
          <w:trHeight w:hRule="exact" w:val="510"/>
          <w:jc w:val="center"/>
        </w:trPr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787A3F54" w14:textId="77777777" w:rsidR="00E131AA" w:rsidRDefault="00E131AA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04DC60C5" w14:textId="77777777" w:rsidR="00E131AA" w:rsidRDefault="00E131AA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157924BC" w14:textId="77777777" w:rsidR="00E131AA" w:rsidRDefault="00E131AA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6382F87E" w14:textId="77777777" w:rsidR="00E131AA" w:rsidRDefault="00E131AA">
            <w:pPr>
              <w:spacing w:line="240" w:lineRule="auto"/>
            </w:pPr>
          </w:p>
        </w:tc>
      </w:tr>
      <w:tr w:rsidR="00E131AA" w14:paraId="01A70051" w14:textId="77777777">
        <w:trPr>
          <w:trHeight w:hRule="exact" w:val="510"/>
          <w:jc w:val="center"/>
        </w:trPr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07AD3073" w14:textId="77777777" w:rsidR="00E131AA" w:rsidRDefault="00E131AA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1A286B3F" w14:textId="77777777" w:rsidR="00E131AA" w:rsidRDefault="00E131AA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1BA6FD98" w14:textId="77777777" w:rsidR="00E131AA" w:rsidRDefault="00E131AA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705B826A" w14:textId="77777777" w:rsidR="00E131AA" w:rsidRDefault="00E131AA">
            <w:pPr>
              <w:spacing w:line="240" w:lineRule="auto"/>
            </w:pPr>
          </w:p>
        </w:tc>
      </w:tr>
      <w:tr w:rsidR="00E131AA" w14:paraId="7ED1D71D" w14:textId="77777777">
        <w:trPr>
          <w:trHeight w:hRule="exact" w:val="510"/>
          <w:jc w:val="center"/>
        </w:trPr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7EC3D4CD" w14:textId="77777777" w:rsidR="00E131AA" w:rsidRDefault="00E131AA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39C7B136" w14:textId="77777777" w:rsidR="00E131AA" w:rsidRDefault="00E131AA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3CE649D9" w14:textId="77777777" w:rsidR="00E131AA" w:rsidRDefault="00E131AA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69ABCC84" w14:textId="77777777" w:rsidR="00E131AA" w:rsidRDefault="00E131AA">
            <w:pPr>
              <w:spacing w:line="240" w:lineRule="auto"/>
            </w:pPr>
          </w:p>
        </w:tc>
      </w:tr>
    </w:tbl>
    <w:p w14:paraId="53367AB4" w14:textId="77777777" w:rsidR="00E131AA" w:rsidRDefault="00000000">
      <w:pPr>
        <w:spacing w:before="80" w:after="40"/>
      </w:pPr>
      <w:r>
        <w:rPr>
          <w:b/>
          <w:color w:val="222222"/>
          <w:sz w:val="20"/>
        </w:rPr>
        <w:t>4. 나의 강점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32"/>
        <w:gridCol w:w="2632"/>
        <w:gridCol w:w="2632"/>
        <w:gridCol w:w="2632"/>
      </w:tblGrid>
      <w:tr w:rsidR="00E131AA" w14:paraId="34EFE901" w14:textId="77777777">
        <w:trPr>
          <w:trHeight w:hRule="exact" w:val="369"/>
          <w:jc w:val="center"/>
        </w:trPr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EEF1F4"/>
            <w:vAlign w:val="center"/>
          </w:tcPr>
          <w:p w14:paraId="6C0E3F4D" w14:textId="77777777" w:rsidR="00E131AA" w:rsidRDefault="00000000">
            <w:pPr>
              <w:spacing w:line="240" w:lineRule="auto"/>
              <w:jc w:val="center"/>
            </w:pPr>
            <w:r>
              <w:rPr>
                <w:b/>
                <w:color w:val="333333"/>
                <w:sz w:val="16"/>
              </w:rPr>
              <w:t>성실성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EEF1F4"/>
            <w:vAlign w:val="center"/>
          </w:tcPr>
          <w:p w14:paraId="799F6D19" w14:textId="77777777" w:rsidR="00E131AA" w:rsidRDefault="00000000">
            <w:pPr>
              <w:spacing w:line="240" w:lineRule="auto"/>
              <w:jc w:val="center"/>
            </w:pPr>
            <w:r>
              <w:rPr>
                <w:b/>
                <w:color w:val="333333"/>
                <w:sz w:val="16"/>
              </w:rPr>
              <w:t>고객응대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EEF1F4"/>
            <w:vAlign w:val="center"/>
          </w:tcPr>
          <w:p w14:paraId="7429494C" w14:textId="77777777" w:rsidR="00E131AA" w:rsidRDefault="00000000">
            <w:pPr>
              <w:spacing w:line="240" w:lineRule="auto"/>
              <w:jc w:val="center"/>
            </w:pPr>
            <w:r>
              <w:rPr>
                <w:b/>
                <w:color w:val="333333"/>
                <w:sz w:val="16"/>
              </w:rPr>
              <w:t>협업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EEF1F4"/>
            <w:vAlign w:val="center"/>
          </w:tcPr>
          <w:p w14:paraId="6EEDD421" w14:textId="77777777" w:rsidR="00E131AA" w:rsidRDefault="00000000">
            <w:pPr>
              <w:spacing w:line="240" w:lineRule="auto"/>
              <w:jc w:val="center"/>
            </w:pPr>
            <w:r>
              <w:rPr>
                <w:b/>
                <w:color w:val="333333"/>
                <w:sz w:val="16"/>
              </w:rPr>
              <w:t>기타 강점</w:t>
            </w:r>
          </w:p>
        </w:tc>
      </w:tr>
      <w:tr w:rsidR="00E131AA" w14:paraId="7B7C87FB" w14:textId="77777777">
        <w:trPr>
          <w:trHeight w:hRule="exact" w:val="680"/>
          <w:jc w:val="center"/>
        </w:trPr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72CA9E4E" w14:textId="77777777" w:rsidR="00E131AA" w:rsidRDefault="00E131AA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62281975" w14:textId="77777777" w:rsidR="00E131AA" w:rsidRDefault="00E131AA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376598E9" w14:textId="77777777" w:rsidR="00E131AA" w:rsidRDefault="00E131AA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4FA802B4" w14:textId="77777777" w:rsidR="00E131AA" w:rsidRDefault="00E131AA">
            <w:pPr>
              <w:spacing w:line="240" w:lineRule="auto"/>
            </w:pPr>
          </w:p>
        </w:tc>
      </w:tr>
    </w:tbl>
    <w:p w14:paraId="7379AB28" w14:textId="77777777" w:rsidR="00E131AA" w:rsidRDefault="00000000">
      <w:pPr>
        <w:spacing w:before="80" w:after="40"/>
      </w:pPr>
      <w:r>
        <w:rPr>
          <w:b/>
          <w:color w:val="222222"/>
          <w:sz w:val="20"/>
        </w:rPr>
        <w:t>5. 근무 각오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528"/>
      </w:tblGrid>
      <w:tr w:rsidR="00E131AA" w14:paraId="52B527A2" w14:textId="77777777" w:rsidTr="00BC0598">
        <w:trPr>
          <w:trHeight w:hRule="exact" w:val="2005"/>
          <w:jc w:val="center"/>
        </w:trPr>
        <w:tc>
          <w:tcPr>
            <w:tcW w:w="10312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1DA80ADB" w14:textId="77777777" w:rsidR="00E131AA" w:rsidRDefault="00E131AA">
            <w:pPr>
              <w:spacing w:line="240" w:lineRule="auto"/>
            </w:pPr>
          </w:p>
        </w:tc>
      </w:tr>
    </w:tbl>
    <w:p w14:paraId="1BDD8964" w14:textId="77777777" w:rsidR="00BC0598" w:rsidRDefault="00BC0598">
      <w:pPr>
        <w:spacing w:before="100"/>
        <w:jc w:val="center"/>
        <w:rPr>
          <w:color w:val="555555"/>
          <w:sz w:val="16"/>
        </w:rPr>
      </w:pPr>
    </w:p>
    <w:p w14:paraId="38607C74" w14:textId="77777777" w:rsidR="00BC0598" w:rsidRDefault="00BC0598">
      <w:pPr>
        <w:spacing w:before="100"/>
        <w:jc w:val="center"/>
        <w:rPr>
          <w:color w:val="555555"/>
          <w:sz w:val="16"/>
        </w:rPr>
      </w:pPr>
    </w:p>
    <w:p w14:paraId="0ABE54E9" w14:textId="1CEC82BE" w:rsidR="00E131AA" w:rsidRDefault="00000000">
      <w:pPr>
        <w:spacing w:before="100"/>
        <w:jc w:val="center"/>
      </w:pPr>
      <w:r>
        <w:rPr>
          <w:color w:val="555555"/>
          <w:sz w:val="16"/>
        </w:rPr>
        <w:t>20    년    월    일    지원자: __________________ (서명)</w:t>
      </w:r>
    </w:p>
    <w:sectPr w:rsidR="00E131AA" w:rsidSect="00034616">
      <w:pgSz w:w="12240" w:h="15840"/>
      <w:pgMar w:top="680" w:right="964" w:bottom="56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6451892">
    <w:abstractNumId w:val="8"/>
  </w:num>
  <w:num w:numId="2" w16cid:durableId="1208952229">
    <w:abstractNumId w:val="6"/>
  </w:num>
  <w:num w:numId="3" w16cid:durableId="2010861757">
    <w:abstractNumId w:val="5"/>
  </w:num>
  <w:num w:numId="4" w16cid:durableId="1750036225">
    <w:abstractNumId w:val="4"/>
  </w:num>
  <w:num w:numId="5" w16cid:durableId="706874583">
    <w:abstractNumId w:val="7"/>
  </w:num>
  <w:num w:numId="6" w16cid:durableId="144127742">
    <w:abstractNumId w:val="3"/>
  </w:num>
  <w:num w:numId="7" w16cid:durableId="1075326011">
    <w:abstractNumId w:val="2"/>
  </w:num>
  <w:num w:numId="8" w16cid:durableId="1178038503">
    <w:abstractNumId w:val="1"/>
  </w:num>
  <w:num w:numId="9" w16cid:durableId="844325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62318"/>
    <w:rsid w:val="00AA1D8D"/>
    <w:rsid w:val="00B47730"/>
    <w:rsid w:val="00BC0598"/>
    <w:rsid w:val="00CB0664"/>
    <w:rsid w:val="00E131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0BCB97"/>
  <w14:defaultImageDpi w14:val="300"/>
  <w15:docId w15:val="{44D2FA51-76A4-4A66-8E06-B5A44FE3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맑은 고딕" w:eastAsia="맑은 고딕" w:hAnsi="맑은 고딕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2026-08-25T02:30:00Z</dcterms:modified>
  <cp:category/>
</cp:coreProperties>
</file>