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2"/>
        <w:gridCol w:w="5216"/>
      </w:tblGrid>
      <w:tr w:rsidR="00A01A77" w14:paraId="6A2EAFB1" w14:textId="77777777">
        <w:trPr>
          <w:trHeight w:val="567"/>
          <w:jc w:val="center"/>
        </w:trPr>
        <w:tc>
          <w:tcPr>
            <w:tcW w:w="510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9419692" w14:textId="77777777" w:rsidR="00A01A77" w:rsidRDefault="00000000">
            <w:r>
              <w:rPr>
                <w:b/>
                <w:color w:val="315F87"/>
                <w:sz w:val="20"/>
              </w:rPr>
              <w:t>SIMPLE RESUME</w:t>
            </w:r>
          </w:p>
        </w:tc>
        <w:tc>
          <w:tcPr>
            <w:tcW w:w="521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43A4325" w14:textId="77777777" w:rsidR="00A01A77" w:rsidRDefault="00000000">
            <w:pPr>
              <w:jc w:val="right"/>
            </w:pPr>
            <w:r>
              <w:rPr>
                <w:b/>
                <w:sz w:val="36"/>
              </w:rPr>
              <w:t>심플 이력서</w:t>
            </w:r>
          </w:p>
        </w:tc>
      </w:tr>
    </w:tbl>
    <w:p w14:paraId="1C16FD8F" w14:textId="77777777" w:rsidR="00A01A77" w:rsidRDefault="00000000">
      <w:pPr>
        <w:spacing w:after="100"/>
        <w:rPr>
          <w:lang w:eastAsia="ko-KR"/>
        </w:rPr>
      </w:pPr>
      <w:r>
        <w:rPr>
          <w:color w:val="697887"/>
          <w:lang w:eastAsia="ko-KR"/>
        </w:rPr>
        <w:t>기본 정보와 경력, 역량을 한 장에 깔끔하게 정리하는 간결한 이력서</w:t>
      </w:r>
    </w:p>
    <w:p w14:paraId="390A0BC6" w14:textId="77777777" w:rsidR="00A01A77" w:rsidRDefault="00000000">
      <w:pPr>
        <w:spacing w:before="100" w:after="60"/>
      </w:pPr>
      <w:proofErr w:type="gramStart"/>
      <w:r>
        <w:rPr>
          <w:b/>
          <w:color w:val="315F87"/>
          <w:sz w:val="20"/>
        </w:rPr>
        <w:t xml:space="preserve">01  </w:t>
      </w:r>
      <w:proofErr w:type="spellStart"/>
      <w:r>
        <w:rPr>
          <w:b/>
          <w:color w:val="315F87"/>
          <w:sz w:val="20"/>
        </w:rPr>
        <w:t>지원</w:t>
      </w:r>
      <w:proofErr w:type="spellEnd"/>
      <w:proofErr w:type="gramEnd"/>
      <w:r>
        <w:rPr>
          <w:b/>
          <w:color w:val="315F87"/>
          <w:sz w:val="20"/>
        </w:rPr>
        <w:t xml:space="preserve"> · </w:t>
      </w:r>
      <w:proofErr w:type="spellStart"/>
      <w:r>
        <w:rPr>
          <w:b/>
          <w:color w:val="315F87"/>
          <w:sz w:val="20"/>
        </w:rPr>
        <w:t>기본</w:t>
      </w:r>
      <w:proofErr w:type="spellEnd"/>
      <w:r>
        <w:rPr>
          <w:b/>
          <w:color w:val="315F87"/>
          <w:sz w:val="20"/>
        </w:rPr>
        <w:t xml:space="preserve">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A01A77" w14:paraId="65965C3B" w14:textId="77777777">
        <w:trPr>
          <w:trHeight w:val="567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517286F1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지원분야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1AFA77D" w14:textId="77777777" w:rsidR="00A01A77" w:rsidRDefault="00A01A77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3AB93B61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입사가능일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F27D153" w14:textId="77777777" w:rsidR="00A01A77" w:rsidRDefault="00A01A77">
            <w:pPr>
              <w:spacing w:after="0"/>
            </w:pPr>
          </w:p>
        </w:tc>
      </w:tr>
      <w:tr w:rsidR="00A01A77" w14:paraId="26FB4AA8" w14:textId="77777777">
        <w:trPr>
          <w:trHeight w:val="567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545D1FAB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성명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1394D3F7" w14:textId="77777777" w:rsidR="00A01A77" w:rsidRDefault="00A01A77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4F947356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연락처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D198476" w14:textId="77777777" w:rsidR="00A01A77" w:rsidRDefault="00A01A77">
            <w:pPr>
              <w:spacing w:after="0"/>
            </w:pPr>
          </w:p>
        </w:tc>
      </w:tr>
      <w:tr w:rsidR="00A01A77" w14:paraId="70F2BF11" w14:textId="77777777">
        <w:trPr>
          <w:trHeight w:val="567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116BD3D2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이메일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0A9C905" w14:textId="77777777" w:rsidR="00A01A77" w:rsidRDefault="00A01A77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3C91CBB0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주소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03FF6FB" w14:textId="77777777" w:rsidR="00A01A77" w:rsidRDefault="00A01A77">
            <w:pPr>
              <w:spacing w:after="0"/>
            </w:pPr>
          </w:p>
        </w:tc>
      </w:tr>
    </w:tbl>
    <w:p w14:paraId="2B98DEBF" w14:textId="77777777" w:rsidR="00A01A77" w:rsidRDefault="00000000">
      <w:pPr>
        <w:spacing w:before="100" w:after="60"/>
      </w:pPr>
      <w:r>
        <w:rPr>
          <w:b/>
          <w:color w:val="315F87"/>
          <w:sz w:val="20"/>
        </w:rPr>
        <w:t>02  학력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3118"/>
        <w:gridCol w:w="2551"/>
        <w:gridCol w:w="2268"/>
      </w:tblGrid>
      <w:tr w:rsidR="00A01A77" w14:paraId="1C9D9FF2" w14:textId="77777777">
        <w:trPr>
          <w:trHeight w:val="454"/>
          <w:jc w:val="center"/>
        </w:trPr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22A60AB3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56F5292D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학교명</w:t>
            </w: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16398D60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전공</w:t>
            </w:r>
          </w:p>
        </w:tc>
        <w:tc>
          <w:tcPr>
            <w:tcW w:w="226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38F1502D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졸업구분</w:t>
            </w:r>
          </w:p>
        </w:tc>
      </w:tr>
      <w:tr w:rsidR="00A01A77" w14:paraId="078329BD" w14:textId="77777777" w:rsidTr="008C4CC3">
        <w:trPr>
          <w:trHeight w:val="494"/>
          <w:jc w:val="center"/>
        </w:trPr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60DD955" w14:textId="77777777" w:rsidR="00A01A77" w:rsidRDefault="00A01A77">
            <w:pPr>
              <w:spacing w:after="0"/>
            </w:pP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C578A97" w14:textId="77777777" w:rsidR="00A01A77" w:rsidRDefault="00A01A77">
            <w:pPr>
              <w:spacing w:after="0"/>
            </w:pP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56C8E3D" w14:textId="77777777" w:rsidR="00A01A77" w:rsidRDefault="00A01A77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099634C" w14:textId="77777777" w:rsidR="00A01A77" w:rsidRDefault="00A01A77">
            <w:pPr>
              <w:spacing w:after="0"/>
            </w:pPr>
          </w:p>
        </w:tc>
      </w:tr>
      <w:tr w:rsidR="00A01A77" w14:paraId="146297DA" w14:textId="77777777" w:rsidTr="008C4CC3">
        <w:trPr>
          <w:trHeight w:val="545"/>
          <w:jc w:val="center"/>
        </w:trPr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DE4E3F1" w14:textId="77777777" w:rsidR="00A01A77" w:rsidRDefault="00A01A77">
            <w:pPr>
              <w:spacing w:after="0"/>
            </w:pP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1097BCD" w14:textId="77777777" w:rsidR="00A01A77" w:rsidRDefault="00A01A77">
            <w:pPr>
              <w:spacing w:after="0"/>
            </w:pP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3DF4CDA" w14:textId="77777777" w:rsidR="00A01A77" w:rsidRDefault="00A01A77">
            <w:pPr>
              <w:spacing w:after="0"/>
            </w:pPr>
          </w:p>
        </w:tc>
        <w:tc>
          <w:tcPr>
            <w:tcW w:w="226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89417D1" w14:textId="77777777" w:rsidR="00A01A77" w:rsidRDefault="00A01A77">
            <w:pPr>
              <w:spacing w:after="0"/>
            </w:pPr>
          </w:p>
        </w:tc>
      </w:tr>
    </w:tbl>
    <w:p w14:paraId="25684164" w14:textId="77777777" w:rsidR="00A01A77" w:rsidRDefault="00000000">
      <w:pPr>
        <w:spacing w:before="100" w:after="60"/>
      </w:pPr>
      <w:proofErr w:type="gramStart"/>
      <w:r>
        <w:rPr>
          <w:b/>
          <w:color w:val="315F87"/>
          <w:sz w:val="20"/>
        </w:rPr>
        <w:t>03  경력</w:t>
      </w:r>
      <w:proofErr w:type="gramEnd"/>
      <w:r>
        <w:rPr>
          <w:b/>
          <w:color w:val="315F87"/>
          <w:sz w:val="20"/>
        </w:rPr>
        <w:t xml:space="preserve"> · 경험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2608"/>
        <w:gridCol w:w="2381"/>
        <w:gridCol w:w="3118"/>
      </w:tblGrid>
      <w:tr w:rsidR="00A01A77" w14:paraId="0940949B" w14:textId="77777777">
        <w:trPr>
          <w:trHeight w:val="454"/>
          <w:jc w:val="center"/>
        </w:trPr>
        <w:tc>
          <w:tcPr>
            <w:tcW w:w="221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2BA15FD6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기간</w:t>
            </w:r>
          </w:p>
        </w:tc>
        <w:tc>
          <w:tcPr>
            <w:tcW w:w="260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68E66BA8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회사·기관명</w:t>
            </w:r>
          </w:p>
        </w:tc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6ABD00D8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부서 / 역할</w:t>
            </w: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6FD63F20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주요 내용</w:t>
            </w:r>
          </w:p>
        </w:tc>
      </w:tr>
      <w:tr w:rsidR="00A01A77" w14:paraId="218ADD64" w14:textId="77777777" w:rsidTr="008C4CC3">
        <w:trPr>
          <w:trHeight w:val="511"/>
          <w:jc w:val="center"/>
        </w:trPr>
        <w:tc>
          <w:tcPr>
            <w:tcW w:w="221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D91BA08" w14:textId="77777777" w:rsidR="00A01A77" w:rsidRDefault="00A01A77">
            <w:pPr>
              <w:spacing w:after="0"/>
            </w:pPr>
          </w:p>
        </w:tc>
        <w:tc>
          <w:tcPr>
            <w:tcW w:w="260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2A9A6F78" w14:textId="77777777" w:rsidR="00A01A77" w:rsidRDefault="00A01A77">
            <w:pPr>
              <w:spacing w:after="0"/>
            </w:pPr>
          </w:p>
        </w:tc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1B308AB" w14:textId="77777777" w:rsidR="00A01A77" w:rsidRDefault="00A01A77">
            <w:pPr>
              <w:spacing w:after="0"/>
            </w:pP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C6032D4" w14:textId="77777777" w:rsidR="00A01A77" w:rsidRDefault="00A01A77">
            <w:pPr>
              <w:spacing w:after="0"/>
            </w:pPr>
          </w:p>
        </w:tc>
      </w:tr>
      <w:tr w:rsidR="00A01A77" w14:paraId="66889E65" w14:textId="77777777" w:rsidTr="008C4CC3">
        <w:trPr>
          <w:trHeight w:val="561"/>
          <w:jc w:val="center"/>
        </w:trPr>
        <w:tc>
          <w:tcPr>
            <w:tcW w:w="221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75BFECC" w14:textId="77777777" w:rsidR="00A01A77" w:rsidRDefault="00A01A77">
            <w:pPr>
              <w:spacing w:after="0"/>
            </w:pPr>
          </w:p>
        </w:tc>
        <w:tc>
          <w:tcPr>
            <w:tcW w:w="260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F4ABE29" w14:textId="77777777" w:rsidR="00A01A77" w:rsidRDefault="00A01A77">
            <w:pPr>
              <w:spacing w:after="0"/>
            </w:pPr>
          </w:p>
        </w:tc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16E13E0" w14:textId="77777777" w:rsidR="00A01A77" w:rsidRDefault="00A01A77">
            <w:pPr>
              <w:spacing w:after="0"/>
            </w:pP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6FD17D8" w14:textId="77777777" w:rsidR="00A01A77" w:rsidRDefault="00A01A77">
            <w:pPr>
              <w:spacing w:after="0"/>
            </w:pPr>
          </w:p>
        </w:tc>
      </w:tr>
      <w:tr w:rsidR="00A01A77" w14:paraId="232D6D7E" w14:textId="77777777" w:rsidTr="008C4CC3">
        <w:trPr>
          <w:trHeight w:val="541"/>
          <w:jc w:val="center"/>
        </w:trPr>
        <w:tc>
          <w:tcPr>
            <w:tcW w:w="221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223187D9" w14:textId="77777777" w:rsidR="00A01A77" w:rsidRDefault="00A01A77">
            <w:pPr>
              <w:spacing w:after="0"/>
            </w:pPr>
          </w:p>
        </w:tc>
        <w:tc>
          <w:tcPr>
            <w:tcW w:w="260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61354CAC" w14:textId="77777777" w:rsidR="00A01A77" w:rsidRDefault="00A01A77">
            <w:pPr>
              <w:spacing w:after="0"/>
            </w:pPr>
          </w:p>
        </w:tc>
        <w:tc>
          <w:tcPr>
            <w:tcW w:w="238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54CB4F34" w14:textId="77777777" w:rsidR="00A01A77" w:rsidRDefault="00A01A77">
            <w:pPr>
              <w:spacing w:after="0"/>
            </w:pPr>
          </w:p>
        </w:tc>
        <w:tc>
          <w:tcPr>
            <w:tcW w:w="3118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16AA6D3D" w14:textId="77777777" w:rsidR="00A01A77" w:rsidRDefault="00A01A77">
            <w:pPr>
              <w:spacing w:after="0"/>
            </w:pPr>
          </w:p>
        </w:tc>
      </w:tr>
    </w:tbl>
    <w:p w14:paraId="20CE3452" w14:textId="77777777" w:rsidR="00A01A77" w:rsidRDefault="00000000">
      <w:pPr>
        <w:spacing w:before="100" w:after="60"/>
      </w:pPr>
      <w:proofErr w:type="gramStart"/>
      <w:r>
        <w:rPr>
          <w:b/>
          <w:color w:val="315F87"/>
          <w:sz w:val="20"/>
        </w:rPr>
        <w:t>04  자격</w:t>
      </w:r>
      <w:proofErr w:type="gramEnd"/>
      <w:r>
        <w:rPr>
          <w:b/>
          <w:color w:val="315F87"/>
          <w:sz w:val="20"/>
        </w:rPr>
        <w:t xml:space="preserve"> · 교육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3515"/>
        <w:gridCol w:w="2551"/>
        <w:gridCol w:w="2665"/>
      </w:tblGrid>
      <w:tr w:rsidR="00A01A77" w14:paraId="3E11D18C" w14:textId="77777777">
        <w:trPr>
          <w:trHeight w:val="454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21B9F473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구분</w:t>
            </w:r>
          </w:p>
        </w:tc>
        <w:tc>
          <w:tcPr>
            <w:tcW w:w="351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75E39E44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자격·교육명</w:t>
            </w: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383B8346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취득·수료일</w:t>
            </w:r>
          </w:p>
        </w:tc>
        <w:tc>
          <w:tcPr>
            <w:tcW w:w="266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5E27F5E9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  <w:sz w:val="16"/>
              </w:rPr>
              <w:t>기관</w:t>
            </w:r>
          </w:p>
        </w:tc>
      </w:tr>
      <w:tr w:rsidR="00A01A77" w14:paraId="1F6EECBE" w14:textId="77777777" w:rsidTr="008C4CC3">
        <w:trPr>
          <w:trHeight w:val="507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CA0C2E6" w14:textId="77777777" w:rsidR="00A01A77" w:rsidRDefault="00A01A77">
            <w:pPr>
              <w:spacing w:after="0"/>
            </w:pPr>
          </w:p>
        </w:tc>
        <w:tc>
          <w:tcPr>
            <w:tcW w:w="351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E61BFA1" w14:textId="77777777" w:rsidR="00A01A77" w:rsidRDefault="00A01A77">
            <w:pPr>
              <w:spacing w:after="0"/>
            </w:pP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170167AC" w14:textId="77777777" w:rsidR="00A01A77" w:rsidRDefault="00A01A77">
            <w:pPr>
              <w:spacing w:after="0"/>
            </w:pPr>
          </w:p>
        </w:tc>
        <w:tc>
          <w:tcPr>
            <w:tcW w:w="266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2BF2DF58" w14:textId="77777777" w:rsidR="00A01A77" w:rsidRDefault="00A01A77">
            <w:pPr>
              <w:spacing w:after="0"/>
            </w:pPr>
          </w:p>
        </w:tc>
      </w:tr>
      <w:tr w:rsidR="00A01A77" w14:paraId="2B936294" w14:textId="77777777" w:rsidTr="008C4CC3">
        <w:trPr>
          <w:trHeight w:val="543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D7CEA38" w14:textId="77777777" w:rsidR="00A01A77" w:rsidRDefault="00A01A77">
            <w:pPr>
              <w:spacing w:after="0"/>
            </w:pPr>
          </w:p>
        </w:tc>
        <w:tc>
          <w:tcPr>
            <w:tcW w:w="351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C326533" w14:textId="77777777" w:rsidR="00A01A77" w:rsidRDefault="00A01A77">
            <w:pPr>
              <w:spacing w:after="0"/>
            </w:pP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4611CEE" w14:textId="77777777" w:rsidR="00A01A77" w:rsidRDefault="00A01A77">
            <w:pPr>
              <w:spacing w:after="0"/>
            </w:pPr>
          </w:p>
        </w:tc>
        <w:tc>
          <w:tcPr>
            <w:tcW w:w="266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C9FDAA2" w14:textId="77777777" w:rsidR="00A01A77" w:rsidRDefault="00A01A77">
            <w:pPr>
              <w:spacing w:after="0"/>
            </w:pPr>
          </w:p>
        </w:tc>
      </w:tr>
      <w:tr w:rsidR="00A01A77" w14:paraId="7F76E71B" w14:textId="77777777" w:rsidTr="008C4CC3">
        <w:trPr>
          <w:trHeight w:val="565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5039868E" w14:textId="77777777" w:rsidR="00A01A77" w:rsidRDefault="00A01A77">
            <w:pPr>
              <w:spacing w:after="0"/>
            </w:pPr>
          </w:p>
        </w:tc>
        <w:tc>
          <w:tcPr>
            <w:tcW w:w="351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9EBD7AB" w14:textId="77777777" w:rsidR="00A01A77" w:rsidRDefault="00A01A77">
            <w:pPr>
              <w:spacing w:after="0"/>
            </w:pPr>
          </w:p>
        </w:tc>
        <w:tc>
          <w:tcPr>
            <w:tcW w:w="2551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7BD8C0A" w14:textId="77777777" w:rsidR="00A01A77" w:rsidRDefault="00A01A77">
            <w:pPr>
              <w:spacing w:after="0"/>
            </w:pPr>
          </w:p>
        </w:tc>
        <w:tc>
          <w:tcPr>
            <w:tcW w:w="2665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DB2626E" w14:textId="77777777" w:rsidR="00A01A77" w:rsidRDefault="00A01A77">
            <w:pPr>
              <w:spacing w:after="0"/>
            </w:pPr>
          </w:p>
        </w:tc>
      </w:tr>
    </w:tbl>
    <w:p w14:paraId="0F8CEC26" w14:textId="77777777" w:rsidR="00A01A77" w:rsidRDefault="00000000">
      <w:pPr>
        <w:spacing w:before="100" w:after="60"/>
      </w:pPr>
      <w:proofErr w:type="gramStart"/>
      <w:r>
        <w:rPr>
          <w:b/>
          <w:color w:val="315F87"/>
          <w:sz w:val="20"/>
        </w:rPr>
        <w:t>05  핵심</w:t>
      </w:r>
      <w:proofErr w:type="gramEnd"/>
      <w:r>
        <w:rPr>
          <w:b/>
          <w:color w:val="315F87"/>
          <w:sz w:val="20"/>
        </w:rPr>
        <w:t xml:space="preserve"> 역량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A01A77" w14:paraId="7AA2B729" w14:textId="77777777" w:rsidTr="008C4CC3">
        <w:trPr>
          <w:trHeight w:val="525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2C4C32AA" w14:textId="77777777" w:rsidR="00A01A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7313C"/>
              </w:rPr>
              <w:t>문서·OA</w:t>
            </w:r>
            <w:proofErr w:type="spellEnd"/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2407AD4" w14:textId="77777777" w:rsidR="00A01A77" w:rsidRDefault="00A01A77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7EB4CD09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외국어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792AD10C" w14:textId="77777777" w:rsidR="00A01A77" w:rsidRDefault="00A01A77">
            <w:pPr>
              <w:spacing w:after="0"/>
            </w:pPr>
          </w:p>
        </w:tc>
      </w:tr>
      <w:tr w:rsidR="00A01A77" w14:paraId="134C49E3" w14:textId="77777777">
        <w:trPr>
          <w:trHeight w:val="567"/>
          <w:jc w:val="center"/>
        </w:trPr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4F599F32" w14:textId="77777777" w:rsidR="00A01A77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7313C"/>
              </w:rPr>
              <w:t>업무</w:t>
            </w:r>
            <w:proofErr w:type="spellEnd"/>
            <w:r>
              <w:rPr>
                <w:b/>
                <w:color w:val="27313C"/>
              </w:rPr>
              <w:t xml:space="preserve"> </w:t>
            </w:r>
            <w:proofErr w:type="spellStart"/>
            <w:r>
              <w:rPr>
                <w:b/>
                <w:color w:val="27313C"/>
              </w:rPr>
              <w:t>강점</w:t>
            </w:r>
            <w:proofErr w:type="spellEnd"/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C3D3262" w14:textId="77777777" w:rsidR="00A01A77" w:rsidRDefault="00A01A77">
            <w:pPr>
              <w:spacing w:after="0"/>
            </w:pPr>
          </w:p>
        </w:tc>
        <w:tc>
          <w:tcPr>
            <w:tcW w:w="1587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EAF1F7"/>
            <w:vAlign w:val="center"/>
          </w:tcPr>
          <w:p w14:paraId="12C29EB0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기타 역량</w:t>
            </w:r>
          </w:p>
        </w:tc>
        <w:tc>
          <w:tcPr>
            <w:tcW w:w="3572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4F4E8B8C" w14:textId="77777777" w:rsidR="00A01A77" w:rsidRDefault="00A01A77">
            <w:pPr>
              <w:spacing w:after="0"/>
            </w:pPr>
          </w:p>
        </w:tc>
      </w:tr>
    </w:tbl>
    <w:p w14:paraId="70BB3CA3" w14:textId="77777777" w:rsidR="00A01A77" w:rsidRDefault="00000000">
      <w:pPr>
        <w:spacing w:before="100" w:after="60"/>
      </w:pPr>
      <w:r>
        <w:rPr>
          <w:b/>
          <w:color w:val="315F87"/>
          <w:sz w:val="20"/>
        </w:rPr>
        <w:t>06  지원동기 · 한줄 소개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8504"/>
      </w:tblGrid>
      <w:tr w:rsidR="00A01A77" w14:paraId="4AE9333D" w14:textId="77777777">
        <w:trPr>
          <w:trHeight w:val="624"/>
          <w:jc w:val="center"/>
        </w:trPr>
        <w:tc>
          <w:tcPr>
            <w:tcW w:w="1814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5A123BBD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지원동기</w:t>
            </w:r>
          </w:p>
        </w:tc>
        <w:tc>
          <w:tcPr>
            <w:tcW w:w="8504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088AABB0" w14:textId="77777777" w:rsidR="00A01A77" w:rsidRDefault="00A01A77">
            <w:pPr>
              <w:spacing w:after="0"/>
            </w:pPr>
          </w:p>
        </w:tc>
      </w:tr>
      <w:tr w:rsidR="00A01A77" w14:paraId="25C379E7" w14:textId="77777777">
        <w:trPr>
          <w:trHeight w:val="624"/>
          <w:jc w:val="center"/>
        </w:trPr>
        <w:tc>
          <w:tcPr>
            <w:tcW w:w="1814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shd w:val="clear" w:color="auto" w:fill="DCE8F2"/>
            <w:vAlign w:val="center"/>
          </w:tcPr>
          <w:p w14:paraId="6F5F7CC1" w14:textId="77777777" w:rsidR="00A01A77" w:rsidRDefault="00000000">
            <w:pPr>
              <w:spacing w:after="0"/>
              <w:jc w:val="center"/>
            </w:pPr>
            <w:r>
              <w:rPr>
                <w:b/>
                <w:color w:val="27313C"/>
              </w:rPr>
              <w:t>한줄 소개</w:t>
            </w:r>
          </w:p>
        </w:tc>
        <w:tc>
          <w:tcPr>
            <w:tcW w:w="8504" w:type="dxa"/>
            <w:tcBorders>
              <w:top w:val="single" w:sz="6" w:space="0" w:color="BFC5CC"/>
              <w:left w:val="single" w:sz="6" w:space="0" w:color="BFC5CC"/>
              <w:bottom w:val="single" w:sz="6" w:space="0" w:color="BFC5CC"/>
              <w:right w:val="single" w:sz="6" w:space="0" w:color="BFC5CC"/>
            </w:tcBorders>
            <w:vAlign w:val="center"/>
          </w:tcPr>
          <w:p w14:paraId="3D41F0E6" w14:textId="77777777" w:rsidR="00A01A77" w:rsidRDefault="00A01A77">
            <w:pPr>
              <w:spacing w:after="0"/>
            </w:pPr>
          </w:p>
        </w:tc>
      </w:tr>
    </w:tbl>
    <w:p w14:paraId="57285E4B" w14:textId="77777777" w:rsidR="00A01A77" w:rsidRDefault="00000000">
      <w:pPr>
        <w:spacing w:before="120"/>
        <w:jc w:val="right"/>
      </w:pPr>
      <w:r>
        <w:rPr>
          <w:color w:val="596A79"/>
          <w:sz w:val="16"/>
        </w:rPr>
        <w:t>20     년     월     일      지원자:                    (서명)</w:t>
      </w:r>
    </w:p>
    <w:sectPr w:rsidR="00A01A77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01DF" w14:textId="77777777" w:rsidR="00487D51" w:rsidRDefault="00487D51" w:rsidP="008C4CC3">
      <w:pPr>
        <w:spacing w:after="0" w:line="240" w:lineRule="auto"/>
      </w:pPr>
      <w:r>
        <w:separator/>
      </w:r>
    </w:p>
  </w:endnote>
  <w:endnote w:type="continuationSeparator" w:id="0">
    <w:p w14:paraId="430152F5" w14:textId="77777777" w:rsidR="00487D51" w:rsidRDefault="00487D51" w:rsidP="008C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B8D92" w14:textId="77777777" w:rsidR="00487D51" w:rsidRDefault="00487D51" w:rsidP="008C4CC3">
      <w:pPr>
        <w:spacing w:after="0" w:line="240" w:lineRule="auto"/>
      </w:pPr>
      <w:r>
        <w:separator/>
      </w:r>
    </w:p>
  </w:footnote>
  <w:footnote w:type="continuationSeparator" w:id="0">
    <w:p w14:paraId="4CEDD383" w14:textId="77777777" w:rsidR="00487D51" w:rsidRDefault="00487D51" w:rsidP="008C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9966036">
    <w:abstractNumId w:val="8"/>
  </w:num>
  <w:num w:numId="2" w16cid:durableId="851064039">
    <w:abstractNumId w:val="6"/>
  </w:num>
  <w:num w:numId="3" w16cid:durableId="1602378205">
    <w:abstractNumId w:val="5"/>
  </w:num>
  <w:num w:numId="4" w16cid:durableId="580678729">
    <w:abstractNumId w:val="4"/>
  </w:num>
  <w:num w:numId="5" w16cid:durableId="1260945047">
    <w:abstractNumId w:val="7"/>
  </w:num>
  <w:num w:numId="6" w16cid:durableId="7025444">
    <w:abstractNumId w:val="3"/>
  </w:num>
  <w:num w:numId="7" w16cid:durableId="1858082244">
    <w:abstractNumId w:val="2"/>
  </w:num>
  <w:num w:numId="8" w16cid:durableId="681979747">
    <w:abstractNumId w:val="1"/>
  </w:num>
  <w:num w:numId="9" w16cid:durableId="85068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7D51"/>
    <w:rsid w:val="00762318"/>
    <w:rsid w:val="008C4CC3"/>
    <w:rsid w:val="00A01A7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873631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2026-08-25T05:28:00Z</dcterms:modified>
  <cp:category/>
</cp:coreProperties>
</file>