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Malgun Gothic" w:hAnsi="Malgun Gothic" w:eastAsia="맑은 고딕"/>
          <w:b/>
          <w:sz w:val="38"/>
        </w:rPr>
        <w:t>이 력 서</w:t>
      </w:r>
    </w:p>
    <w:p>
      <w:pPr>
        <w:spacing w:after="100"/>
        <w:jc w:val="center"/>
      </w:pPr>
      <w:r>
        <w:rPr>
          <w:color w:val="646464"/>
          <w:sz w:val="17"/>
        </w:rPr>
        <w:t>필요한 항목만 간결하게 정리하는 심플 기본형 이력서</w:t>
      </w:r>
    </w:p>
    <w:p>
      <w:pPr>
        <w:spacing w:before="100" w:after="60"/>
      </w:pPr>
      <w:r>
        <w:rPr>
          <w:rFonts w:ascii="Malgun Gothic" w:hAnsi="Malgun Gothic" w:eastAsia="맑은 고딕"/>
          <w:b/>
          <w:color w:val="222222"/>
          <w:sz w:val="20"/>
        </w:rPr>
        <w:t>1. 기본 정보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567" w:hRule="atLeast"/>
        </w:trPr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성명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연락처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  <w:tr>
        <w:trPr>
          <w:trHeight w:val="567" w:hRule="atLeast"/>
        </w:trPr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이메일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주소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  <w:tr>
        <w:trPr>
          <w:trHeight w:val="567" w:hRule="atLeast"/>
        </w:trPr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지원분야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입사가능일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맑은 고딕"/>
          <w:b/>
          <w:color w:val="222222"/>
          <w:sz w:val="20"/>
        </w:rPr>
        <w:t>2. 학력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54" w:hRule="atLeast"/>
        </w:trPr>
        <w:tc>
          <w:tcPr>
            <w:tcW w:type="dxa" w:w="238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기간</w:t>
            </w:r>
          </w:p>
        </w:tc>
        <w:tc>
          <w:tcPr>
            <w:tcW w:type="dxa" w:w="311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학교명</w:t>
            </w:r>
          </w:p>
        </w:tc>
        <w:tc>
          <w:tcPr>
            <w:tcW w:type="dxa" w:w="255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전공</w:t>
            </w:r>
          </w:p>
        </w:tc>
        <w:tc>
          <w:tcPr>
            <w:tcW w:type="dxa" w:w="226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졸업구분</w:t>
            </w:r>
          </w:p>
        </w:tc>
      </w:tr>
      <w:tr>
        <w:trPr>
          <w:trHeight w:val="567" w:hRule="atLeast"/>
        </w:trPr>
        <w:tc>
          <w:tcPr>
            <w:tcW w:type="dxa" w:w="238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311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55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26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  <w:tr>
        <w:trPr>
          <w:trHeight w:val="567" w:hRule="atLeast"/>
        </w:trPr>
        <w:tc>
          <w:tcPr>
            <w:tcW w:type="dxa" w:w="238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311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55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26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맑은 고딕"/>
          <w:b/>
          <w:color w:val="222222"/>
          <w:sz w:val="20"/>
        </w:rPr>
        <w:t>3. 경력 · 경험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54" w:hRule="atLeast"/>
        </w:trPr>
        <w:tc>
          <w:tcPr>
            <w:tcW w:type="dxa" w:w="221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기간</w:t>
            </w:r>
          </w:p>
        </w:tc>
        <w:tc>
          <w:tcPr>
            <w:tcW w:type="dxa" w:w="260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회사·기관명</w:t>
            </w:r>
          </w:p>
        </w:tc>
        <w:tc>
          <w:tcPr>
            <w:tcW w:type="dxa" w:w="238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부서 / 역할</w:t>
            </w:r>
          </w:p>
        </w:tc>
        <w:tc>
          <w:tcPr>
            <w:tcW w:type="dxa" w:w="311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주요 내용</w:t>
            </w:r>
          </w:p>
        </w:tc>
      </w:tr>
      <w:tr>
        <w:trPr>
          <w:trHeight w:val="624" w:hRule="atLeast"/>
        </w:trPr>
        <w:tc>
          <w:tcPr>
            <w:tcW w:type="dxa" w:w="221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60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38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311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  <w:tr>
        <w:trPr>
          <w:trHeight w:val="624" w:hRule="atLeast"/>
        </w:trPr>
        <w:tc>
          <w:tcPr>
            <w:tcW w:type="dxa" w:w="221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60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38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311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  <w:tr>
        <w:trPr>
          <w:trHeight w:val="624" w:hRule="atLeast"/>
        </w:trPr>
        <w:tc>
          <w:tcPr>
            <w:tcW w:type="dxa" w:w="221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60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38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3118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맑은 고딕"/>
          <w:b/>
          <w:color w:val="222222"/>
          <w:sz w:val="20"/>
        </w:rPr>
        <w:t>4. 자격 · 교육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54" w:hRule="atLeast"/>
        </w:trPr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구분</w:t>
            </w:r>
          </w:p>
        </w:tc>
        <w:tc>
          <w:tcPr>
            <w:tcW w:type="dxa" w:w="3515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자격·교육명</w:t>
            </w:r>
          </w:p>
        </w:tc>
        <w:tc>
          <w:tcPr>
            <w:tcW w:type="dxa" w:w="255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취득·수료일</w:t>
            </w:r>
          </w:p>
        </w:tc>
        <w:tc>
          <w:tcPr>
            <w:tcW w:type="dxa" w:w="2665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E8EAEC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6"/>
              </w:rPr>
              <w:t>기관</w:t>
            </w:r>
          </w:p>
        </w:tc>
      </w:tr>
      <w:tr>
        <w:trPr>
          <w:trHeight w:val="624" w:hRule="atLeast"/>
        </w:trPr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3515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55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665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  <w:tr>
        <w:trPr>
          <w:trHeight w:val="624" w:hRule="atLeast"/>
        </w:trPr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3515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55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665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  <w:tr>
        <w:trPr>
          <w:trHeight w:val="624" w:hRule="atLeast"/>
        </w:trPr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3515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551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2665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맑은 고딕"/>
          <w:b/>
          <w:color w:val="222222"/>
          <w:sz w:val="20"/>
        </w:rPr>
        <w:t>5. 보유 역량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567" w:hRule="atLeast"/>
        </w:trPr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문서·OA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외국어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  <w:tr>
        <w:trPr>
          <w:trHeight w:val="567" w:hRule="atLeast"/>
        </w:trPr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업무 강점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  <w:tc>
          <w:tcPr>
            <w:tcW w:type="dxa" w:w="1587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기타 역량</w:t>
            </w:r>
          </w:p>
        </w:tc>
        <w:tc>
          <w:tcPr>
            <w:tcW w:type="dxa" w:w="3572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맑은 고딕"/>
          <w:b/>
          <w:color w:val="222222"/>
          <w:sz w:val="20"/>
        </w:rPr>
        <w:t>6. 간단 소개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624" w:hRule="atLeast"/>
        </w:trPr>
        <w:tc>
          <w:tcPr>
            <w:tcW w:type="dxa" w:w="1814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지원동기</w:t>
            </w:r>
          </w:p>
        </w:tc>
        <w:tc>
          <w:tcPr>
            <w:tcW w:type="dxa" w:w="8504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  <w:tr>
        <w:trPr>
          <w:trHeight w:val="624" w:hRule="atLeast"/>
        </w:trPr>
        <w:tc>
          <w:tcPr>
            <w:tcW w:type="dxa" w:w="1814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  <w:shd w:fill="F0F1F2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7313C"/>
                <w:sz w:val="17"/>
              </w:rPr>
              <w:t>한줄 소개</w:t>
            </w:r>
          </w:p>
        </w:tc>
        <w:tc>
          <w:tcPr>
            <w:tcW w:type="dxa" w:w="8504"/>
            <w:vAlign w:val="center"/>
            <w:tcBorders>
              <w:top w:val="single" w:sz="6" w:color="BFC5CC"/>
              <w:left w:val="single" w:sz="6" w:color="BFC5CC"/>
              <w:bottom w:val="single" w:sz="6" w:color="BFC5CC"/>
              <w:right w:val="single" w:sz="6" w:color="BFC5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7313C"/>
                <w:sz w:val="17"/>
              </w:rPr>
            </w:r>
          </w:p>
        </w:tc>
      </w:tr>
    </w:tbl>
    <w:p>
      <w:pPr>
        <w:spacing w:before="120"/>
        <w:jc w:val="right"/>
      </w:pPr>
      <w:r>
        <w:rPr>
          <w:sz w:val="16"/>
        </w:rPr>
        <w:t>20     년     월     일      지원자:                    (서명)</w:t>
      </w:r>
    </w:p>
    <w:sectPr w:rsidR="00FC693F" w:rsidRPr="0006063C" w:rsidSect="00034616"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