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D350" w14:textId="77777777" w:rsidR="00366645" w:rsidRPr="00366645" w:rsidRDefault="00366645">
      <w:pPr>
        <w:spacing w:after="20"/>
        <w:jc w:val="center"/>
        <w:rPr>
          <w:b/>
          <w:color w:val="111111"/>
          <w:szCs w:val="18"/>
          <w:lang w:eastAsia="ko-KR"/>
        </w:rPr>
      </w:pPr>
    </w:p>
    <w:p w14:paraId="3C60EED9" w14:textId="3197A092" w:rsidR="00801DE8" w:rsidRDefault="00000000">
      <w:pPr>
        <w:spacing w:after="20"/>
        <w:jc w:val="center"/>
        <w:rPr>
          <w:lang w:eastAsia="ko-KR"/>
        </w:rPr>
      </w:pPr>
      <w:r>
        <w:rPr>
          <w:b/>
          <w:color w:val="111111"/>
          <w:sz w:val="35"/>
          <w:lang w:eastAsia="ko-KR"/>
        </w:rPr>
        <w:t xml:space="preserve">신 </w:t>
      </w:r>
      <w:proofErr w:type="gramStart"/>
      <w:r>
        <w:rPr>
          <w:b/>
          <w:color w:val="111111"/>
          <w:sz w:val="35"/>
          <w:lang w:eastAsia="ko-KR"/>
        </w:rPr>
        <w:t>입  자</w:t>
      </w:r>
      <w:proofErr w:type="gramEnd"/>
      <w:r>
        <w:rPr>
          <w:b/>
          <w:color w:val="111111"/>
          <w:sz w:val="35"/>
          <w:lang w:eastAsia="ko-KR"/>
        </w:rPr>
        <w:t xml:space="preserve"> 기 소 개 서</w:t>
      </w:r>
    </w:p>
    <w:p w14:paraId="6DB7C1F0" w14:textId="77777777" w:rsidR="00801DE8" w:rsidRDefault="00000000">
      <w:pPr>
        <w:spacing w:after="60"/>
        <w:jc w:val="center"/>
        <w:rPr>
          <w:lang w:eastAsia="ko-KR"/>
        </w:rPr>
      </w:pPr>
      <w:r>
        <w:rPr>
          <w:color w:val="666666"/>
          <w:sz w:val="17"/>
          <w:lang w:eastAsia="ko-KR"/>
        </w:rPr>
        <w:t>지원동기와 경험, 강점 및 입사 후 포부를 한 장에 정리하는 신입 지원 서식</w:t>
      </w:r>
    </w:p>
    <w:p w14:paraId="3D97FC7D" w14:textId="77777777" w:rsidR="00801DE8" w:rsidRDefault="00000000">
      <w:pPr>
        <w:spacing w:before="90" w:after="44"/>
      </w:pPr>
      <w:r>
        <w:rPr>
          <w:b/>
          <w:color w:val="222222"/>
          <w:sz w:val="20"/>
        </w:rPr>
        <w:t xml:space="preserve">1. </w:t>
      </w:r>
      <w:proofErr w:type="spellStart"/>
      <w:r>
        <w:rPr>
          <w:b/>
          <w:color w:val="222222"/>
          <w:sz w:val="20"/>
        </w:rPr>
        <w:t>지원자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정보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801DE8" w14:paraId="1AAAE66E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ABE1B42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성명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A287045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3C67D0DF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연락처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5C4D1A0" w14:textId="77777777" w:rsidR="00801DE8" w:rsidRDefault="00801DE8">
            <w:pPr>
              <w:spacing w:line="240" w:lineRule="auto"/>
            </w:pPr>
          </w:p>
        </w:tc>
      </w:tr>
      <w:tr w:rsidR="00801DE8" w14:paraId="40639944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956D4D1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이메일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32F1B04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412C07B3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지원직무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1302E0D" w14:textId="77777777" w:rsidR="00801DE8" w:rsidRDefault="00801DE8">
            <w:pPr>
              <w:spacing w:line="240" w:lineRule="auto"/>
            </w:pPr>
          </w:p>
        </w:tc>
      </w:tr>
      <w:tr w:rsidR="00801DE8" w14:paraId="0C46C4F9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47FB98CC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학교 / 전공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A21B4CF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A2235DA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희망근무지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D78BF11" w14:textId="77777777" w:rsidR="00801DE8" w:rsidRDefault="00801DE8">
            <w:pPr>
              <w:spacing w:line="240" w:lineRule="auto"/>
            </w:pPr>
          </w:p>
        </w:tc>
      </w:tr>
    </w:tbl>
    <w:p w14:paraId="11FF371D" w14:textId="77777777" w:rsidR="00801DE8" w:rsidRDefault="00000000">
      <w:pPr>
        <w:spacing w:before="90" w:after="44"/>
      </w:pPr>
      <w:r>
        <w:rPr>
          <w:b/>
          <w:color w:val="222222"/>
          <w:sz w:val="20"/>
        </w:rPr>
        <w:t>2. 지원동기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528"/>
      </w:tblGrid>
      <w:tr w:rsidR="00801DE8" w14:paraId="0CCD5DBB" w14:textId="77777777">
        <w:trPr>
          <w:trHeight w:hRule="exact" w:val="1417"/>
          <w:jc w:val="center"/>
        </w:trPr>
        <w:tc>
          <w:tcPr>
            <w:tcW w:w="10312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6F1FEEC" w14:textId="77777777" w:rsidR="00801DE8" w:rsidRDefault="00801DE8">
            <w:pPr>
              <w:spacing w:line="240" w:lineRule="auto"/>
            </w:pPr>
          </w:p>
        </w:tc>
      </w:tr>
    </w:tbl>
    <w:p w14:paraId="3D91990A" w14:textId="77777777" w:rsidR="00801DE8" w:rsidRDefault="00000000">
      <w:pPr>
        <w:spacing w:before="90" w:after="44"/>
      </w:pPr>
      <w:r>
        <w:rPr>
          <w:b/>
          <w:color w:val="222222"/>
          <w:sz w:val="20"/>
        </w:rPr>
        <w:t>3. 주요 경험 · 활동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801DE8" w14:paraId="6DD7B9F4" w14:textId="77777777">
        <w:trPr>
          <w:trHeight w:hRule="exact" w:val="39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5A8E0C3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기간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AC3614D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경험 / 활동명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4786CE4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역할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AF616DC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주요 내용</w:t>
            </w:r>
          </w:p>
        </w:tc>
      </w:tr>
      <w:tr w:rsidR="00801DE8" w14:paraId="7B52C2F5" w14:textId="77777777">
        <w:trPr>
          <w:trHeight w:hRule="exact" w:val="522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805C326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01C45DF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7B15746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96DFB69" w14:textId="77777777" w:rsidR="00801DE8" w:rsidRDefault="00801DE8">
            <w:pPr>
              <w:spacing w:line="240" w:lineRule="auto"/>
            </w:pPr>
          </w:p>
        </w:tc>
      </w:tr>
      <w:tr w:rsidR="00801DE8" w14:paraId="1170A409" w14:textId="77777777">
        <w:trPr>
          <w:trHeight w:hRule="exact" w:val="522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10E2CB6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7D617C4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B5A5EEB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4F8375D" w14:textId="77777777" w:rsidR="00801DE8" w:rsidRDefault="00801DE8">
            <w:pPr>
              <w:spacing w:line="240" w:lineRule="auto"/>
            </w:pPr>
          </w:p>
        </w:tc>
      </w:tr>
      <w:tr w:rsidR="00801DE8" w14:paraId="1223CCD5" w14:textId="77777777">
        <w:trPr>
          <w:trHeight w:hRule="exact" w:val="522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951980E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A432010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C31CA86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D333FCF" w14:textId="77777777" w:rsidR="00801DE8" w:rsidRDefault="00801DE8">
            <w:pPr>
              <w:spacing w:line="240" w:lineRule="auto"/>
            </w:pPr>
          </w:p>
        </w:tc>
      </w:tr>
    </w:tbl>
    <w:p w14:paraId="0275B8B0" w14:textId="77777777" w:rsidR="00801DE8" w:rsidRDefault="00000000">
      <w:pPr>
        <w:spacing w:before="90" w:after="44"/>
      </w:pPr>
      <w:r>
        <w:rPr>
          <w:b/>
          <w:color w:val="222222"/>
          <w:sz w:val="20"/>
        </w:rPr>
        <w:t>4. 나의 강점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801DE8" w14:paraId="2E8E97CA" w14:textId="77777777">
        <w:trPr>
          <w:trHeight w:hRule="exact" w:val="39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793AD8FA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책임감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61A2F2FF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협업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4350FB13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문제해결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4BCEAF6" w14:textId="77777777" w:rsidR="00801DE8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7"/>
              </w:rPr>
              <w:t>기타 강점</w:t>
            </w:r>
          </w:p>
        </w:tc>
      </w:tr>
      <w:tr w:rsidR="00801DE8" w14:paraId="7C5DC6CC" w14:textId="77777777">
        <w:trPr>
          <w:trHeight w:hRule="exact" w:val="652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F61F19B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B7E9D40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3638734" w14:textId="77777777" w:rsidR="00801DE8" w:rsidRDefault="00801DE8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C469F65" w14:textId="77777777" w:rsidR="00801DE8" w:rsidRDefault="00801DE8">
            <w:pPr>
              <w:spacing w:line="240" w:lineRule="auto"/>
            </w:pPr>
          </w:p>
        </w:tc>
      </w:tr>
    </w:tbl>
    <w:p w14:paraId="34A06989" w14:textId="77777777" w:rsidR="00801DE8" w:rsidRDefault="00000000">
      <w:pPr>
        <w:spacing w:before="90" w:after="44"/>
      </w:pPr>
      <w:r>
        <w:rPr>
          <w:b/>
          <w:color w:val="222222"/>
          <w:sz w:val="20"/>
        </w:rPr>
        <w:t>5. 입사 후 포부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528"/>
      </w:tblGrid>
      <w:tr w:rsidR="00801DE8" w14:paraId="7EA97CCB" w14:textId="77777777" w:rsidTr="00366645">
        <w:trPr>
          <w:trHeight w:hRule="exact" w:val="2243"/>
          <w:jc w:val="center"/>
        </w:trPr>
        <w:tc>
          <w:tcPr>
            <w:tcW w:w="10312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8FD7621" w14:textId="77777777" w:rsidR="00801DE8" w:rsidRDefault="00801DE8">
            <w:pPr>
              <w:spacing w:line="240" w:lineRule="auto"/>
            </w:pPr>
          </w:p>
        </w:tc>
      </w:tr>
    </w:tbl>
    <w:p w14:paraId="487F1ECB" w14:textId="77777777" w:rsidR="00366645" w:rsidRDefault="00366645">
      <w:pPr>
        <w:spacing w:before="100"/>
        <w:jc w:val="center"/>
        <w:rPr>
          <w:rFonts w:hint="eastAsia"/>
          <w:color w:val="555555"/>
          <w:sz w:val="16"/>
          <w:lang w:eastAsia="ko-KR"/>
        </w:rPr>
      </w:pPr>
    </w:p>
    <w:p w14:paraId="4725696A" w14:textId="6F66740E" w:rsidR="00801DE8" w:rsidRDefault="00000000">
      <w:pPr>
        <w:spacing w:before="100"/>
        <w:jc w:val="center"/>
      </w:pPr>
      <w:r>
        <w:rPr>
          <w:color w:val="555555"/>
          <w:sz w:val="16"/>
        </w:rPr>
        <w:t>20    년    월    일    지원자: __________________ (서명)</w:t>
      </w:r>
    </w:p>
    <w:sectPr w:rsidR="00801DE8" w:rsidSect="00034616">
      <w:pgSz w:w="12240" w:h="15840"/>
      <w:pgMar w:top="624" w:right="964" w:bottom="51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7901894">
    <w:abstractNumId w:val="8"/>
  </w:num>
  <w:num w:numId="2" w16cid:durableId="684478450">
    <w:abstractNumId w:val="6"/>
  </w:num>
  <w:num w:numId="3" w16cid:durableId="1387533848">
    <w:abstractNumId w:val="5"/>
  </w:num>
  <w:num w:numId="4" w16cid:durableId="1556426139">
    <w:abstractNumId w:val="4"/>
  </w:num>
  <w:num w:numId="5" w16cid:durableId="2083604555">
    <w:abstractNumId w:val="7"/>
  </w:num>
  <w:num w:numId="6" w16cid:durableId="1402868183">
    <w:abstractNumId w:val="3"/>
  </w:num>
  <w:num w:numId="7" w16cid:durableId="225457193">
    <w:abstractNumId w:val="2"/>
  </w:num>
  <w:num w:numId="8" w16cid:durableId="1548226164">
    <w:abstractNumId w:val="1"/>
  </w:num>
  <w:num w:numId="9" w16cid:durableId="176005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6645"/>
    <w:rsid w:val="00762318"/>
    <w:rsid w:val="00801DE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772735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2026-08-25T02:44:00Z</dcterms:modified>
  <cp:category/>
</cp:coreProperties>
</file>