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5BEC4" w14:textId="77777777" w:rsidR="009175B6" w:rsidRDefault="00000000">
      <w:pPr>
        <w:spacing w:after="20"/>
        <w:jc w:val="center"/>
        <w:rPr>
          <w:lang w:eastAsia="ko-KR"/>
        </w:rPr>
      </w:pPr>
      <w:r>
        <w:rPr>
          <w:b/>
          <w:color w:val="111111"/>
          <w:sz w:val="34"/>
          <w:lang w:eastAsia="ko-KR"/>
        </w:rPr>
        <w:t>신 입  이 력 서</w:t>
      </w:r>
    </w:p>
    <w:p w14:paraId="2F54517A" w14:textId="77777777" w:rsidR="009175B6" w:rsidRDefault="00000000">
      <w:pPr>
        <w:spacing w:after="60"/>
        <w:jc w:val="center"/>
        <w:rPr>
          <w:lang w:eastAsia="ko-KR"/>
        </w:rPr>
      </w:pPr>
      <w:r>
        <w:rPr>
          <w:color w:val="666666"/>
          <w:sz w:val="14"/>
          <w:lang w:eastAsia="ko-KR"/>
        </w:rPr>
        <w:t>학력·경험·자격 및 직무 역량을 한 장에 정리하는 입사지원용 서식</w:t>
      </w:r>
    </w:p>
    <w:p w14:paraId="50C67ADA" w14:textId="77777777" w:rsidR="009175B6" w:rsidRDefault="00000000">
      <w:pPr>
        <w:spacing w:before="80" w:after="40"/>
      </w:pPr>
      <w:r>
        <w:rPr>
          <w:b/>
          <w:color w:val="222222"/>
          <w:sz w:val="19"/>
        </w:rPr>
        <w:t>1. 기본 정보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2"/>
        <w:gridCol w:w="2632"/>
        <w:gridCol w:w="2632"/>
        <w:gridCol w:w="2632"/>
      </w:tblGrid>
      <w:tr w:rsidR="009175B6" w14:paraId="08EDC652" w14:textId="77777777">
        <w:trPr>
          <w:trHeight w:hRule="exact" w:val="437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6963EC9D" w14:textId="77777777" w:rsidR="009175B6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5"/>
              </w:rPr>
              <w:t>성명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397920B2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76E82873" w14:textId="77777777" w:rsidR="009175B6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5"/>
              </w:rPr>
              <w:t>연락처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4364B12C" w14:textId="77777777" w:rsidR="009175B6" w:rsidRDefault="009175B6">
            <w:pPr>
              <w:spacing w:line="240" w:lineRule="auto"/>
            </w:pPr>
          </w:p>
        </w:tc>
      </w:tr>
      <w:tr w:rsidR="009175B6" w14:paraId="47F4B4FD" w14:textId="77777777">
        <w:trPr>
          <w:trHeight w:hRule="exact" w:val="437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24DDE965" w14:textId="77777777" w:rsidR="009175B6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5"/>
              </w:rPr>
              <w:t>이메일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704F849B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359F2200" w14:textId="77777777" w:rsidR="009175B6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5"/>
              </w:rPr>
              <w:t>거주지역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34E81EDC" w14:textId="77777777" w:rsidR="009175B6" w:rsidRDefault="009175B6">
            <w:pPr>
              <w:spacing w:line="240" w:lineRule="auto"/>
            </w:pPr>
          </w:p>
        </w:tc>
      </w:tr>
      <w:tr w:rsidR="009175B6" w14:paraId="24A27CDE" w14:textId="77777777">
        <w:trPr>
          <w:trHeight w:hRule="exact" w:val="437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11D02A4D" w14:textId="77777777" w:rsidR="009175B6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5"/>
              </w:rPr>
              <w:t>지원직무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79F37E06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0D3692E9" w14:textId="77777777" w:rsidR="009175B6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5"/>
              </w:rPr>
              <w:t>희망근무지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01AEA953" w14:textId="77777777" w:rsidR="009175B6" w:rsidRDefault="009175B6">
            <w:pPr>
              <w:spacing w:line="240" w:lineRule="auto"/>
            </w:pPr>
          </w:p>
        </w:tc>
      </w:tr>
    </w:tbl>
    <w:p w14:paraId="089D0E78" w14:textId="77777777" w:rsidR="009175B6" w:rsidRDefault="00000000">
      <w:pPr>
        <w:spacing w:before="80" w:after="40"/>
      </w:pPr>
      <w:r>
        <w:rPr>
          <w:b/>
          <w:color w:val="222222"/>
          <w:sz w:val="19"/>
        </w:rPr>
        <w:t>2. 학력 사항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2"/>
        <w:gridCol w:w="2632"/>
        <w:gridCol w:w="2632"/>
        <w:gridCol w:w="2632"/>
      </w:tblGrid>
      <w:tr w:rsidR="009175B6" w14:paraId="0D829E01" w14:textId="77777777">
        <w:trPr>
          <w:trHeight w:hRule="exact" w:val="369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0C40D675" w14:textId="77777777" w:rsidR="009175B6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4"/>
              </w:rPr>
              <w:t>기간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2E6FF735" w14:textId="77777777" w:rsidR="009175B6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4"/>
              </w:rPr>
              <w:t>학교명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186B88A5" w14:textId="77777777" w:rsidR="009175B6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4"/>
              </w:rPr>
              <w:t>전공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7065D3FE" w14:textId="77777777" w:rsidR="009175B6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4"/>
              </w:rPr>
              <w:t>졸업구분</w:t>
            </w:r>
          </w:p>
        </w:tc>
      </w:tr>
      <w:tr w:rsidR="009175B6" w14:paraId="6BD96420" w14:textId="77777777">
        <w:trPr>
          <w:trHeight w:hRule="exact" w:val="471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66F44109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436FEAB5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378C05EF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11CC760C" w14:textId="77777777" w:rsidR="009175B6" w:rsidRDefault="009175B6">
            <w:pPr>
              <w:spacing w:line="240" w:lineRule="auto"/>
            </w:pPr>
          </w:p>
        </w:tc>
      </w:tr>
      <w:tr w:rsidR="009175B6" w14:paraId="3C1B90AB" w14:textId="77777777">
        <w:trPr>
          <w:trHeight w:hRule="exact" w:val="471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0DE3218E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5D8AF6DD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372D518E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609E832F" w14:textId="77777777" w:rsidR="009175B6" w:rsidRDefault="009175B6">
            <w:pPr>
              <w:spacing w:line="240" w:lineRule="auto"/>
            </w:pPr>
          </w:p>
        </w:tc>
      </w:tr>
      <w:tr w:rsidR="009175B6" w14:paraId="2B7FE9B9" w14:textId="77777777">
        <w:trPr>
          <w:trHeight w:hRule="exact" w:val="471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0889CDDC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29AB2D51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26F63F57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4FE8A7F3" w14:textId="77777777" w:rsidR="009175B6" w:rsidRDefault="009175B6">
            <w:pPr>
              <w:spacing w:line="240" w:lineRule="auto"/>
            </w:pPr>
          </w:p>
        </w:tc>
      </w:tr>
    </w:tbl>
    <w:p w14:paraId="65362CE1" w14:textId="77777777" w:rsidR="009175B6" w:rsidRDefault="00000000">
      <w:pPr>
        <w:spacing w:before="80" w:after="40"/>
      </w:pPr>
      <w:r>
        <w:rPr>
          <w:b/>
          <w:color w:val="222222"/>
          <w:sz w:val="19"/>
        </w:rPr>
        <w:t>3. 경험 · 활동 사항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2"/>
        <w:gridCol w:w="2632"/>
        <w:gridCol w:w="2632"/>
        <w:gridCol w:w="2632"/>
      </w:tblGrid>
      <w:tr w:rsidR="009175B6" w14:paraId="6259B70E" w14:textId="77777777">
        <w:trPr>
          <w:trHeight w:hRule="exact" w:val="369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6A64A94C" w14:textId="77777777" w:rsidR="009175B6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4"/>
              </w:rPr>
              <w:t>기간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32BFC897" w14:textId="77777777" w:rsidR="009175B6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4"/>
              </w:rPr>
              <w:t>기관 / 활동명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027F05A0" w14:textId="77777777" w:rsidR="009175B6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4"/>
              </w:rPr>
              <w:t>역할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5E078A83" w14:textId="77777777" w:rsidR="009175B6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4"/>
              </w:rPr>
              <w:t>주요 내용</w:t>
            </w:r>
          </w:p>
        </w:tc>
      </w:tr>
      <w:tr w:rsidR="009175B6" w14:paraId="54332420" w14:textId="77777777">
        <w:trPr>
          <w:trHeight w:hRule="exact" w:val="527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26D08168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28014D26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54F96087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7DF8FDF2" w14:textId="77777777" w:rsidR="009175B6" w:rsidRDefault="009175B6">
            <w:pPr>
              <w:spacing w:line="240" w:lineRule="auto"/>
            </w:pPr>
          </w:p>
        </w:tc>
      </w:tr>
      <w:tr w:rsidR="009175B6" w14:paraId="44F43C60" w14:textId="77777777">
        <w:trPr>
          <w:trHeight w:hRule="exact" w:val="527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48FDB92A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48B55C6B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70A75EBE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5FEA921D" w14:textId="77777777" w:rsidR="009175B6" w:rsidRDefault="009175B6">
            <w:pPr>
              <w:spacing w:line="240" w:lineRule="auto"/>
            </w:pPr>
          </w:p>
        </w:tc>
      </w:tr>
      <w:tr w:rsidR="009175B6" w14:paraId="790E59E0" w14:textId="77777777">
        <w:trPr>
          <w:trHeight w:hRule="exact" w:val="527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68BD008B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35CAD440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413D697A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6C043912" w14:textId="77777777" w:rsidR="009175B6" w:rsidRDefault="009175B6">
            <w:pPr>
              <w:spacing w:line="240" w:lineRule="auto"/>
            </w:pPr>
          </w:p>
        </w:tc>
      </w:tr>
    </w:tbl>
    <w:p w14:paraId="369AEDC5" w14:textId="77777777" w:rsidR="009175B6" w:rsidRDefault="00000000">
      <w:pPr>
        <w:spacing w:before="80" w:after="40"/>
      </w:pPr>
      <w:r>
        <w:rPr>
          <w:b/>
          <w:color w:val="222222"/>
          <w:sz w:val="19"/>
        </w:rPr>
        <w:t>4. 자격 · 교육 · 어학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2"/>
        <w:gridCol w:w="2632"/>
        <w:gridCol w:w="2632"/>
        <w:gridCol w:w="2632"/>
      </w:tblGrid>
      <w:tr w:rsidR="009175B6" w14:paraId="0236DE31" w14:textId="77777777">
        <w:trPr>
          <w:trHeight w:hRule="exact" w:val="369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70A08118" w14:textId="77777777" w:rsidR="009175B6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4"/>
              </w:rPr>
              <w:t>구분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58857073" w14:textId="77777777" w:rsidR="009175B6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4"/>
              </w:rPr>
              <w:t>취득 / 수료일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1237DA00" w14:textId="77777777" w:rsidR="009175B6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4"/>
              </w:rPr>
              <w:t>자격·교육·어학명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03B2ECE6" w14:textId="77777777" w:rsidR="009175B6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4"/>
              </w:rPr>
              <w:t>기관 / 점수</w:t>
            </w:r>
          </w:p>
        </w:tc>
      </w:tr>
      <w:tr w:rsidR="009175B6" w14:paraId="2A97DCE3" w14:textId="77777777">
        <w:trPr>
          <w:trHeight w:hRule="exact" w:val="465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0DF6BED8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4E040B0F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0C291DD6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206A56FD" w14:textId="77777777" w:rsidR="009175B6" w:rsidRDefault="009175B6">
            <w:pPr>
              <w:spacing w:line="240" w:lineRule="auto"/>
            </w:pPr>
          </w:p>
        </w:tc>
      </w:tr>
      <w:tr w:rsidR="009175B6" w14:paraId="3955FDC9" w14:textId="77777777">
        <w:trPr>
          <w:trHeight w:hRule="exact" w:val="465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1F01B40D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1F652A6B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07192098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6A0412E6" w14:textId="77777777" w:rsidR="009175B6" w:rsidRDefault="009175B6">
            <w:pPr>
              <w:spacing w:line="240" w:lineRule="auto"/>
            </w:pPr>
          </w:p>
        </w:tc>
      </w:tr>
      <w:tr w:rsidR="009175B6" w14:paraId="11F63392" w14:textId="77777777">
        <w:trPr>
          <w:trHeight w:hRule="exact" w:val="465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32F5E801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1ED23BFE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025439A6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74343585" w14:textId="77777777" w:rsidR="009175B6" w:rsidRDefault="009175B6">
            <w:pPr>
              <w:spacing w:line="240" w:lineRule="auto"/>
            </w:pPr>
          </w:p>
        </w:tc>
      </w:tr>
    </w:tbl>
    <w:p w14:paraId="2D252302" w14:textId="77777777" w:rsidR="009175B6" w:rsidRDefault="00000000">
      <w:pPr>
        <w:spacing w:before="80" w:after="40"/>
      </w:pPr>
      <w:r>
        <w:rPr>
          <w:b/>
          <w:color w:val="222222"/>
          <w:sz w:val="19"/>
        </w:rPr>
        <w:t>5. 직무 역량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2"/>
        <w:gridCol w:w="2632"/>
        <w:gridCol w:w="2632"/>
        <w:gridCol w:w="2632"/>
      </w:tblGrid>
      <w:tr w:rsidR="009175B6" w14:paraId="689580DA" w14:textId="77777777">
        <w:trPr>
          <w:trHeight w:hRule="exact" w:val="369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04BCDBB2" w14:textId="77777777" w:rsidR="009175B6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4"/>
              </w:rPr>
              <w:t>OA / 프로그램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5C44F894" w14:textId="77777777" w:rsidR="009175B6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4"/>
              </w:rPr>
              <w:t>전문지식 / 기술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5D013974" w14:textId="77777777" w:rsidR="009175B6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4"/>
              </w:rPr>
              <w:t>강점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1306025E" w14:textId="77777777" w:rsidR="009175B6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4"/>
              </w:rPr>
              <w:t>기타</w:t>
            </w:r>
          </w:p>
        </w:tc>
      </w:tr>
      <w:tr w:rsidR="009175B6" w14:paraId="1C68A498" w14:textId="77777777">
        <w:trPr>
          <w:trHeight w:hRule="exact" w:val="539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4A7D0795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3998B78C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32C63639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791B03AB" w14:textId="77777777" w:rsidR="009175B6" w:rsidRDefault="009175B6">
            <w:pPr>
              <w:spacing w:line="240" w:lineRule="auto"/>
            </w:pPr>
          </w:p>
        </w:tc>
      </w:tr>
    </w:tbl>
    <w:p w14:paraId="757F1D3A" w14:textId="77777777" w:rsidR="009175B6" w:rsidRDefault="00000000">
      <w:pPr>
        <w:spacing w:before="80" w:after="40"/>
      </w:pPr>
      <w:r>
        <w:rPr>
          <w:b/>
          <w:color w:val="222222"/>
          <w:sz w:val="19"/>
        </w:rPr>
        <w:t>6. 지원 정보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2"/>
        <w:gridCol w:w="2632"/>
        <w:gridCol w:w="2632"/>
        <w:gridCol w:w="2632"/>
      </w:tblGrid>
      <w:tr w:rsidR="009175B6" w14:paraId="7F41FBA4" w14:textId="77777777">
        <w:trPr>
          <w:trHeight w:hRule="exact" w:val="437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28913B40" w14:textId="77777777" w:rsidR="009175B6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5"/>
              </w:rPr>
              <w:t>입사가능일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669ABF6B" w14:textId="77777777" w:rsidR="009175B6" w:rsidRDefault="00000000">
            <w:pPr>
              <w:spacing w:line="240" w:lineRule="auto"/>
            </w:pPr>
            <w:r>
              <w:rPr>
                <w:color w:val="202833"/>
                <w:sz w:val="15"/>
              </w:rPr>
              <w:t>20    년    월    일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59AE5C6A" w14:textId="77777777" w:rsidR="009175B6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5"/>
              </w:rPr>
              <w:t>희망연봉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111C219B" w14:textId="77777777" w:rsidR="009175B6" w:rsidRDefault="009175B6">
            <w:pPr>
              <w:spacing w:line="240" w:lineRule="auto"/>
            </w:pPr>
          </w:p>
        </w:tc>
      </w:tr>
      <w:tr w:rsidR="009175B6" w14:paraId="589ECAFB" w14:textId="77777777">
        <w:trPr>
          <w:trHeight w:hRule="exact" w:val="624"/>
          <w:jc w:val="center"/>
        </w:trPr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215FB598" w14:textId="77777777" w:rsidR="009175B6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5"/>
              </w:rPr>
              <w:t>지원동기 / 포부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6FC65B29" w14:textId="77777777" w:rsidR="009175B6" w:rsidRDefault="009175B6">
            <w:pPr>
              <w:spacing w:line="240" w:lineRule="auto"/>
            </w:pP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shd w:val="clear" w:color="auto" w:fill="EEF1F4"/>
            <w:vAlign w:val="center"/>
          </w:tcPr>
          <w:p w14:paraId="27A43705" w14:textId="77777777" w:rsidR="009175B6" w:rsidRDefault="00000000">
            <w:pPr>
              <w:spacing w:line="240" w:lineRule="auto"/>
              <w:jc w:val="center"/>
            </w:pPr>
            <w:r>
              <w:rPr>
                <w:b/>
                <w:color w:val="333333"/>
                <w:sz w:val="15"/>
              </w:rPr>
              <w:t>기타</w:t>
            </w:r>
          </w:p>
        </w:tc>
        <w:tc>
          <w:tcPr>
            <w:tcW w:w="2578" w:type="dxa"/>
            <w:tcBorders>
              <w:top w:val="single" w:sz="5" w:space="0" w:color="AEB8C3"/>
              <w:left w:val="single" w:sz="5" w:space="0" w:color="AEB8C3"/>
              <w:bottom w:val="single" w:sz="5" w:space="0" w:color="AEB8C3"/>
              <w:right w:val="single" w:sz="5" w:space="0" w:color="AEB8C3"/>
            </w:tcBorders>
            <w:vAlign w:val="center"/>
          </w:tcPr>
          <w:p w14:paraId="61DF8FDC" w14:textId="77777777" w:rsidR="009175B6" w:rsidRDefault="009175B6">
            <w:pPr>
              <w:spacing w:line="240" w:lineRule="auto"/>
            </w:pPr>
          </w:p>
        </w:tc>
      </w:tr>
    </w:tbl>
    <w:p w14:paraId="0A811E88" w14:textId="77777777" w:rsidR="00B73729" w:rsidRDefault="00B73729">
      <w:pPr>
        <w:spacing w:before="80"/>
        <w:jc w:val="center"/>
        <w:rPr>
          <w:color w:val="555555"/>
          <w:sz w:val="14"/>
          <w:lang w:eastAsia="ko-KR"/>
        </w:rPr>
      </w:pPr>
    </w:p>
    <w:p w14:paraId="5202552C" w14:textId="77777777" w:rsidR="00B73729" w:rsidRDefault="00B73729">
      <w:pPr>
        <w:spacing w:before="80"/>
        <w:jc w:val="center"/>
        <w:rPr>
          <w:color w:val="555555"/>
          <w:sz w:val="14"/>
          <w:lang w:eastAsia="ko-KR"/>
        </w:rPr>
      </w:pPr>
    </w:p>
    <w:p w14:paraId="5EDDD3C7" w14:textId="167CEFA5" w:rsidR="009175B6" w:rsidRDefault="00000000">
      <w:pPr>
        <w:spacing w:before="80"/>
        <w:jc w:val="center"/>
        <w:rPr>
          <w:lang w:eastAsia="ko-KR"/>
        </w:rPr>
      </w:pPr>
      <w:r>
        <w:rPr>
          <w:color w:val="555555"/>
          <w:sz w:val="14"/>
          <w:lang w:eastAsia="ko-KR"/>
        </w:rPr>
        <w:t>위 기재사항은 사실과 다름없습니다.    20    년    월    일    지원자: __________________ (서명)</w:t>
      </w:r>
    </w:p>
    <w:sectPr w:rsidR="009175B6" w:rsidSect="00034616">
      <w:pgSz w:w="12240" w:h="15840"/>
      <w:pgMar w:top="624" w:right="964" w:bottom="51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7000339">
    <w:abstractNumId w:val="8"/>
  </w:num>
  <w:num w:numId="2" w16cid:durableId="1165709832">
    <w:abstractNumId w:val="6"/>
  </w:num>
  <w:num w:numId="3" w16cid:durableId="451704974">
    <w:abstractNumId w:val="5"/>
  </w:num>
  <w:num w:numId="4" w16cid:durableId="57943609">
    <w:abstractNumId w:val="4"/>
  </w:num>
  <w:num w:numId="5" w16cid:durableId="1582787043">
    <w:abstractNumId w:val="7"/>
  </w:num>
  <w:num w:numId="6" w16cid:durableId="1757359022">
    <w:abstractNumId w:val="3"/>
  </w:num>
  <w:num w:numId="7" w16cid:durableId="601960934">
    <w:abstractNumId w:val="2"/>
  </w:num>
  <w:num w:numId="8" w16cid:durableId="2129932117">
    <w:abstractNumId w:val="1"/>
  </w:num>
  <w:num w:numId="9" w16cid:durableId="1752850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62318"/>
    <w:rsid w:val="009175B6"/>
    <w:rsid w:val="00AA1D8D"/>
    <w:rsid w:val="00B47730"/>
    <w:rsid w:val="00B7372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8BE2B6"/>
  <w14:defaultImageDpi w14:val="300"/>
  <w15:docId w15:val="{44D2FA51-76A4-4A66-8E06-B5A44FE3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/>
    </w:pPr>
    <w:rPr>
      <w:rFonts w:ascii="맑은 고딕" w:eastAsia="맑은 고딕" w:hAnsi="맑은 고딕"/>
      <w:sz w:val="16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2026-08-25T02:14:00Z</dcterms:modified>
  <cp:category/>
</cp:coreProperties>
</file>