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D8CCA" w14:textId="77777777" w:rsidR="00A076F8" w:rsidRPr="00A076F8" w:rsidRDefault="00A076F8">
      <w:pPr>
        <w:spacing w:after="20"/>
        <w:jc w:val="center"/>
        <w:rPr>
          <w:b/>
          <w:color w:val="1F2937"/>
          <w:szCs w:val="16"/>
          <w:lang w:eastAsia="ko-KR"/>
        </w:rPr>
      </w:pPr>
    </w:p>
    <w:p w14:paraId="2785E675" w14:textId="1F5413EF" w:rsidR="003E099F" w:rsidRDefault="00000000">
      <w:pPr>
        <w:spacing w:after="20"/>
        <w:jc w:val="center"/>
        <w:rPr>
          <w:lang w:eastAsia="ko-KR"/>
        </w:rPr>
      </w:pPr>
      <w:proofErr w:type="gramStart"/>
      <w:r>
        <w:rPr>
          <w:b/>
          <w:color w:val="1F2937"/>
          <w:sz w:val="40"/>
          <w:lang w:eastAsia="ko-KR"/>
        </w:rPr>
        <w:t>시  말</w:t>
      </w:r>
      <w:proofErr w:type="gramEnd"/>
      <w:r>
        <w:rPr>
          <w:b/>
          <w:color w:val="1F2937"/>
          <w:sz w:val="40"/>
          <w:lang w:eastAsia="ko-KR"/>
        </w:rPr>
        <w:t xml:space="preserve">  서</w:t>
      </w:r>
    </w:p>
    <w:p w14:paraId="56E6E69A" w14:textId="77777777" w:rsidR="003E099F" w:rsidRDefault="00000000">
      <w:pPr>
        <w:spacing w:after="60"/>
        <w:jc w:val="center"/>
        <w:rPr>
          <w:lang w:eastAsia="ko-KR"/>
        </w:rPr>
      </w:pPr>
      <w:r>
        <w:rPr>
          <w:color w:val="657080"/>
          <w:lang w:eastAsia="ko-KR"/>
        </w:rPr>
        <w:t>업무상 문제의 경위와 원인, 조치 및 향후 개선 계획을 사실관계 중심으로 작성하는 서식</w:t>
      </w:r>
    </w:p>
    <w:p w14:paraId="73298273" w14:textId="77777777" w:rsidR="003E099F" w:rsidRDefault="00000000">
      <w:pPr>
        <w:spacing w:before="60" w:after="20"/>
      </w:pPr>
      <w:proofErr w:type="gramStart"/>
      <w:r>
        <w:rPr>
          <w:b/>
          <w:color w:val="315FC7"/>
          <w:sz w:val="20"/>
        </w:rPr>
        <w:t xml:space="preserve">01  </w:t>
      </w:r>
      <w:proofErr w:type="spellStart"/>
      <w:r>
        <w:rPr>
          <w:b/>
          <w:color w:val="315FC7"/>
          <w:sz w:val="20"/>
        </w:rPr>
        <w:t>작성자</w:t>
      </w:r>
      <w:proofErr w:type="spellEnd"/>
      <w:proofErr w:type="gramEnd"/>
      <w:r>
        <w:rPr>
          <w:b/>
          <w:color w:val="315FC7"/>
          <w:sz w:val="20"/>
        </w:rPr>
        <w:t xml:space="preserve"> </w:t>
      </w:r>
      <w:proofErr w:type="spellStart"/>
      <w:r>
        <w:rPr>
          <w:b/>
          <w:color w:val="315FC7"/>
          <w:sz w:val="20"/>
        </w:rPr>
        <w:t>정보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2579"/>
        <w:gridCol w:w="2579"/>
        <w:gridCol w:w="2579"/>
        <w:gridCol w:w="2579"/>
      </w:tblGrid>
      <w:tr w:rsidR="003E099F" w14:paraId="4C22CB54" w14:textId="77777777">
        <w:trPr>
          <w:trHeight w:val="510"/>
        </w:trPr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E8EE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A7E742F" w14:textId="77777777" w:rsidR="003E099F" w:rsidRDefault="00000000">
            <w:pPr>
              <w:spacing w:after="0"/>
              <w:jc w:val="center"/>
            </w:pPr>
            <w:r>
              <w:rPr>
                <w:b/>
                <w:color w:val="222222"/>
              </w:rPr>
              <w:t>성명</w:t>
            </w: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03BF30A" w14:textId="77777777" w:rsidR="003E099F" w:rsidRDefault="003E099F">
            <w:pPr>
              <w:spacing w:after="0"/>
            </w:pP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E8EE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6E77072" w14:textId="77777777" w:rsidR="003E099F" w:rsidRDefault="00000000">
            <w:pPr>
              <w:spacing w:after="0"/>
              <w:jc w:val="center"/>
            </w:pPr>
            <w:r>
              <w:rPr>
                <w:b/>
                <w:color w:val="222222"/>
              </w:rPr>
              <w:t>부서</w:t>
            </w: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7D18687" w14:textId="77777777" w:rsidR="003E099F" w:rsidRDefault="003E099F">
            <w:pPr>
              <w:spacing w:after="0"/>
            </w:pPr>
          </w:p>
        </w:tc>
      </w:tr>
      <w:tr w:rsidR="003E099F" w14:paraId="0B3CEFAB" w14:textId="77777777">
        <w:trPr>
          <w:trHeight w:val="510"/>
        </w:trPr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E8EE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DDF4335" w14:textId="77777777" w:rsidR="003E099F" w:rsidRDefault="00000000">
            <w:pPr>
              <w:spacing w:after="0"/>
              <w:jc w:val="center"/>
            </w:pPr>
            <w:r>
              <w:rPr>
                <w:b/>
                <w:color w:val="222222"/>
              </w:rPr>
              <w:t>직위 / 직책</w:t>
            </w: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9224576" w14:textId="77777777" w:rsidR="003E099F" w:rsidRDefault="003E099F">
            <w:pPr>
              <w:spacing w:after="0"/>
            </w:pP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E8EE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2CF876D" w14:textId="77777777" w:rsidR="003E099F" w:rsidRDefault="00000000">
            <w:pPr>
              <w:spacing w:after="0"/>
              <w:jc w:val="center"/>
            </w:pPr>
            <w:r>
              <w:rPr>
                <w:b/>
                <w:color w:val="222222"/>
              </w:rPr>
              <w:t>작성일</w:t>
            </w: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E8B25FC" w14:textId="77777777" w:rsidR="003E099F" w:rsidRDefault="00000000">
            <w:pPr>
              <w:spacing w:after="0"/>
            </w:pPr>
            <w:r>
              <w:rPr>
                <w:color w:val="222222"/>
              </w:rPr>
              <w:t>20    년    월    일</w:t>
            </w:r>
          </w:p>
        </w:tc>
      </w:tr>
    </w:tbl>
    <w:p w14:paraId="3BC332A9" w14:textId="77777777" w:rsidR="003E099F" w:rsidRDefault="00000000">
      <w:pPr>
        <w:spacing w:before="60" w:after="20"/>
      </w:pPr>
      <w:r>
        <w:rPr>
          <w:b/>
          <w:color w:val="315FC7"/>
          <w:sz w:val="20"/>
        </w:rPr>
        <w:t>02  사안 개요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59"/>
        <w:gridCol w:w="5159"/>
      </w:tblGrid>
      <w:tr w:rsidR="003E099F" w14:paraId="063DF53D" w14:textId="77777777">
        <w:trPr>
          <w:trHeight w:val="510"/>
        </w:trPr>
        <w:tc>
          <w:tcPr>
            <w:tcW w:w="515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E8EE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A7B586F" w14:textId="77777777" w:rsidR="003E099F" w:rsidRDefault="00000000">
            <w:pPr>
              <w:spacing w:after="0"/>
              <w:jc w:val="center"/>
            </w:pPr>
            <w:r>
              <w:rPr>
                <w:b/>
                <w:color w:val="222222"/>
              </w:rPr>
              <w:t>제목</w:t>
            </w:r>
          </w:p>
        </w:tc>
        <w:tc>
          <w:tcPr>
            <w:tcW w:w="515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8FC6865" w14:textId="77777777" w:rsidR="003E099F" w:rsidRDefault="00000000">
            <w:pPr>
              <w:spacing w:after="0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>업무 처리 미흡 관련 시말서</w:t>
            </w:r>
          </w:p>
        </w:tc>
      </w:tr>
      <w:tr w:rsidR="003E099F" w14:paraId="610E5FF2" w14:textId="77777777">
        <w:trPr>
          <w:trHeight w:val="510"/>
        </w:trPr>
        <w:tc>
          <w:tcPr>
            <w:tcW w:w="515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E8EE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1F5D318" w14:textId="77777777" w:rsidR="003E099F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222222"/>
              </w:rPr>
              <w:t>발생</w:t>
            </w:r>
            <w:proofErr w:type="spellEnd"/>
            <w:r>
              <w:rPr>
                <w:b/>
                <w:color w:val="222222"/>
              </w:rPr>
              <w:t xml:space="preserve"> </w:t>
            </w:r>
            <w:proofErr w:type="spellStart"/>
            <w:r>
              <w:rPr>
                <w:b/>
                <w:color w:val="222222"/>
              </w:rPr>
              <w:t>일시</w:t>
            </w:r>
            <w:proofErr w:type="spellEnd"/>
          </w:p>
        </w:tc>
        <w:tc>
          <w:tcPr>
            <w:tcW w:w="515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EB00076" w14:textId="77777777" w:rsidR="003E099F" w:rsidRDefault="003E099F">
            <w:pPr>
              <w:spacing w:after="0"/>
            </w:pPr>
          </w:p>
        </w:tc>
      </w:tr>
      <w:tr w:rsidR="003E099F" w14:paraId="3D47E0E8" w14:textId="77777777">
        <w:trPr>
          <w:trHeight w:val="510"/>
        </w:trPr>
        <w:tc>
          <w:tcPr>
            <w:tcW w:w="515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E8EE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F839FC7" w14:textId="77777777" w:rsidR="003E099F" w:rsidRDefault="00000000">
            <w:pPr>
              <w:spacing w:after="0"/>
              <w:jc w:val="center"/>
            </w:pPr>
            <w:r>
              <w:rPr>
                <w:b/>
                <w:color w:val="222222"/>
              </w:rPr>
              <w:t>발생 장소 / 관련업무</w:t>
            </w:r>
          </w:p>
        </w:tc>
        <w:tc>
          <w:tcPr>
            <w:tcW w:w="515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7957F77" w14:textId="77777777" w:rsidR="003E099F" w:rsidRDefault="003E099F">
            <w:pPr>
              <w:spacing w:after="0"/>
            </w:pPr>
          </w:p>
        </w:tc>
      </w:tr>
    </w:tbl>
    <w:p w14:paraId="098BF4AF" w14:textId="77777777" w:rsidR="003E099F" w:rsidRDefault="00000000">
      <w:pPr>
        <w:spacing w:before="60" w:after="20"/>
      </w:pPr>
      <w:r>
        <w:rPr>
          <w:b/>
          <w:color w:val="315FC7"/>
          <w:sz w:val="20"/>
        </w:rPr>
        <w:t>03  경위 및 원인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59"/>
        <w:gridCol w:w="5159"/>
      </w:tblGrid>
      <w:tr w:rsidR="003E099F" w14:paraId="2C6EF0A9" w14:textId="77777777">
        <w:trPr>
          <w:trHeight w:val="907"/>
        </w:trPr>
        <w:tc>
          <w:tcPr>
            <w:tcW w:w="515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E8EE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9368D3A" w14:textId="77777777" w:rsidR="003E099F" w:rsidRDefault="00000000">
            <w:pPr>
              <w:spacing w:after="0"/>
              <w:jc w:val="center"/>
            </w:pPr>
            <w:r>
              <w:rPr>
                <w:b/>
                <w:color w:val="222222"/>
              </w:rPr>
              <w:t>발생 경위</w:t>
            </w:r>
          </w:p>
        </w:tc>
        <w:tc>
          <w:tcPr>
            <w:tcW w:w="515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CD4D7FE" w14:textId="77777777" w:rsidR="003E099F" w:rsidRDefault="00000000">
            <w:pPr>
              <w:spacing w:after="0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>관련 업무 진행 과정에서 확인 절차가 충분하지 못했습니다.</w:t>
            </w:r>
          </w:p>
        </w:tc>
      </w:tr>
      <w:tr w:rsidR="003E099F" w14:paraId="7EDC75CF" w14:textId="77777777">
        <w:trPr>
          <w:trHeight w:val="907"/>
        </w:trPr>
        <w:tc>
          <w:tcPr>
            <w:tcW w:w="515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E8EE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7133E84" w14:textId="77777777" w:rsidR="003E099F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222222"/>
              </w:rPr>
              <w:t>원인</w:t>
            </w:r>
            <w:proofErr w:type="spellEnd"/>
          </w:p>
        </w:tc>
        <w:tc>
          <w:tcPr>
            <w:tcW w:w="515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8520D7D" w14:textId="77777777" w:rsidR="003E099F" w:rsidRDefault="003E099F">
            <w:pPr>
              <w:spacing w:after="0"/>
            </w:pPr>
          </w:p>
        </w:tc>
      </w:tr>
      <w:tr w:rsidR="003E099F" w14:paraId="280B77AD" w14:textId="77777777">
        <w:trPr>
          <w:trHeight w:val="907"/>
        </w:trPr>
        <w:tc>
          <w:tcPr>
            <w:tcW w:w="515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E8EE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AA07AB6" w14:textId="77777777" w:rsidR="003E099F" w:rsidRDefault="00000000">
            <w:pPr>
              <w:spacing w:after="0"/>
              <w:jc w:val="center"/>
            </w:pPr>
            <w:r>
              <w:rPr>
                <w:b/>
                <w:color w:val="222222"/>
              </w:rPr>
              <w:t>업무 영향 / 결과</w:t>
            </w:r>
          </w:p>
        </w:tc>
        <w:tc>
          <w:tcPr>
            <w:tcW w:w="515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9908357" w14:textId="77777777" w:rsidR="003E099F" w:rsidRDefault="003E099F">
            <w:pPr>
              <w:spacing w:after="0"/>
            </w:pPr>
          </w:p>
        </w:tc>
      </w:tr>
    </w:tbl>
    <w:p w14:paraId="5AFADDDF" w14:textId="77777777" w:rsidR="003E099F" w:rsidRDefault="00000000">
      <w:pPr>
        <w:spacing w:before="60" w:after="20"/>
      </w:pPr>
      <w:r>
        <w:rPr>
          <w:b/>
          <w:color w:val="315FC7"/>
          <w:sz w:val="20"/>
        </w:rPr>
        <w:t>04  조치 내용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59"/>
        <w:gridCol w:w="5159"/>
      </w:tblGrid>
      <w:tr w:rsidR="003E099F" w14:paraId="31F8031E" w14:textId="77777777">
        <w:trPr>
          <w:trHeight w:val="737"/>
        </w:trPr>
        <w:tc>
          <w:tcPr>
            <w:tcW w:w="515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E8EE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51E8C6D" w14:textId="77777777" w:rsidR="003E099F" w:rsidRDefault="00000000">
            <w:pPr>
              <w:spacing w:after="0"/>
              <w:jc w:val="center"/>
            </w:pPr>
            <w:r>
              <w:rPr>
                <w:b/>
                <w:color w:val="222222"/>
              </w:rPr>
              <w:t>즉시 조치</w:t>
            </w:r>
          </w:p>
        </w:tc>
        <w:tc>
          <w:tcPr>
            <w:tcW w:w="515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FFE1853" w14:textId="77777777" w:rsidR="003E099F" w:rsidRDefault="003E099F">
            <w:pPr>
              <w:spacing w:after="0"/>
            </w:pPr>
          </w:p>
        </w:tc>
      </w:tr>
      <w:tr w:rsidR="003E099F" w14:paraId="4F66689A" w14:textId="77777777">
        <w:trPr>
          <w:trHeight w:val="737"/>
        </w:trPr>
        <w:tc>
          <w:tcPr>
            <w:tcW w:w="515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E8EE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29C5D02" w14:textId="77777777" w:rsidR="003E099F" w:rsidRDefault="00000000">
            <w:pPr>
              <w:spacing w:after="0"/>
              <w:jc w:val="center"/>
            </w:pPr>
            <w:r>
              <w:rPr>
                <w:b/>
                <w:color w:val="222222"/>
              </w:rPr>
              <w:t>후속 조치</w:t>
            </w:r>
          </w:p>
        </w:tc>
        <w:tc>
          <w:tcPr>
            <w:tcW w:w="515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3A8D7AB" w14:textId="77777777" w:rsidR="003E099F" w:rsidRDefault="003E099F">
            <w:pPr>
              <w:spacing w:after="0"/>
            </w:pPr>
          </w:p>
        </w:tc>
      </w:tr>
    </w:tbl>
    <w:p w14:paraId="26C7BF9A" w14:textId="77777777" w:rsidR="003E099F" w:rsidRDefault="00000000">
      <w:pPr>
        <w:spacing w:before="60" w:after="20"/>
      </w:pPr>
      <w:r>
        <w:rPr>
          <w:b/>
          <w:color w:val="315FC7"/>
          <w:sz w:val="20"/>
        </w:rPr>
        <w:t>05  재발 방지 / 개선 계획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79"/>
        <w:gridCol w:w="2579"/>
        <w:gridCol w:w="2579"/>
        <w:gridCol w:w="2579"/>
      </w:tblGrid>
      <w:tr w:rsidR="003E099F" w14:paraId="11B118D5" w14:textId="77777777"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E8EE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80E40C0" w14:textId="77777777" w:rsidR="003E099F" w:rsidRDefault="00000000">
            <w:pPr>
              <w:spacing w:after="0"/>
              <w:jc w:val="center"/>
            </w:pPr>
            <w:r>
              <w:rPr>
                <w:b/>
                <w:color w:val="222222"/>
              </w:rPr>
              <w:t>구분</w:t>
            </w: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E8EE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5D6DC5E" w14:textId="77777777" w:rsidR="003E099F" w:rsidRDefault="00000000">
            <w:pPr>
              <w:spacing w:after="0"/>
              <w:jc w:val="center"/>
            </w:pPr>
            <w:r>
              <w:rPr>
                <w:b/>
                <w:color w:val="222222"/>
              </w:rPr>
              <w:t>개선 내용</w:t>
            </w: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E8EE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ED0DB17" w14:textId="77777777" w:rsidR="003E099F" w:rsidRDefault="00000000">
            <w:pPr>
              <w:spacing w:after="0"/>
              <w:jc w:val="center"/>
            </w:pPr>
            <w:r>
              <w:rPr>
                <w:b/>
                <w:color w:val="222222"/>
              </w:rPr>
              <w:t>담당 / 협조</w:t>
            </w: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E8EE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D71CC21" w14:textId="77777777" w:rsidR="003E099F" w:rsidRDefault="00000000">
            <w:pPr>
              <w:spacing w:after="0"/>
              <w:jc w:val="center"/>
            </w:pPr>
            <w:r>
              <w:rPr>
                <w:b/>
                <w:color w:val="222222"/>
              </w:rPr>
              <w:t>예정일</w:t>
            </w:r>
          </w:p>
        </w:tc>
      </w:tr>
      <w:tr w:rsidR="003E099F" w14:paraId="0A5A0875" w14:textId="77777777">
        <w:trPr>
          <w:trHeight w:val="510"/>
        </w:trPr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2126D2F" w14:textId="77777777" w:rsidR="003E099F" w:rsidRDefault="00000000">
            <w:pPr>
              <w:spacing w:after="0"/>
              <w:jc w:val="center"/>
            </w:pPr>
            <w:r>
              <w:rPr>
                <w:color w:val="222222"/>
                <w:sz w:val="15"/>
              </w:rPr>
              <w:t>1</w:t>
            </w: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7F37AB1" w14:textId="77777777" w:rsidR="003E099F" w:rsidRDefault="00000000">
            <w:pPr>
              <w:spacing w:after="0"/>
              <w:rPr>
                <w:lang w:eastAsia="ko-KR"/>
              </w:rPr>
            </w:pPr>
            <w:r>
              <w:rPr>
                <w:color w:val="222222"/>
                <w:sz w:val="15"/>
                <w:lang w:eastAsia="ko-KR"/>
              </w:rPr>
              <w:t>업무 확인 절차 강화 및 진행상태 공유</w:t>
            </w: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2B6B13E" w14:textId="77777777" w:rsidR="003E099F" w:rsidRDefault="00000000">
            <w:pPr>
              <w:spacing w:after="0"/>
            </w:pPr>
            <w:proofErr w:type="spellStart"/>
            <w:r>
              <w:rPr>
                <w:color w:val="222222"/>
                <w:sz w:val="15"/>
              </w:rPr>
              <w:t>작성자</w:t>
            </w:r>
            <w:proofErr w:type="spellEnd"/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5BA624D" w14:textId="77777777" w:rsidR="003E099F" w:rsidRDefault="00000000">
            <w:pPr>
              <w:spacing w:after="0"/>
              <w:jc w:val="center"/>
            </w:pPr>
            <w:r>
              <w:rPr>
                <w:color w:val="222222"/>
                <w:sz w:val="15"/>
              </w:rPr>
              <w:t>20  .  .</w:t>
            </w:r>
          </w:p>
        </w:tc>
      </w:tr>
      <w:tr w:rsidR="003E099F" w14:paraId="0BCAB108" w14:textId="77777777">
        <w:trPr>
          <w:trHeight w:val="510"/>
        </w:trPr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B0313F2" w14:textId="77777777" w:rsidR="003E099F" w:rsidRDefault="003E099F">
            <w:pPr>
              <w:spacing w:after="0"/>
              <w:jc w:val="center"/>
            </w:pP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0210189" w14:textId="77777777" w:rsidR="003E099F" w:rsidRDefault="003E099F">
            <w:pPr>
              <w:spacing w:after="0"/>
            </w:pP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D449759" w14:textId="77777777" w:rsidR="003E099F" w:rsidRDefault="003E099F">
            <w:pPr>
              <w:spacing w:after="0"/>
            </w:pP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B6EFC1D" w14:textId="77777777" w:rsidR="003E099F" w:rsidRDefault="003E099F">
            <w:pPr>
              <w:spacing w:after="0"/>
              <w:jc w:val="center"/>
            </w:pPr>
          </w:p>
        </w:tc>
      </w:tr>
    </w:tbl>
    <w:p w14:paraId="79F63597" w14:textId="77777777" w:rsidR="003E099F" w:rsidRDefault="00000000">
      <w:pPr>
        <w:spacing w:before="60" w:after="20"/>
      </w:pPr>
      <w:r>
        <w:rPr>
          <w:b/>
          <w:color w:val="315FC7"/>
          <w:sz w:val="20"/>
        </w:rPr>
        <w:t>06  작성 확인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79"/>
        <w:gridCol w:w="2579"/>
        <w:gridCol w:w="2579"/>
        <w:gridCol w:w="2579"/>
      </w:tblGrid>
      <w:tr w:rsidR="003E099F" w14:paraId="6A56C676" w14:textId="77777777">
        <w:trPr>
          <w:trHeight w:val="482"/>
        </w:trPr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E8EE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572D475" w14:textId="77777777" w:rsidR="003E099F" w:rsidRDefault="00000000">
            <w:pPr>
              <w:spacing w:after="0"/>
              <w:jc w:val="center"/>
            </w:pPr>
            <w:r>
              <w:rPr>
                <w:b/>
                <w:color w:val="222222"/>
              </w:rPr>
              <w:t>작성자</w:t>
            </w: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14D72A1" w14:textId="77777777" w:rsidR="003E099F" w:rsidRDefault="003E099F">
            <w:pPr>
              <w:spacing w:after="0"/>
              <w:jc w:val="center"/>
            </w:pP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E8EE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3337A82" w14:textId="77777777" w:rsidR="003E099F" w:rsidRDefault="00000000">
            <w:pPr>
              <w:spacing w:after="0"/>
              <w:jc w:val="center"/>
            </w:pPr>
            <w:r>
              <w:rPr>
                <w:b/>
                <w:color w:val="222222"/>
              </w:rPr>
              <w:t>서명</w:t>
            </w: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8EF95E9" w14:textId="77777777" w:rsidR="003E099F" w:rsidRDefault="003E099F">
            <w:pPr>
              <w:spacing w:after="0"/>
              <w:jc w:val="center"/>
            </w:pPr>
          </w:p>
        </w:tc>
      </w:tr>
      <w:tr w:rsidR="003E099F" w14:paraId="013D459D" w14:textId="77777777">
        <w:trPr>
          <w:trHeight w:val="482"/>
        </w:trPr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E8EE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E088D43" w14:textId="77777777" w:rsidR="003E099F" w:rsidRDefault="00000000">
            <w:pPr>
              <w:spacing w:after="0"/>
              <w:jc w:val="center"/>
            </w:pPr>
            <w:r>
              <w:rPr>
                <w:b/>
                <w:color w:val="222222"/>
              </w:rPr>
              <w:t>확인자</w:t>
            </w: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9200880" w14:textId="77777777" w:rsidR="003E099F" w:rsidRDefault="003E099F">
            <w:pPr>
              <w:spacing w:after="0"/>
              <w:jc w:val="center"/>
            </w:pP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shd w:val="clear" w:color="auto" w:fill="E8EEF7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CF2E313" w14:textId="77777777" w:rsidR="003E099F" w:rsidRDefault="00000000">
            <w:pPr>
              <w:spacing w:after="0"/>
              <w:jc w:val="center"/>
            </w:pPr>
            <w:r>
              <w:rPr>
                <w:b/>
                <w:color w:val="222222"/>
              </w:rPr>
              <w:t>서명</w:t>
            </w:r>
          </w:p>
        </w:tc>
        <w:tc>
          <w:tcPr>
            <w:tcW w:w="2579" w:type="dxa"/>
            <w:tcBorders>
              <w:top w:val="single" w:sz="6" w:space="0" w:color="B8C2CF"/>
              <w:left w:val="single" w:sz="6" w:space="0" w:color="B8C2CF"/>
              <w:bottom w:val="single" w:sz="6" w:space="0" w:color="B8C2CF"/>
              <w:right w:val="single" w:sz="6" w:space="0" w:color="B8C2CF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CFE422B" w14:textId="77777777" w:rsidR="003E099F" w:rsidRDefault="003E099F">
            <w:pPr>
              <w:spacing w:after="0"/>
              <w:jc w:val="center"/>
            </w:pPr>
          </w:p>
        </w:tc>
      </w:tr>
    </w:tbl>
    <w:p w14:paraId="26A45148" w14:textId="77777777" w:rsidR="006E4A63" w:rsidRDefault="006E4A63"/>
    <w:sectPr w:rsidR="006E4A63" w:rsidSect="00034616">
      <w:pgSz w:w="11906" w:h="16838"/>
      <w:pgMar w:top="510" w:right="794" w:bottom="454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57C01" w14:textId="77777777" w:rsidR="006E4A63" w:rsidRDefault="006E4A63" w:rsidP="00A076F8">
      <w:pPr>
        <w:spacing w:after="0" w:line="240" w:lineRule="auto"/>
      </w:pPr>
      <w:r>
        <w:separator/>
      </w:r>
    </w:p>
  </w:endnote>
  <w:endnote w:type="continuationSeparator" w:id="0">
    <w:p w14:paraId="5D51CB3F" w14:textId="77777777" w:rsidR="006E4A63" w:rsidRDefault="006E4A63" w:rsidP="00A07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66E40" w14:textId="77777777" w:rsidR="006E4A63" w:rsidRDefault="006E4A63" w:rsidP="00A076F8">
      <w:pPr>
        <w:spacing w:after="0" w:line="240" w:lineRule="auto"/>
      </w:pPr>
      <w:r>
        <w:separator/>
      </w:r>
    </w:p>
  </w:footnote>
  <w:footnote w:type="continuationSeparator" w:id="0">
    <w:p w14:paraId="151418D8" w14:textId="77777777" w:rsidR="006E4A63" w:rsidRDefault="006E4A63" w:rsidP="00A076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132060">
    <w:abstractNumId w:val="8"/>
  </w:num>
  <w:num w:numId="2" w16cid:durableId="490679904">
    <w:abstractNumId w:val="6"/>
  </w:num>
  <w:num w:numId="3" w16cid:durableId="91243924">
    <w:abstractNumId w:val="5"/>
  </w:num>
  <w:num w:numId="4" w16cid:durableId="505285784">
    <w:abstractNumId w:val="4"/>
  </w:num>
  <w:num w:numId="5" w16cid:durableId="685910140">
    <w:abstractNumId w:val="7"/>
  </w:num>
  <w:num w:numId="6" w16cid:durableId="865409075">
    <w:abstractNumId w:val="3"/>
  </w:num>
  <w:num w:numId="7" w16cid:durableId="510918803">
    <w:abstractNumId w:val="2"/>
  </w:num>
  <w:num w:numId="8" w16cid:durableId="1341397004">
    <w:abstractNumId w:val="1"/>
  </w:num>
  <w:num w:numId="9" w16cid:durableId="943000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E099F"/>
    <w:rsid w:val="006E4A63"/>
    <w:rsid w:val="00A076F8"/>
    <w:rsid w:val="00AA1D8D"/>
    <w:rsid w:val="00B47730"/>
    <w:rsid w:val="00B53433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5457463"/>
  <w14:defaultImageDpi w14:val="300"/>
  <w15:docId w15:val="{DEDD4AB7-A44B-4B4E-B543-111E5DA42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16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2</cp:revision>
  <dcterms:created xsi:type="dcterms:W3CDTF">2013-12-23T23:15:00Z</dcterms:created>
  <dcterms:modified xsi:type="dcterms:W3CDTF">2026-08-21T14:45:00Z</dcterms:modified>
  <cp:category/>
</cp:coreProperties>
</file>